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067EE3" w14:textId="77777777" w:rsidR="00F008E3" w:rsidRDefault="00F008E3">
      <w:pPr>
        <w:spacing w:after="900"/>
      </w:pPr>
    </w:p>
    <w:p w14:paraId="643E8E33" w14:textId="77777777" w:rsidR="00F008E3" w:rsidRPr="00675D78" w:rsidRDefault="00000000">
      <w:pPr>
        <w:spacing w:after="60"/>
        <w:rPr>
          <w:lang w:val="de-DE"/>
        </w:rPr>
      </w:pPr>
      <w:r w:rsidRPr="00675D78">
        <w:rPr>
          <w:rFonts w:ascii="Calibri" w:hAnsi="Calibri"/>
          <w:b/>
          <w:color w:val="0F3D2A"/>
          <w:sz w:val="64"/>
          <w:lang w:val="de-DE"/>
        </w:rPr>
        <w:t>Die Erkundungsarbeit</w:t>
      </w:r>
    </w:p>
    <w:p w14:paraId="4EE21C29" w14:textId="77777777" w:rsidR="00F008E3" w:rsidRPr="00675D78" w:rsidRDefault="00000000">
      <w:pPr>
        <w:pBdr>
          <w:bottom w:val="single" w:sz="6" w:space="4" w:color="8FB840"/>
        </w:pBdr>
        <w:spacing w:after="200"/>
        <w:rPr>
          <w:lang w:val="de-DE"/>
        </w:rPr>
      </w:pPr>
      <w:r w:rsidRPr="00675D78">
        <w:rPr>
          <w:rFonts w:ascii="Calibri" w:hAnsi="Calibri"/>
          <w:b/>
          <w:color w:val="8FB840"/>
          <w:sz w:val="40"/>
          <w:lang w:val="de-DE"/>
        </w:rPr>
        <w:t>Material für die Lernenden</w:t>
      </w:r>
    </w:p>
    <w:p w14:paraId="535F1E5F" w14:textId="77777777" w:rsidR="00F008E3" w:rsidRPr="00675D78" w:rsidRDefault="00000000">
      <w:pPr>
        <w:spacing w:after="600"/>
        <w:rPr>
          <w:lang w:val="de-DE"/>
        </w:rPr>
      </w:pPr>
      <w:r w:rsidRPr="00675D78">
        <w:rPr>
          <w:sz w:val="26"/>
          <w:lang w:val="de-DE"/>
        </w:rPr>
        <w:t xml:space="preserve">M 1 bis M </w:t>
      </w:r>
      <w:proofErr w:type="gramStart"/>
      <w:r w:rsidRPr="00675D78">
        <w:rPr>
          <w:sz w:val="26"/>
          <w:lang w:val="de-DE"/>
        </w:rPr>
        <w:t>15  ·</w:t>
      </w:r>
      <w:proofErr w:type="gramEnd"/>
      <w:r w:rsidRPr="00675D78">
        <w:rPr>
          <w:sz w:val="26"/>
          <w:lang w:val="de-DE"/>
        </w:rPr>
        <w:t xml:space="preserve">  Workshop über sechs Doppelstunden</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9026"/>
      </w:tblGrid>
      <w:tr w:rsidR="00F008E3" w14:paraId="39303FD2" w14:textId="77777777">
        <w:trPr>
          <w:cantSplit/>
        </w:trPr>
        <w:tc>
          <w:tcPr>
            <w:tcW w:w="9026" w:type="dxa"/>
            <w:tcBorders>
              <w:left w:val="single" w:sz="26" w:space="0" w:color="8FB840"/>
            </w:tcBorders>
            <w:shd w:val="clear" w:color="auto" w:fill="F1F4EC"/>
            <w:tcMar>
              <w:top w:w="150" w:type="dxa"/>
              <w:left w:w="220" w:type="dxa"/>
              <w:bottom w:w="150" w:type="dxa"/>
              <w:right w:w="200" w:type="dxa"/>
            </w:tcMar>
          </w:tcPr>
          <w:p w14:paraId="031CF550" w14:textId="77777777" w:rsidR="00F008E3" w:rsidRPr="00675D78" w:rsidRDefault="00000000">
            <w:pPr>
              <w:spacing w:after="80"/>
              <w:rPr>
                <w:lang w:val="de-DE"/>
              </w:rPr>
            </w:pPr>
            <w:r w:rsidRPr="00675D78">
              <w:rPr>
                <w:rFonts w:ascii="Calibri" w:hAnsi="Calibri"/>
                <w:b/>
                <w:color w:val="0F3D2A"/>
                <w:lang w:val="de-DE"/>
              </w:rPr>
              <w:t>Hinweis für die Lehrkraft</w:t>
            </w:r>
          </w:p>
          <w:p w14:paraId="08FBA687" w14:textId="77777777" w:rsidR="00F008E3" w:rsidRDefault="00000000">
            <w:pPr>
              <w:spacing w:after="60"/>
            </w:pPr>
            <w:r w:rsidRPr="00675D78">
              <w:rPr>
                <w:sz w:val="20"/>
                <w:lang w:val="de-DE"/>
              </w:rPr>
              <w:t xml:space="preserve">Jedes Material beginnt auf einer neuen Seite. Die Kartensätze M 2 und M 7 sind zum Ausschneiden gesetzt; laminiert halten sie mehrere Jahrgänge. </w:t>
            </w:r>
            <w:r>
              <w:rPr>
                <w:sz w:val="20"/>
              </w:rPr>
              <w:t xml:space="preserve">Die </w:t>
            </w:r>
            <w:proofErr w:type="spellStart"/>
            <w:r>
              <w:rPr>
                <w:sz w:val="20"/>
              </w:rPr>
              <w:t>Kopiermengen</w:t>
            </w:r>
            <w:proofErr w:type="spellEnd"/>
            <w:r>
              <w:rPr>
                <w:sz w:val="20"/>
              </w:rPr>
              <w:t xml:space="preserve"> </w:t>
            </w:r>
            <w:proofErr w:type="spellStart"/>
            <w:r>
              <w:rPr>
                <w:sz w:val="20"/>
              </w:rPr>
              <w:t>stehen</w:t>
            </w:r>
            <w:proofErr w:type="spellEnd"/>
            <w:r>
              <w:rPr>
                <w:sz w:val="20"/>
              </w:rPr>
              <w:t xml:space="preserve"> in Teil G des Ablaufplans.</w:t>
            </w:r>
          </w:p>
        </w:tc>
      </w:tr>
    </w:tbl>
    <w:p w14:paraId="0B0D1D4C" w14:textId="77777777" w:rsidR="00F008E3" w:rsidRDefault="00F008E3"/>
    <w:p w14:paraId="112991C7" w14:textId="77777777" w:rsidR="00F008E3" w:rsidRDefault="00F008E3">
      <w:pPr>
        <w:spacing w:after="400"/>
      </w:pPr>
    </w:p>
    <w:p w14:paraId="02CA365F" w14:textId="77777777" w:rsidR="00F008E3" w:rsidRDefault="00000000">
      <w:pPr>
        <w:pStyle w:val="KPKlein"/>
      </w:pPr>
      <w:r>
        <w:t>Dirk Kehm  ·  IGS Ho-Chi-Minh-Stadt  ·  Mathematics: Analysis and Approaches</w:t>
      </w:r>
    </w:p>
    <w:p w14:paraId="22947B08" w14:textId="77777777" w:rsidR="00F008E3" w:rsidRDefault="00000000">
      <w:r>
        <w:br w:type="page"/>
      </w:r>
    </w:p>
    <w:p w14:paraId="3540B54E" w14:textId="77777777" w:rsidR="00F008E3" w:rsidRPr="00675D78" w:rsidRDefault="00000000">
      <w:pPr>
        <w:pStyle w:val="KPKapitel"/>
        <w:rPr>
          <w:lang w:val="de-DE"/>
        </w:rPr>
      </w:pPr>
      <w:r w:rsidRPr="00675D78">
        <w:rPr>
          <w:color w:val="8FB840"/>
          <w:lang w:val="de-DE"/>
        </w:rPr>
        <w:lastRenderedPageBreak/>
        <w:t xml:space="preserve">M 1   </w:t>
      </w:r>
      <w:r w:rsidRPr="00675D78">
        <w:rPr>
          <w:lang w:val="de-DE"/>
        </w:rPr>
        <w:t>Die Erkundungsarbeit auf einer Seite</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2100"/>
        <w:gridCol w:w="6926"/>
      </w:tblGrid>
      <w:tr w:rsidR="00F008E3" w:rsidRPr="00675D78" w14:paraId="48592953" w14:textId="77777777">
        <w:trPr>
          <w:cantSplit/>
          <w:tblHeader/>
        </w:trPr>
        <w:tc>
          <w:tcPr>
            <w:tcW w:w="2100" w:type="dxa"/>
            <w:shd w:val="clear" w:color="auto" w:fill="0F3D2A"/>
            <w:tcMar>
              <w:top w:w="60" w:type="dxa"/>
              <w:left w:w="90" w:type="dxa"/>
              <w:bottom w:w="60" w:type="dxa"/>
              <w:right w:w="90" w:type="dxa"/>
            </w:tcMar>
          </w:tcPr>
          <w:p w14:paraId="0E784230" w14:textId="77777777" w:rsidR="00F008E3" w:rsidRPr="00675D78" w:rsidRDefault="00F008E3">
            <w:pPr>
              <w:spacing w:after="0" w:line="252" w:lineRule="auto"/>
              <w:rPr>
                <w:lang w:val="de-DE"/>
              </w:rPr>
            </w:pPr>
          </w:p>
        </w:tc>
        <w:tc>
          <w:tcPr>
            <w:tcW w:w="6926" w:type="dxa"/>
            <w:shd w:val="clear" w:color="auto" w:fill="0F3D2A"/>
            <w:tcMar>
              <w:top w:w="60" w:type="dxa"/>
              <w:left w:w="90" w:type="dxa"/>
              <w:bottom w:w="60" w:type="dxa"/>
              <w:right w:w="90" w:type="dxa"/>
            </w:tcMar>
          </w:tcPr>
          <w:p w14:paraId="368FDE8A" w14:textId="77777777" w:rsidR="00F008E3" w:rsidRPr="00675D78" w:rsidRDefault="00F008E3">
            <w:pPr>
              <w:spacing w:after="0" w:line="252" w:lineRule="auto"/>
              <w:rPr>
                <w:lang w:val="de-DE"/>
              </w:rPr>
            </w:pPr>
          </w:p>
        </w:tc>
      </w:tr>
      <w:tr w:rsidR="00F008E3" w:rsidRPr="00675D78" w14:paraId="2F953CE5" w14:textId="77777777">
        <w:trPr>
          <w:cantSplit/>
        </w:trPr>
        <w:tc>
          <w:tcPr>
            <w:tcW w:w="2100" w:type="dxa"/>
            <w:tcMar>
              <w:top w:w="60" w:type="dxa"/>
              <w:left w:w="90" w:type="dxa"/>
              <w:bottom w:w="60" w:type="dxa"/>
              <w:right w:w="90" w:type="dxa"/>
            </w:tcMar>
          </w:tcPr>
          <w:p w14:paraId="1F934326" w14:textId="77777777" w:rsidR="00F008E3" w:rsidRDefault="00000000">
            <w:pPr>
              <w:spacing w:after="0" w:line="264" w:lineRule="auto"/>
            </w:pPr>
            <w:r>
              <w:rPr>
                <w:b/>
                <w:sz w:val="20"/>
              </w:rPr>
              <w:t xml:space="preserve">Was </w:t>
            </w:r>
            <w:proofErr w:type="spellStart"/>
            <w:r>
              <w:rPr>
                <w:b/>
                <w:sz w:val="20"/>
              </w:rPr>
              <w:t>ist</w:t>
            </w:r>
            <w:proofErr w:type="spellEnd"/>
            <w:r>
              <w:rPr>
                <w:b/>
                <w:sz w:val="20"/>
              </w:rPr>
              <w:t xml:space="preserve"> das?</w:t>
            </w:r>
          </w:p>
        </w:tc>
        <w:tc>
          <w:tcPr>
            <w:tcW w:w="6926" w:type="dxa"/>
            <w:tcMar>
              <w:top w:w="60" w:type="dxa"/>
              <w:left w:w="90" w:type="dxa"/>
              <w:bottom w:w="60" w:type="dxa"/>
              <w:right w:w="90" w:type="dxa"/>
            </w:tcMar>
          </w:tcPr>
          <w:p w14:paraId="6F83D527" w14:textId="77777777" w:rsidR="00F008E3" w:rsidRPr="00675D78" w:rsidRDefault="00000000">
            <w:pPr>
              <w:spacing w:after="0" w:line="264" w:lineRule="auto"/>
              <w:rPr>
                <w:lang w:val="de-DE"/>
              </w:rPr>
            </w:pPr>
            <w:r w:rsidRPr="00675D78">
              <w:rPr>
                <w:sz w:val="20"/>
                <w:lang w:val="de-DE"/>
              </w:rPr>
              <w:t xml:space="preserve">Eine eigenständige schriftliche Untersuchung eines mathematischen Themas, das du selbst wählst. Im IB heißt sie Erkundungsarbeit oder </w:t>
            </w:r>
            <w:proofErr w:type="spellStart"/>
            <w:r w:rsidRPr="00675D78">
              <w:rPr>
                <w:sz w:val="20"/>
                <w:lang w:val="de-DE"/>
              </w:rPr>
              <w:t>Mathematical</w:t>
            </w:r>
            <w:proofErr w:type="spellEnd"/>
            <w:r w:rsidRPr="00675D78">
              <w:rPr>
                <w:sz w:val="20"/>
                <w:lang w:val="de-DE"/>
              </w:rPr>
              <w:t xml:space="preserve"> Exploration, oft auch nur IA (Internal Assessment).</w:t>
            </w:r>
          </w:p>
        </w:tc>
      </w:tr>
      <w:tr w:rsidR="00F008E3" w14:paraId="31394BFD" w14:textId="77777777">
        <w:trPr>
          <w:cantSplit/>
        </w:trPr>
        <w:tc>
          <w:tcPr>
            <w:tcW w:w="2100" w:type="dxa"/>
            <w:shd w:val="clear" w:color="auto" w:fill="F1F4EC"/>
            <w:tcMar>
              <w:top w:w="60" w:type="dxa"/>
              <w:left w:w="90" w:type="dxa"/>
              <w:bottom w:w="60" w:type="dxa"/>
              <w:right w:w="90" w:type="dxa"/>
            </w:tcMar>
          </w:tcPr>
          <w:p w14:paraId="0B4DDD1C" w14:textId="77777777" w:rsidR="00F008E3" w:rsidRDefault="00000000">
            <w:pPr>
              <w:spacing w:after="0" w:line="264" w:lineRule="auto"/>
            </w:pPr>
            <w:r>
              <w:rPr>
                <w:b/>
                <w:sz w:val="20"/>
              </w:rPr>
              <w:t xml:space="preserve">Wie </w:t>
            </w:r>
            <w:proofErr w:type="spellStart"/>
            <w:r>
              <w:rPr>
                <w:b/>
                <w:sz w:val="20"/>
              </w:rPr>
              <w:t>viel</w:t>
            </w:r>
            <w:proofErr w:type="spellEnd"/>
            <w:r>
              <w:rPr>
                <w:b/>
                <w:sz w:val="20"/>
              </w:rPr>
              <w:t xml:space="preserve"> </w:t>
            </w:r>
            <w:proofErr w:type="spellStart"/>
            <w:r>
              <w:rPr>
                <w:b/>
                <w:sz w:val="20"/>
              </w:rPr>
              <w:t>zählt</w:t>
            </w:r>
            <w:proofErr w:type="spellEnd"/>
            <w:r>
              <w:rPr>
                <w:b/>
                <w:sz w:val="20"/>
              </w:rPr>
              <w:t xml:space="preserve"> </w:t>
            </w:r>
            <w:proofErr w:type="spellStart"/>
            <w:r>
              <w:rPr>
                <w:b/>
                <w:sz w:val="20"/>
              </w:rPr>
              <w:t>sie</w:t>
            </w:r>
            <w:proofErr w:type="spellEnd"/>
            <w:r>
              <w:rPr>
                <w:b/>
                <w:sz w:val="20"/>
              </w:rPr>
              <w:t>?</w:t>
            </w:r>
          </w:p>
        </w:tc>
        <w:tc>
          <w:tcPr>
            <w:tcW w:w="6926" w:type="dxa"/>
            <w:shd w:val="clear" w:color="auto" w:fill="F1F4EC"/>
            <w:tcMar>
              <w:top w:w="60" w:type="dxa"/>
              <w:left w:w="90" w:type="dxa"/>
              <w:bottom w:w="60" w:type="dxa"/>
              <w:right w:w="90" w:type="dxa"/>
            </w:tcMar>
          </w:tcPr>
          <w:p w14:paraId="45282C53" w14:textId="77777777" w:rsidR="00F008E3" w:rsidRDefault="00000000">
            <w:pPr>
              <w:spacing w:after="0" w:line="264" w:lineRule="auto"/>
            </w:pPr>
            <w:r w:rsidRPr="00675D78">
              <w:rPr>
                <w:sz w:val="20"/>
                <w:lang w:val="de-DE"/>
              </w:rPr>
              <w:t xml:space="preserve">20 Prozent deiner Endnote in Mathematik – im </w:t>
            </w:r>
            <w:proofErr w:type="gramStart"/>
            <w:r w:rsidRPr="00675D78">
              <w:rPr>
                <w:sz w:val="20"/>
                <w:lang w:val="de-DE"/>
              </w:rPr>
              <w:t>Standard Level</w:t>
            </w:r>
            <w:proofErr w:type="gramEnd"/>
            <w:r w:rsidRPr="00675D78">
              <w:rPr>
                <w:sz w:val="20"/>
                <w:lang w:val="de-DE"/>
              </w:rPr>
              <w:t xml:space="preserve"> und im Higher Level gleich viel. </w:t>
            </w:r>
            <w:proofErr w:type="spellStart"/>
            <w:r>
              <w:rPr>
                <w:sz w:val="20"/>
              </w:rPr>
              <w:t>Ohne</w:t>
            </w:r>
            <w:proofErr w:type="spellEnd"/>
            <w:r>
              <w:rPr>
                <w:sz w:val="20"/>
              </w:rPr>
              <w:t xml:space="preserve"> </w:t>
            </w:r>
            <w:proofErr w:type="spellStart"/>
            <w:r>
              <w:rPr>
                <w:sz w:val="20"/>
              </w:rPr>
              <w:t>abgegebene</w:t>
            </w:r>
            <w:proofErr w:type="spellEnd"/>
            <w:r>
              <w:rPr>
                <w:sz w:val="20"/>
              </w:rPr>
              <w:t xml:space="preserve"> </w:t>
            </w:r>
            <w:proofErr w:type="spellStart"/>
            <w:r>
              <w:rPr>
                <w:sz w:val="20"/>
              </w:rPr>
              <w:t>Erkundungsarbeit</w:t>
            </w:r>
            <w:proofErr w:type="spellEnd"/>
            <w:r>
              <w:rPr>
                <w:sz w:val="20"/>
              </w:rPr>
              <w:t xml:space="preserve"> </w:t>
            </w:r>
            <w:proofErr w:type="spellStart"/>
            <w:r>
              <w:rPr>
                <w:sz w:val="20"/>
              </w:rPr>
              <w:t>bekommst</w:t>
            </w:r>
            <w:proofErr w:type="spellEnd"/>
            <w:r>
              <w:rPr>
                <w:sz w:val="20"/>
              </w:rPr>
              <w:t xml:space="preserve"> du keine Note in Mathematik.</w:t>
            </w:r>
          </w:p>
        </w:tc>
      </w:tr>
      <w:tr w:rsidR="00F008E3" w14:paraId="2B2D19DC" w14:textId="77777777">
        <w:trPr>
          <w:cantSplit/>
        </w:trPr>
        <w:tc>
          <w:tcPr>
            <w:tcW w:w="2100" w:type="dxa"/>
            <w:tcMar>
              <w:top w:w="60" w:type="dxa"/>
              <w:left w:w="90" w:type="dxa"/>
              <w:bottom w:w="60" w:type="dxa"/>
              <w:right w:w="90" w:type="dxa"/>
            </w:tcMar>
          </w:tcPr>
          <w:p w14:paraId="7E24E899" w14:textId="77777777" w:rsidR="00F008E3" w:rsidRDefault="00000000">
            <w:pPr>
              <w:spacing w:after="0" w:line="264" w:lineRule="auto"/>
            </w:pPr>
            <w:r>
              <w:rPr>
                <w:b/>
                <w:sz w:val="20"/>
              </w:rPr>
              <w:t>Wie lang?</w:t>
            </w:r>
          </w:p>
        </w:tc>
        <w:tc>
          <w:tcPr>
            <w:tcW w:w="6926" w:type="dxa"/>
            <w:tcMar>
              <w:top w:w="60" w:type="dxa"/>
              <w:left w:w="90" w:type="dxa"/>
              <w:bottom w:w="60" w:type="dxa"/>
              <w:right w:w="90" w:type="dxa"/>
            </w:tcMar>
          </w:tcPr>
          <w:p w14:paraId="68FC1E8E" w14:textId="77777777" w:rsidR="00F008E3" w:rsidRDefault="00000000">
            <w:pPr>
              <w:spacing w:after="0" w:line="264" w:lineRule="auto"/>
            </w:pPr>
            <w:r w:rsidRPr="00675D78">
              <w:rPr>
                <w:sz w:val="20"/>
                <w:lang w:val="de-DE"/>
              </w:rPr>
              <w:t xml:space="preserve">Etwa 12 bis 20 Seiten mit doppeltem Zeilenabstand, Grafiken und Diagramme eingerechnet, Quellenverzeichnis nicht mitgezählt. </w:t>
            </w:r>
            <w:proofErr w:type="spellStart"/>
            <w:r>
              <w:rPr>
                <w:sz w:val="20"/>
              </w:rPr>
              <w:t>Entscheidend</w:t>
            </w:r>
            <w:proofErr w:type="spellEnd"/>
            <w:r>
              <w:rPr>
                <w:sz w:val="20"/>
              </w:rPr>
              <w:t xml:space="preserve"> </w:t>
            </w:r>
            <w:proofErr w:type="spellStart"/>
            <w:r>
              <w:rPr>
                <w:sz w:val="20"/>
              </w:rPr>
              <w:t>ist</w:t>
            </w:r>
            <w:proofErr w:type="spellEnd"/>
            <w:r>
              <w:rPr>
                <w:sz w:val="20"/>
              </w:rPr>
              <w:t xml:space="preserve"> die </w:t>
            </w:r>
            <w:proofErr w:type="spellStart"/>
            <w:r>
              <w:rPr>
                <w:sz w:val="20"/>
              </w:rPr>
              <w:t>Qualität</w:t>
            </w:r>
            <w:proofErr w:type="spellEnd"/>
            <w:r>
              <w:rPr>
                <w:sz w:val="20"/>
              </w:rPr>
              <w:t>, nicht die Länge.</w:t>
            </w:r>
          </w:p>
        </w:tc>
      </w:tr>
      <w:tr w:rsidR="00F008E3" w:rsidRPr="00675D78" w14:paraId="42079AAF" w14:textId="77777777">
        <w:trPr>
          <w:cantSplit/>
        </w:trPr>
        <w:tc>
          <w:tcPr>
            <w:tcW w:w="2100" w:type="dxa"/>
            <w:shd w:val="clear" w:color="auto" w:fill="F1F4EC"/>
            <w:tcMar>
              <w:top w:w="60" w:type="dxa"/>
              <w:left w:w="90" w:type="dxa"/>
              <w:bottom w:w="60" w:type="dxa"/>
              <w:right w:w="90" w:type="dxa"/>
            </w:tcMar>
          </w:tcPr>
          <w:p w14:paraId="7C45D274" w14:textId="77777777" w:rsidR="00F008E3" w:rsidRDefault="00000000">
            <w:pPr>
              <w:spacing w:after="0" w:line="264" w:lineRule="auto"/>
            </w:pPr>
            <w:r>
              <w:rPr>
                <w:b/>
                <w:sz w:val="20"/>
              </w:rPr>
              <w:t>Wie viel Zeit?</w:t>
            </w:r>
          </w:p>
        </w:tc>
        <w:tc>
          <w:tcPr>
            <w:tcW w:w="6926" w:type="dxa"/>
            <w:shd w:val="clear" w:color="auto" w:fill="F1F4EC"/>
            <w:tcMar>
              <w:top w:w="60" w:type="dxa"/>
              <w:left w:w="90" w:type="dxa"/>
              <w:bottom w:w="60" w:type="dxa"/>
              <w:right w:w="90" w:type="dxa"/>
            </w:tcMar>
          </w:tcPr>
          <w:p w14:paraId="1DA79B90" w14:textId="77777777" w:rsidR="00F008E3" w:rsidRPr="00675D78" w:rsidRDefault="00000000">
            <w:pPr>
              <w:spacing w:after="0" w:line="264" w:lineRule="auto"/>
              <w:rPr>
                <w:lang w:val="de-DE"/>
              </w:rPr>
            </w:pPr>
            <w:r w:rsidRPr="00675D78">
              <w:rPr>
                <w:sz w:val="20"/>
                <w:lang w:val="de-DE"/>
              </w:rPr>
              <w:t>Die IB rechnet mit 10 bis 15 Unterrichtsstunden insgesamt. Der größte Teil deiner Arbeit findet außerhalb des Unterrichts statt.</w:t>
            </w:r>
          </w:p>
        </w:tc>
      </w:tr>
      <w:tr w:rsidR="00F008E3" w:rsidRPr="00675D78" w14:paraId="7A1F4816" w14:textId="77777777">
        <w:trPr>
          <w:cantSplit/>
        </w:trPr>
        <w:tc>
          <w:tcPr>
            <w:tcW w:w="2100" w:type="dxa"/>
            <w:tcMar>
              <w:top w:w="60" w:type="dxa"/>
              <w:left w:w="90" w:type="dxa"/>
              <w:bottom w:w="60" w:type="dxa"/>
              <w:right w:w="90" w:type="dxa"/>
            </w:tcMar>
          </w:tcPr>
          <w:p w14:paraId="38C60E55" w14:textId="77777777" w:rsidR="00F008E3" w:rsidRDefault="00000000">
            <w:pPr>
              <w:spacing w:after="0" w:line="264" w:lineRule="auto"/>
            </w:pPr>
            <w:proofErr w:type="spellStart"/>
            <w:r>
              <w:rPr>
                <w:b/>
                <w:sz w:val="20"/>
              </w:rPr>
              <w:t>Wer</w:t>
            </w:r>
            <w:proofErr w:type="spellEnd"/>
            <w:r>
              <w:rPr>
                <w:b/>
                <w:sz w:val="20"/>
              </w:rPr>
              <w:t xml:space="preserve"> </w:t>
            </w:r>
            <w:proofErr w:type="spellStart"/>
            <w:r>
              <w:rPr>
                <w:b/>
                <w:sz w:val="20"/>
              </w:rPr>
              <w:t>bewertet</w:t>
            </w:r>
            <w:proofErr w:type="spellEnd"/>
            <w:r>
              <w:rPr>
                <w:b/>
                <w:sz w:val="20"/>
              </w:rPr>
              <w:t>?</w:t>
            </w:r>
          </w:p>
        </w:tc>
        <w:tc>
          <w:tcPr>
            <w:tcW w:w="6926" w:type="dxa"/>
            <w:tcMar>
              <w:top w:w="60" w:type="dxa"/>
              <w:left w:w="90" w:type="dxa"/>
              <w:bottom w:w="60" w:type="dxa"/>
              <w:right w:w="90" w:type="dxa"/>
            </w:tcMar>
          </w:tcPr>
          <w:p w14:paraId="212095CB" w14:textId="77777777" w:rsidR="00F008E3" w:rsidRPr="00675D78" w:rsidRDefault="00000000">
            <w:pPr>
              <w:spacing w:after="0" w:line="264" w:lineRule="auto"/>
              <w:rPr>
                <w:lang w:val="de-DE"/>
              </w:rPr>
            </w:pPr>
            <w:r w:rsidRPr="00675D78">
              <w:rPr>
                <w:sz w:val="20"/>
                <w:lang w:val="de-DE"/>
              </w:rPr>
              <w:t>Ich bewerte deine Arbeit nach fünf Kriterien. Die IB prüft eine Stichprobe nach und kann die Bewertung des ganzen Kurses anheben oder absenken.</w:t>
            </w:r>
          </w:p>
        </w:tc>
      </w:tr>
      <w:tr w:rsidR="00F008E3" w:rsidRPr="00675D78" w14:paraId="1840C9E1" w14:textId="77777777">
        <w:trPr>
          <w:cantSplit/>
        </w:trPr>
        <w:tc>
          <w:tcPr>
            <w:tcW w:w="2100" w:type="dxa"/>
            <w:shd w:val="clear" w:color="auto" w:fill="F1F4EC"/>
            <w:tcMar>
              <w:top w:w="60" w:type="dxa"/>
              <w:left w:w="90" w:type="dxa"/>
              <w:bottom w:w="60" w:type="dxa"/>
              <w:right w:w="90" w:type="dxa"/>
            </w:tcMar>
          </w:tcPr>
          <w:p w14:paraId="1D1D6ECD" w14:textId="77777777" w:rsidR="00F008E3" w:rsidRDefault="00000000">
            <w:pPr>
              <w:spacing w:after="0" w:line="264" w:lineRule="auto"/>
            </w:pPr>
            <w:r>
              <w:rPr>
                <w:b/>
                <w:sz w:val="20"/>
              </w:rPr>
              <w:t xml:space="preserve">Was </w:t>
            </w:r>
            <w:proofErr w:type="spellStart"/>
            <w:r>
              <w:rPr>
                <w:b/>
                <w:sz w:val="20"/>
              </w:rPr>
              <w:t>kommt</w:t>
            </w:r>
            <w:proofErr w:type="spellEnd"/>
            <w:r>
              <w:rPr>
                <w:b/>
                <w:sz w:val="20"/>
              </w:rPr>
              <w:t xml:space="preserve"> </w:t>
            </w:r>
            <w:proofErr w:type="spellStart"/>
            <w:r>
              <w:rPr>
                <w:b/>
                <w:sz w:val="20"/>
              </w:rPr>
              <w:t>aufs</w:t>
            </w:r>
            <w:proofErr w:type="spellEnd"/>
            <w:r>
              <w:rPr>
                <w:b/>
                <w:sz w:val="20"/>
              </w:rPr>
              <w:t xml:space="preserve"> </w:t>
            </w:r>
            <w:proofErr w:type="spellStart"/>
            <w:r>
              <w:rPr>
                <w:b/>
                <w:sz w:val="20"/>
              </w:rPr>
              <w:t>Deckblatt</w:t>
            </w:r>
            <w:proofErr w:type="spellEnd"/>
            <w:r>
              <w:rPr>
                <w:b/>
                <w:sz w:val="20"/>
              </w:rPr>
              <w:t>?</w:t>
            </w:r>
          </w:p>
        </w:tc>
        <w:tc>
          <w:tcPr>
            <w:tcW w:w="6926" w:type="dxa"/>
            <w:shd w:val="clear" w:color="auto" w:fill="F1F4EC"/>
            <w:tcMar>
              <w:top w:w="60" w:type="dxa"/>
              <w:left w:w="90" w:type="dxa"/>
              <w:bottom w:w="60" w:type="dxa"/>
              <w:right w:w="90" w:type="dxa"/>
            </w:tcMar>
          </w:tcPr>
          <w:p w14:paraId="0D307D3A" w14:textId="77777777" w:rsidR="00F008E3" w:rsidRPr="00675D78" w:rsidRDefault="00000000">
            <w:pPr>
              <w:spacing w:after="0" w:line="264" w:lineRule="auto"/>
              <w:rPr>
                <w:lang w:val="de-DE"/>
              </w:rPr>
            </w:pPr>
            <w:r w:rsidRPr="00675D78">
              <w:rPr>
                <w:sz w:val="20"/>
                <w:lang w:val="de-DE"/>
              </w:rPr>
              <w:t>Der Titel deiner Arbeit und die Anzahl der Seiten. Mehr verlangt die IB nicht.</w:t>
            </w:r>
          </w:p>
        </w:tc>
      </w:tr>
      <w:tr w:rsidR="00F008E3" w14:paraId="48CF4566" w14:textId="77777777">
        <w:trPr>
          <w:cantSplit/>
        </w:trPr>
        <w:tc>
          <w:tcPr>
            <w:tcW w:w="2100" w:type="dxa"/>
            <w:tcMar>
              <w:top w:w="60" w:type="dxa"/>
              <w:left w:w="90" w:type="dxa"/>
              <w:bottom w:w="60" w:type="dxa"/>
              <w:right w:w="90" w:type="dxa"/>
            </w:tcMar>
          </w:tcPr>
          <w:p w14:paraId="088D6BDF" w14:textId="77777777" w:rsidR="00F008E3" w:rsidRDefault="00000000">
            <w:pPr>
              <w:spacing w:after="0" w:line="264" w:lineRule="auto"/>
            </w:pPr>
            <w:proofErr w:type="spellStart"/>
            <w:r>
              <w:rPr>
                <w:b/>
                <w:sz w:val="20"/>
              </w:rPr>
              <w:t>Getippt</w:t>
            </w:r>
            <w:proofErr w:type="spellEnd"/>
            <w:r>
              <w:rPr>
                <w:b/>
                <w:sz w:val="20"/>
              </w:rPr>
              <w:t xml:space="preserve"> </w:t>
            </w:r>
            <w:proofErr w:type="spellStart"/>
            <w:r>
              <w:rPr>
                <w:b/>
                <w:sz w:val="20"/>
              </w:rPr>
              <w:t>oder</w:t>
            </w:r>
            <w:proofErr w:type="spellEnd"/>
            <w:r>
              <w:rPr>
                <w:b/>
                <w:sz w:val="20"/>
              </w:rPr>
              <w:t xml:space="preserve"> von Hand?</w:t>
            </w:r>
          </w:p>
        </w:tc>
        <w:tc>
          <w:tcPr>
            <w:tcW w:w="6926" w:type="dxa"/>
            <w:tcMar>
              <w:top w:w="60" w:type="dxa"/>
              <w:left w:w="90" w:type="dxa"/>
              <w:bottom w:w="60" w:type="dxa"/>
              <w:right w:w="90" w:type="dxa"/>
            </w:tcMar>
          </w:tcPr>
          <w:p w14:paraId="34700727" w14:textId="77777777" w:rsidR="00F008E3" w:rsidRDefault="00000000">
            <w:pPr>
              <w:spacing w:after="0" w:line="264" w:lineRule="auto"/>
            </w:pPr>
            <w:r>
              <w:rPr>
                <w:sz w:val="20"/>
              </w:rPr>
              <w:t>Beides ist erlaubt.</w:t>
            </w:r>
          </w:p>
        </w:tc>
      </w:tr>
      <w:tr w:rsidR="00F008E3" w:rsidRPr="00675D78" w14:paraId="7BEC1359" w14:textId="77777777">
        <w:trPr>
          <w:cantSplit/>
        </w:trPr>
        <w:tc>
          <w:tcPr>
            <w:tcW w:w="2100" w:type="dxa"/>
            <w:shd w:val="clear" w:color="auto" w:fill="F1F4EC"/>
            <w:tcMar>
              <w:top w:w="60" w:type="dxa"/>
              <w:left w:w="90" w:type="dxa"/>
              <w:bottom w:w="60" w:type="dxa"/>
              <w:right w:w="90" w:type="dxa"/>
            </w:tcMar>
          </w:tcPr>
          <w:p w14:paraId="52A638EA" w14:textId="77777777" w:rsidR="00F008E3" w:rsidRPr="00675D78" w:rsidRDefault="00000000">
            <w:pPr>
              <w:spacing w:after="0" w:line="264" w:lineRule="auto"/>
              <w:rPr>
                <w:lang w:val="de-DE"/>
              </w:rPr>
            </w:pPr>
            <w:r w:rsidRPr="00675D78">
              <w:rPr>
                <w:b/>
                <w:sz w:val="20"/>
                <w:lang w:val="de-DE"/>
              </w:rPr>
              <w:t>Wie oft bekomme ich Rückmeldung?</w:t>
            </w:r>
          </w:p>
        </w:tc>
        <w:tc>
          <w:tcPr>
            <w:tcW w:w="6926" w:type="dxa"/>
            <w:shd w:val="clear" w:color="auto" w:fill="F1F4EC"/>
            <w:tcMar>
              <w:top w:w="60" w:type="dxa"/>
              <w:left w:w="90" w:type="dxa"/>
              <w:bottom w:w="60" w:type="dxa"/>
              <w:right w:w="90" w:type="dxa"/>
            </w:tcMar>
          </w:tcPr>
          <w:p w14:paraId="4DE24133" w14:textId="77777777" w:rsidR="00F008E3" w:rsidRPr="00675D78" w:rsidRDefault="00000000">
            <w:pPr>
              <w:spacing w:after="0" w:line="264" w:lineRule="auto"/>
              <w:rPr>
                <w:lang w:val="de-DE"/>
              </w:rPr>
            </w:pPr>
            <w:r w:rsidRPr="00675D78">
              <w:rPr>
                <w:sz w:val="20"/>
                <w:lang w:val="de-DE"/>
              </w:rPr>
              <w:t>Mündlich so oft du willst. Schriftlich genau einmal, nämlich zu deiner Rohfassung. Die nächste Fassung, die du mir gibst, ist die endgültige.</w:t>
            </w:r>
          </w:p>
        </w:tc>
      </w:tr>
      <w:tr w:rsidR="00F008E3" w:rsidRPr="00675D78" w14:paraId="4CC28E9C" w14:textId="77777777">
        <w:trPr>
          <w:cantSplit/>
        </w:trPr>
        <w:tc>
          <w:tcPr>
            <w:tcW w:w="2100" w:type="dxa"/>
            <w:tcMar>
              <w:top w:w="60" w:type="dxa"/>
              <w:left w:w="90" w:type="dxa"/>
              <w:bottom w:w="60" w:type="dxa"/>
              <w:right w:w="90" w:type="dxa"/>
            </w:tcMar>
          </w:tcPr>
          <w:p w14:paraId="2AAF24A9" w14:textId="77777777" w:rsidR="00F008E3" w:rsidRPr="00675D78" w:rsidRDefault="00000000">
            <w:pPr>
              <w:spacing w:after="0" w:line="264" w:lineRule="auto"/>
              <w:rPr>
                <w:lang w:val="de-DE"/>
              </w:rPr>
            </w:pPr>
            <w:r w:rsidRPr="00675D78">
              <w:rPr>
                <w:b/>
                <w:sz w:val="20"/>
                <w:lang w:val="de-DE"/>
              </w:rPr>
              <w:t>Darf ich mit anderen reden?</w:t>
            </w:r>
          </w:p>
        </w:tc>
        <w:tc>
          <w:tcPr>
            <w:tcW w:w="6926" w:type="dxa"/>
            <w:tcMar>
              <w:top w:w="60" w:type="dxa"/>
              <w:left w:w="90" w:type="dxa"/>
              <w:bottom w:w="60" w:type="dxa"/>
              <w:right w:w="90" w:type="dxa"/>
            </w:tcMar>
          </w:tcPr>
          <w:p w14:paraId="1C1E2D74" w14:textId="77777777" w:rsidR="00F008E3" w:rsidRPr="00675D78" w:rsidRDefault="00000000">
            <w:pPr>
              <w:spacing w:after="0" w:line="264" w:lineRule="auto"/>
              <w:rPr>
                <w:lang w:val="de-DE"/>
              </w:rPr>
            </w:pPr>
            <w:r w:rsidRPr="00675D78">
              <w:rPr>
                <w:sz w:val="20"/>
                <w:lang w:val="de-DE"/>
              </w:rPr>
              <w:t>Ja, ausdrücklich: über Ideen, über die Themenwahl, über Quellen, über Rückmeldungen zu deinem Text. Nicht erlaubt ist eine gemeinsame Arbeit. Jede Arbeit ist eine Einzelarbeit.</w:t>
            </w:r>
          </w:p>
        </w:tc>
      </w:tr>
      <w:tr w:rsidR="00F008E3" w:rsidRPr="00675D78" w14:paraId="50E89B44" w14:textId="77777777">
        <w:trPr>
          <w:cantSplit/>
        </w:trPr>
        <w:tc>
          <w:tcPr>
            <w:tcW w:w="2100" w:type="dxa"/>
            <w:shd w:val="clear" w:color="auto" w:fill="F1F4EC"/>
            <w:tcMar>
              <w:top w:w="60" w:type="dxa"/>
              <w:left w:w="90" w:type="dxa"/>
              <w:bottom w:w="60" w:type="dxa"/>
              <w:right w:w="90" w:type="dxa"/>
            </w:tcMar>
          </w:tcPr>
          <w:p w14:paraId="5EE5DDD9" w14:textId="77777777" w:rsidR="00F008E3" w:rsidRDefault="00000000">
            <w:pPr>
              <w:spacing w:after="0" w:line="264" w:lineRule="auto"/>
            </w:pPr>
            <w:r>
              <w:rPr>
                <w:b/>
                <w:sz w:val="20"/>
              </w:rPr>
              <w:t xml:space="preserve">Muss ich </w:t>
            </w:r>
            <w:proofErr w:type="spellStart"/>
            <w:r>
              <w:rPr>
                <w:b/>
                <w:sz w:val="20"/>
              </w:rPr>
              <w:t>Quellen</w:t>
            </w:r>
            <w:proofErr w:type="spellEnd"/>
            <w:r>
              <w:rPr>
                <w:b/>
                <w:sz w:val="20"/>
              </w:rPr>
              <w:t xml:space="preserve"> </w:t>
            </w:r>
            <w:proofErr w:type="spellStart"/>
            <w:r>
              <w:rPr>
                <w:b/>
                <w:sz w:val="20"/>
              </w:rPr>
              <w:t>angeben</w:t>
            </w:r>
            <w:proofErr w:type="spellEnd"/>
            <w:r>
              <w:rPr>
                <w:b/>
                <w:sz w:val="20"/>
              </w:rPr>
              <w:t>?</w:t>
            </w:r>
          </w:p>
        </w:tc>
        <w:tc>
          <w:tcPr>
            <w:tcW w:w="6926" w:type="dxa"/>
            <w:shd w:val="clear" w:color="auto" w:fill="F1F4EC"/>
            <w:tcMar>
              <w:top w:w="60" w:type="dxa"/>
              <w:left w:w="90" w:type="dxa"/>
              <w:bottom w:w="60" w:type="dxa"/>
              <w:right w:w="90" w:type="dxa"/>
            </w:tcMar>
          </w:tcPr>
          <w:p w14:paraId="337CAC3E" w14:textId="77777777" w:rsidR="00F008E3" w:rsidRPr="00675D78" w:rsidRDefault="00000000">
            <w:pPr>
              <w:spacing w:after="0" w:line="264" w:lineRule="auto"/>
              <w:rPr>
                <w:lang w:val="de-DE"/>
              </w:rPr>
            </w:pPr>
            <w:r w:rsidRPr="00675D78">
              <w:rPr>
                <w:sz w:val="20"/>
                <w:lang w:val="de-DE"/>
              </w:rPr>
              <w:t>Ja, alle – auch für Bilder, Diagramme, Grafiken und Formeln. Das Quellenverzeichnis wird nicht bewertet, aber wenn es fehlt, ist das ein Fall für die akademische Redlichkeit.</w:t>
            </w:r>
          </w:p>
        </w:tc>
      </w:tr>
      <w:tr w:rsidR="00F008E3" w14:paraId="5062B7A1" w14:textId="77777777">
        <w:trPr>
          <w:cantSplit/>
        </w:trPr>
        <w:tc>
          <w:tcPr>
            <w:tcW w:w="2100" w:type="dxa"/>
            <w:tcMar>
              <w:top w:w="60" w:type="dxa"/>
              <w:left w:w="90" w:type="dxa"/>
              <w:bottom w:w="60" w:type="dxa"/>
              <w:right w:w="90" w:type="dxa"/>
            </w:tcMar>
          </w:tcPr>
          <w:p w14:paraId="06996A41" w14:textId="77777777" w:rsidR="00F008E3" w:rsidRPr="00675D78" w:rsidRDefault="00000000">
            <w:pPr>
              <w:spacing w:after="0" w:line="264" w:lineRule="auto"/>
              <w:rPr>
                <w:lang w:val="de-DE"/>
              </w:rPr>
            </w:pPr>
            <w:r w:rsidRPr="00675D78">
              <w:rPr>
                <w:b/>
                <w:sz w:val="20"/>
                <w:lang w:val="de-DE"/>
              </w:rPr>
              <w:t>Wie schwer muss die Mathematik sein?</w:t>
            </w:r>
          </w:p>
        </w:tc>
        <w:tc>
          <w:tcPr>
            <w:tcW w:w="6926" w:type="dxa"/>
            <w:tcMar>
              <w:top w:w="60" w:type="dxa"/>
              <w:left w:w="90" w:type="dxa"/>
              <w:bottom w:w="60" w:type="dxa"/>
              <w:right w:w="90" w:type="dxa"/>
            </w:tcMar>
          </w:tcPr>
          <w:p w14:paraId="468DFE54" w14:textId="77777777" w:rsidR="00F008E3" w:rsidRDefault="00000000">
            <w:pPr>
              <w:spacing w:after="0" w:line="264" w:lineRule="auto"/>
            </w:pPr>
            <w:r w:rsidRPr="00675D78">
              <w:rPr>
                <w:sz w:val="20"/>
                <w:lang w:val="de-DE"/>
              </w:rPr>
              <w:t xml:space="preserve">Sie soll zum Niveau deines Kurses passen. Über den Lehrplan hinauszugehen ist nie verlangt. </w:t>
            </w:r>
            <w:proofErr w:type="spellStart"/>
            <w:r>
              <w:rPr>
                <w:sz w:val="20"/>
              </w:rPr>
              <w:t>Wenige</w:t>
            </w:r>
            <w:proofErr w:type="spellEnd"/>
            <w:r>
              <w:rPr>
                <w:sz w:val="20"/>
              </w:rPr>
              <w:t xml:space="preserve"> Dinge gut </w:t>
            </w:r>
            <w:proofErr w:type="spellStart"/>
            <w:r>
              <w:rPr>
                <w:sz w:val="20"/>
              </w:rPr>
              <w:t>ist</w:t>
            </w:r>
            <w:proofErr w:type="spellEnd"/>
            <w:r>
              <w:rPr>
                <w:sz w:val="20"/>
              </w:rPr>
              <w:t xml:space="preserve"> besser als viele Dinge halb.</w:t>
            </w:r>
          </w:p>
        </w:tc>
      </w:tr>
    </w:tbl>
    <w:p w14:paraId="762B7087" w14:textId="77777777" w:rsidR="00F008E3" w:rsidRDefault="00F008E3"/>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9026"/>
      </w:tblGrid>
      <w:tr w:rsidR="00F008E3" w14:paraId="69D81956" w14:textId="77777777">
        <w:trPr>
          <w:cantSplit/>
        </w:trPr>
        <w:tc>
          <w:tcPr>
            <w:tcW w:w="9026" w:type="dxa"/>
            <w:tcBorders>
              <w:left w:val="single" w:sz="26" w:space="0" w:color="8FB840"/>
            </w:tcBorders>
            <w:shd w:val="clear" w:color="auto" w:fill="E7EFD8"/>
            <w:tcMar>
              <w:top w:w="150" w:type="dxa"/>
              <w:left w:w="220" w:type="dxa"/>
              <w:bottom w:w="150" w:type="dxa"/>
              <w:right w:w="200" w:type="dxa"/>
            </w:tcMar>
          </w:tcPr>
          <w:p w14:paraId="7B88F176" w14:textId="77777777" w:rsidR="00F008E3" w:rsidRPr="00675D78" w:rsidRDefault="00000000">
            <w:pPr>
              <w:spacing w:after="80"/>
              <w:rPr>
                <w:lang w:val="de-DE"/>
              </w:rPr>
            </w:pPr>
            <w:r w:rsidRPr="00675D78">
              <w:rPr>
                <w:rFonts w:ascii="Calibri" w:hAnsi="Calibri"/>
                <w:b/>
                <w:color w:val="0F3D2A"/>
                <w:lang w:val="de-DE"/>
              </w:rPr>
              <w:t>Der eine Satz, den du dir merken solltest</w:t>
            </w:r>
          </w:p>
          <w:p w14:paraId="4FA436D3" w14:textId="77777777" w:rsidR="00F008E3" w:rsidRDefault="00000000">
            <w:pPr>
              <w:spacing w:after="60"/>
            </w:pPr>
            <w:r w:rsidRPr="00675D78">
              <w:rPr>
                <w:sz w:val="20"/>
                <w:lang w:val="de-DE"/>
              </w:rPr>
              <w:t xml:space="preserve">Eine Erkundungsarbeit beantwortet eine Frage, die du selbst gestellt hast, mit Mathematik, die du selbst gemacht hast. </w:t>
            </w:r>
            <w:r>
              <w:rPr>
                <w:sz w:val="20"/>
              </w:rPr>
              <w:t xml:space="preserve">Alles </w:t>
            </w:r>
            <w:proofErr w:type="spellStart"/>
            <w:r>
              <w:rPr>
                <w:sz w:val="20"/>
              </w:rPr>
              <w:t>andere</w:t>
            </w:r>
            <w:proofErr w:type="spellEnd"/>
            <w:r>
              <w:rPr>
                <w:sz w:val="20"/>
              </w:rPr>
              <w:t xml:space="preserve"> </w:t>
            </w:r>
            <w:proofErr w:type="spellStart"/>
            <w:r>
              <w:rPr>
                <w:sz w:val="20"/>
              </w:rPr>
              <w:t>ist</w:t>
            </w:r>
            <w:proofErr w:type="spellEnd"/>
            <w:r>
              <w:rPr>
                <w:sz w:val="20"/>
              </w:rPr>
              <w:t xml:space="preserve"> </w:t>
            </w:r>
            <w:proofErr w:type="spellStart"/>
            <w:r>
              <w:rPr>
                <w:sz w:val="20"/>
              </w:rPr>
              <w:t>ein</w:t>
            </w:r>
            <w:proofErr w:type="spellEnd"/>
            <w:r>
              <w:rPr>
                <w:sz w:val="20"/>
              </w:rPr>
              <w:t xml:space="preserve"> Referat.</w:t>
            </w:r>
          </w:p>
        </w:tc>
      </w:tr>
    </w:tbl>
    <w:p w14:paraId="2250EC88" w14:textId="77777777" w:rsidR="00F008E3" w:rsidRDefault="00F008E3"/>
    <w:p w14:paraId="158EF3A7" w14:textId="77777777" w:rsidR="00F008E3" w:rsidRDefault="00000000">
      <w:r>
        <w:br w:type="page"/>
      </w:r>
    </w:p>
    <w:p w14:paraId="282603C5" w14:textId="77777777" w:rsidR="00F008E3" w:rsidRDefault="00000000">
      <w:pPr>
        <w:pStyle w:val="KPKapitel"/>
      </w:pPr>
      <w:r>
        <w:rPr>
          <w:color w:val="8FB840"/>
        </w:rPr>
        <w:lastRenderedPageBreak/>
        <w:t xml:space="preserve">M 2   </w:t>
      </w:r>
      <w:r>
        <w:t>Erkundung oder nicht?</w:t>
      </w:r>
    </w:p>
    <w:p w14:paraId="556B5596" w14:textId="77777777" w:rsidR="00F008E3" w:rsidRPr="00675D78" w:rsidRDefault="00000000">
      <w:pPr>
        <w:pStyle w:val="KPKlein"/>
        <w:rPr>
          <w:lang w:val="de-DE"/>
        </w:rPr>
      </w:pPr>
      <w:r w:rsidRPr="00675D78">
        <w:rPr>
          <w:lang w:val="de-DE"/>
        </w:rPr>
        <w:t xml:space="preserve">Zum Ausschneiden. Sortiert die zwölf Karten auf drei Stapel: Das ist eine </w:t>
      </w:r>
      <w:proofErr w:type="gramStart"/>
      <w:r w:rsidRPr="00675D78">
        <w:rPr>
          <w:lang w:val="de-DE"/>
        </w:rPr>
        <w:t>Erkundungsarbeit  ·</w:t>
      </w:r>
      <w:proofErr w:type="gramEnd"/>
      <w:r w:rsidRPr="00675D78">
        <w:rPr>
          <w:lang w:val="de-DE"/>
        </w:rPr>
        <w:t xml:space="preserve">  Das ist keine  ·  Das kommt darauf an. Schreibt zu jeder Karte des dritten Stapels dazu, was fehlt.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4513"/>
        <w:gridCol w:w="4513"/>
      </w:tblGrid>
      <w:tr w:rsidR="00F008E3" w:rsidRPr="00675D78" w14:paraId="48EE92D2" w14:textId="77777777">
        <w:trPr>
          <w:cantSplit/>
        </w:trPr>
        <w:tc>
          <w:tcPr>
            <w:tcW w:w="4513" w:type="dxa"/>
            <w:tcMar>
              <w:top w:w="60" w:type="dxa"/>
              <w:left w:w="90" w:type="dxa"/>
              <w:bottom w:w="60" w:type="dxa"/>
              <w:right w:w="90" w:type="dxa"/>
            </w:tcMar>
          </w:tcPr>
          <w:p w14:paraId="11BF3E1A" w14:textId="77777777" w:rsidR="00F008E3" w:rsidRPr="00675D78" w:rsidRDefault="00000000">
            <w:pPr>
              <w:spacing w:after="0" w:line="264" w:lineRule="auto"/>
              <w:rPr>
                <w:lang w:val="de-DE"/>
              </w:rPr>
            </w:pPr>
            <w:r w:rsidRPr="00675D78">
              <w:rPr>
                <w:sz w:val="20"/>
                <w:lang w:val="de-DE"/>
              </w:rPr>
              <w:t xml:space="preserve">1.  Die Geschichte der Zahl </w:t>
            </w:r>
            <w:r>
              <w:rPr>
                <w:sz w:val="20"/>
              </w:rPr>
              <w:t>π</w:t>
            </w:r>
            <w:r w:rsidRPr="00675D78">
              <w:rPr>
                <w:sz w:val="20"/>
                <w:lang w:val="de-DE"/>
              </w:rPr>
              <w:t xml:space="preserve"> von Archimedes bis heute.</w:t>
            </w:r>
          </w:p>
        </w:tc>
        <w:tc>
          <w:tcPr>
            <w:tcW w:w="4513" w:type="dxa"/>
            <w:tcMar>
              <w:top w:w="60" w:type="dxa"/>
              <w:left w:w="90" w:type="dxa"/>
              <w:bottom w:w="60" w:type="dxa"/>
              <w:right w:w="90" w:type="dxa"/>
            </w:tcMar>
          </w:tcPr>
          <w:p w14:paraId="70BE206B" w14:textId="77777777" w:rsidR="00F008E3" w:rsidRPr="00675D78" w:rsidRDefault="00000000">
            <w:pPr>
              <w:spacing w:after="0" w:line="264" w:lineRule="auto"/>
              <w:rPr>
                <w:lang w:val="de-DE"/>
              </w:rPr>
            </w:pPr>
            <w:r w:rsidRPr="00675D78">
              <w:rPr>
                <w:sz w:val="20"/>
                <w:lang w:val="de-DE"/>
              </w:rPr>
              <w:t>2.  Wie gut beschreibt eine logistische Funktion die Abonnentenzahlen meines Lieblingskanals in den ersten 100 Tagen?</w:t>
            </w:r>
          </w:p>
        </w:tc>
      </w:tr>
      <w:tr w:rsidR="00F008E3" w:rsidRPr="00675D78" w14:paraId="220D54C0" w14:textId="77777777">
        <w:trPr>
          <w:cantSplit/>
        </w:trPr>
        <w:tc>
          <w:tcPr>
            <w:tcW w:w="4513" w:type="dxa"/>
            <w:tcMar>
              <w:top w:w="60" w:type="dxa"/>
              <w:left w:w="90" w:type="dxa"/>
              <w:bottom w:w="60" w:type="dxa"/>
              <w:right w:w="90" w:type="dxa"/>
            </w:tcMar>
          </w:tcPr>
          <w:p w14:paraId="038355FD" w14:textId="77777777" w:rsidR="00F008E3" w:rsidRPr="00675D78" w:rsidRDefault="00000000">
            <w:pPr>
              <w:spacing w:after="0" w:line="264" w:lineRule="auto"/>
              <w:rPr>
                <w:lang w:val="de-DE"/>
              </w:rPr>
            </w:pPr>
            <w:r w:rsidRPr="00675D78">
              <w:rPr>
                <w:sz w:val="20"/>
                <w:lang w:val="de-DE"/>
              </w:rPr>
              <w:t>3.  Fibonacci-Zahlen in der Natur.</w:t>
            </w:r>
          </w:p>
        </w:tc>
        <w:tc>
          <w:tcPr>
            <w:tcW w:w="4513" w:type="dxa"/>
            <w:tcMar>
              <w:top w:w="60" w:type="dxa"/>
              <w:left w:w="90" w:type="dxa"/>
              <w:bottom w:w="60" w:type="dxa"/>
              <w:right w:w="90" w:type="dxa"/>
            </w:tcMar>
          </w:tcPr>
          <w:p w14:paraId="60867A43" w14:textId="77777777" w:rsidR="00F008E3" w:rsidRPr="00675D78" w:rsidRDefault="00000000">
            <w:pPr>
              <w:spacing w:after="0" w:line="264" w:lineRule="auto"/>
              <w:rPr>
                <w:lang w:val="de-DE"/>
              </w:rPr>
            </w:pPr>
            <w:r w:rsidRPr="00675D78">
              <w:rPr>
                <w:sz w:val="20"/>
                <w:lang w:val="de-DE"/>
              </w:rPr>
              <w:t>4.  Ist der Winkel, aus dem ich beim Basketball am häufigsten treffe, auch der mathematisch günstigste?</w:t>
            </w:r>
          </w:p>
        </w:tc>
      </w:tr>
      <w:tr w:rsidR="00F008E3" w:rsidRPr="00675D78" w14:paraId="644D0D4D" w14:textId="77777777">
        <w:trPr>
          <w:cantSplit/>
        </w:trPr>
        <w:tc>
          <w:tcPr>
            <w:tcW w:w="4513" w:type="dxa"/>
            <w:tcMar>
              <w:top w:w="60" w:type="dxa"/>
              <w:left w:w="90" w:type="dxa"/>
              <w:bottom w:w="60" w:type="dxa"/>
              <w:right w:w="90" w:type="dxa"/>
            </w:tcMar>
          </w:tcPr>
          <w:p w14:paraId="74791F9D" w14:textId="77777777" w:rsidR="00F008E3" w:rsidRPr="00675D78" w:rsidRDefault="00000000">
            <w:pPr>
              <w:spacing w:after="0" w:line="264" w:lineRule="auto"/>
              <w:rPr>
                <w:lang w:val="de-DE"/>
              </w:rPr>
            </w:pPr>
            <w:r w:rsidRPr="00675D78">
              <w:rPr>
                <w:sz w:val="20"/>
                <w:lang w:val="de-DE"/>
              </w:rPr>
              <w:t>5.  Der Satz des Pythagoras – fünf verschiedene Beweise im Überblick.</w:t>
            </w:r>
          </w:p>
        </w:tc>
        <w:tc>
          <w:tcPr>
            <w:tcW w:w="4513" w:type="dxa"/>
            <w:tcMar>
              <w:top w:w="60" w:type="dxa"/>
              <w:left w:w="90" w:type="dxa"/>
              <w:bottom w:w="60" w:type="dxa"/>
              <w:right w:w="90" w:type="dxa"/>
            </w:tcMar>
          </w:tcPr>
          <w:p w14:paraId="65BED061" w14:textId="77777777" w:rsidR="00F008E3" w:rsidRPr="00675D78" w:rsidRDefault="00000000">
            <w:pPr>
              <w:spacing w:after="0" w:line="264" w:lineRule="auto"/>
              <w:rPr>
                <w:lang w:val="de-DE"/>
              </w:rPr>
            </w:pPr>
            <w:r w:rsidRPr="00675D78">
              <w:rPr>
                <w:sz w:val="20"/>
                <w:lang w:val="de-DE"/>
              </w:rPr>
              <w:t>6.  Wie ändert sich das Volumen eines Rotationskörpers, wenn ich die erzeugende Funktion in y-Richtung strecke?</w:t>
            </w:r>
          </w:p>
        </w:tc>
      </w:tr>
      <w:tr w:rsidR="00F008E3" w:rsidRPr="00675D78" w14:paraId="35674209" w14:textId="77777777">
        <w:trPr>
          <w:cantSplit/>
        </w:trPr>
        <w:tc>
          <w:tcPr>
            <w:tcW w:w="4513" w:type="dxa"/>
            <w:tcMar>
              <w:top w:w="60" w:type="dxa"/>
              <w:left w:w="90" w:type="dxa"/>
              <w:bottom w:w="60" w:type="dxa"/>
              <w:right w:w="90" w:type="dxa"/>
            </w:tcMar>
          </w:tcPr>
          <w:p w14:paraId="7B042AAC" w14:textId="77777777" w:rsidR="00F008E3" w:rsidRPr="00675D78" w:rsidRDefault="00000000">
            <w:pPr>
              <w:spacing w:after="0" w:line="264" w:lineRule="auto"/>
              <w:rPr>
                <w:lang w:val="de-DE"/>
              </w:rPr>
            </w:pPr>
            <w:r w:rsidRPr="00675D78">
              <w:rPr>
                <w:sz w:val="20"/>
                <w:lang w:val="de-DE"/>
              </w:rPr>
              <w:t>7.  Die Bedeutung der Mathematik für die Kryptographie.</w:t>
            </w:r>
          </w:p>
        </w:tc>
        <w:tc>
          <w:tcPr>
            <w:tcW w:w="4513" w:type="dxa"/>
            <w:tcMar>
              <w:top w:w="60" w:type="dxa"/>
              <w:left w:w="90" w:type="dxa"/>
              <w:bottom w:w="60" w:type="dxa"/>
              <w:right w:w="90" w:type="dxa"/>
            </w:tcMar>
          </w:tcPr>
          <w:p w14:paraId="69E5F14F" w14:textId="77777777" w:rsidR="00F008E3" w:rsidRPr="00675D78" w:rsidRDefault="00000000">
            <w:pPr>
              <w:spacing w:after="0" w:line="264" w:lineRule="auto"/>
              <w:rPr>
                <w:lang w:val="de-DE"/>
              </w:rPr>
            </w:pPr>
            <w:r w:rsidRPr="00675D78">
              <w:rPr>
                <w:sz w:val="20"/>
                <w:lang w:val="de-DE"/>
              </w:rPr>
              <w:t>8.  Welcher von drei Handytarifen wäre für mein tatsächliches Nutzungsverhalten der letzten sechs Monate der günstigste gewesen?</w:t>
            </w:r>
          </w:p>
        </w:tc>
      </w:tr>
      <w:tr w:rsidR="00F008E3" w:rsidRPr="00675D78" w14:paraId="7FE60B75" w14:textId="77777777">
        <w:trPr>
          <w:cantSplit/>
        </w:trPr>
        <w:tc>
          <w:tcPr>
            <w:tcW w:w="4513" w:type="dxa"/>
            <w:tcMar>
              <w:top w:w="60" w:type="dxa"/>
              <w:left w:w="90" w:type="dxa"/>
              <w:bottom w:w="60" w:type="dxa"/>
              <w:right w:w="90" w:type="dxa"/>
            </w:tcMar>
          </w:tcPr>
          <w:p w14:paraId="555D210B" w14:textId="77777777" w:rsidR="00F008E3" w:rsidRDefault="00000000">
            <w:pPr>
              <w:spacing w:after="0" w:line="264" w:lineRule="auto"/>
            </w:pPr>
            <w:r>
              <w:rPr>
                <w:sz w:val="20"/>
              </w:rPr>
              <w:t>9.  Die Normalverteilung.</w:t>
            </w:r>
          </w:p>
        </w:tc>
        <w:tc>
          <w:tcPr>
            <w:tcW w:w="4513" w:type="dxa"/>
            <w:tcMar>
              <w:top w:w="60" w:type="dxa"/>
              <w:left w:w="90" w:type="dxa"/>
              <w:bottom w:w="60" w:type="dxa"/>
              <w:right w:w="90" w:type="dxa"/>
            </w:tcMar>
          </w:tcPr>
          <w:p w14:paraId="70C991AA" w14:textId="77777777" w:rsidR="00F008E3" w:rsidRPr="00675D78" w:rsidRDefault="00000000">
            <w:pPr>
              <w:spacing w:after="0" w:line="264" w:lineRule="auto"/>
              <w:rPr>
                <w:lang w:val="de-DE"/>
              </w:rPr>
            </w:pPr>
            <w:r w:rsidRPr="00675D78">
              <w:rPr>
                <w:sz w:val="20"/>
                <w:lang w:val="de-DE"/>
              </w:rPr>
              <w:t>10.  Wie hoch müsste ein Riesenrad sein, damit man im höchsten Punkt schwerelos wird?</w:t>
            </w:r>
          </w:p>
        </w:tc>
      </w:tr>
      <w:tr w:rsidR="00F008E3" w14:paraId="0E7A13DD" w14:textId="77777777">
        <w:trPr>
          <w:cantSplit/>
        </w:trPr>
        <w:tc>
          <w:tcPr>
            <w:tcW w:w="4513" w:type="dxa"/>
            <w:tcMar>
              <w:top w:w="60" w:type="dxa"/>
              <w:left w:w="90" w:type="dxa"/>
              <w:bottom w:w="60" w:type="dxa"/>
              <w:right w:w="90" w:type="dxa"/>
            </w:tcMar>
          </w:tcPr>
          <w:p w14:paraId="37528C81" w14:textId="77777777" w:rsidR="00F008E3" w:rsidRPr="00675D78" w:rsidRDefault="00000000">
            <w:pPr>
              <w:spacing w:after="0" w:line="264" w:lineRule="auto"/>
              <w:rPr>
                <w:lang w:val="de-DE"/>
              </w:rPr>
            </w:pPr>
            <w:r w:rsidRPr="00675D78">
              <w:rPr>
                <w:sz w:val="20"/>
                <w:lang w:val="de-DE"/>
              </w:rPr>
              <w:t>11.  Zwei Näherungsverfahren zur Nullstellenbestimmung an einer selbst gewählten Funktion: Welches braucht wie viele Schritte?</w:t>
            </w:r>
          </w:p>
        </w:tc>
        <w:tc>
          <w:tcPr>
            <w:tcW w:w="4513" w:type="dxa"/>
            <w:tcMar>
              <w:top w:w="60" w:type="dxa"/>
              <w:left w:w="90" w:type="dxa"/>
              <w:bottom w:w="60" w:type="dxa"/>
              <w:right w:w="90" w:type="dxa"/>
            </w:tcMar>
          </w:tcPr>
          <w:p w14:paraId="74E4F439" w14:textId="77777777" w:rsidR="00F008E3" w:rsidRDefault="00000000">
            <w:pPr>
              <w:spacing w:after="0" w:line="264" w:lineRule="auto"/>
            </w:pPr>
            <w:r w:rsidRPr="00675D78">
              <w:rPr>
                <w:sz w:val="20"/>
                <w:lang w:val="de-DE"/>
              </w:rPr>
              <w:t xml:space="preserve">12.  Sind die Sternebewertungen in einer App-Store-Kategorie manipuliert? </w:t>
            </w:r>
            <w:r>
              <w:rPr>
                <w:sz w:val="20"/>
              </w:rPr>
              <w:t xml:space="preserve">Ein Test </w:t>
            </w:r>
            <w:proofErr w:type="spellStart"/>
            <w:r>
              <w:rPr>
                <w:sz w:val="20"/>
              </w:rPr>
              <w:t>mit</w:t>
            </w:r>
            <w:proofErr w:type="spellEnd"/>
            <w:r>
              <w:rPr>
                <w:sz w:val="20"/>
              </w:rPr>
              <w:t xml:space="preserve"> dem benfordschen Gesetz.</w:t>
            </w:r>
          </w:p>
        </w:tc>
      </w:tr>
    </w:tbl>
    <w:p w14:paraId="7C58C100" w14:textId="77777777" w:rsidR="00F008E3" w:rsidRDefault="00F008E3"/>
    <w:p w14:paraId="73F11448" w14:textId="77777777" w:rsidR="00F008E3" w:rsidRPr="00675D78" w:rsidRDefault="00000000">
      <w:pPr>
        <w:pStyle w:val="KPKlein"/>
        <w:rPr>
          <w:lang w:val="de-DE"/>
        </w:rPr>
      </w:pPr>
      <w:r w:rsidRPr="00675D78">
        <w:rPr>
          <w:lang w:val="de-DE"/>
        </w:rPr>
        <w:t>Jede Zelle ist eine Karte. Entlang der Linien schneiden.</w:t>
      </w:r>
    </w:p>
    <w:p w14:paraId="02A414F5" w14:textId="77777777" w:rsidR="00F008E3" w:rsidRPr="00675D78" w:rsidRDefault="00000000">
      <w:pPr>
        <w:rPr>
          <w:lang w:val="de-DE"/>
        </w:rPr>
      </w:pPr>
      <w:r w:rsidRPr="00675D78">
        <w:rPr>
          <w:lang w:val="de-DE"/>
        </w:rPr>
        <w:br w:type="page"/>
      </w:r>
    </w:p>
    <w:p w14:paraId="6BC4A5C9" w14:textId="77777777" w:rsidR="00F008E3" w:rsidRPr="00675D78" w:rsidRDefault="00000000">
      <w:pPr>
        <w:pStyle w:val="KPKapitel"/>
        <w:rPr>
          <w:lang w:val="de-DE"/>
        </w:rPr>
      </w:pPr>
      <w:r w:rsidRPr="00675D78">
        <w:rPr>
          <w:color w:val="8FB840"/>
          <w:lang w:val="de-DE"/>
        </w:rPr>
        <w:lastRenderedPageBreak/>
        <w:t xml:space="preserve">M 3   </w:t>
      </w:r>
      <w:r w:rsidRPr="00675D78">
        <w:rPr>
          <w:lang w:val="de-DE"/>
        </w:rPr>
        <w:t>Interessenblatt</w:t>
      </w:r>
    </w:p>
    <w:p w14:paraId="7219055B" w14:textId="77777777" w:rsidR="00F008E3" w:rsidRPr="00675D78" w:rsidRDefault="00000000">
      <w:pPr>
        <w:pStyle w:val="KPKlein"/>
        <w:rPr>
          <w:lang w:val="de-DE"/>
        </w:rPr>
      </w:pPr>
      <w:r w:rsidRPr="00675D78">
        <w:rPr>
          <w:lang w:val="de-DE"/>
        </w:rPr>
        <w:t>Zehn Dinge, die dich wirklich interessieren. Keine Mathematik. Musik, Sport, Kochen, Spiele, Tiere, Verkehr, Geld, Sprache, dein Weg zur Schule, dein Handy – alles zählt. Je konkreter, desto besser: nicht „Sport“, sondern „warum mein Aufschlag beim Badminton so oft im Netz landet“.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4400"/>
        <w:gridCol w:w="4026"/>
      </w:tblGrid>
      <w:tr w:rsidR="00F008E3" w14:paraId="7655C7AA" w14:textId="77777777">
        <w:trPr>
          <w:cantSplit/>
          <w:tblHeader/>
        </w:trPr>
        <w:tc>
          <w:tcPr>
            <w:tcW w:w="600" w:type="dxa"/>
            <w:shd w:val="clear" w:color="auto" w:fill="0F3D2A"/>
            <w:tcMar>
              <w:top w:w="60" w:type="dxa"/>
              <w:left w:w="90" w:type="dxa"/>
              <w:bottom w:w="60" w:type="dxa"/>
              <w:right w:w="90" w:type="dxa"/>
            </w:tcMar>
          </w:tcPr>
          <w:p w14:paraId="44EF760F" w14:textId="77777777" w:rsidR="00F008E3" w:rsidRDefault="00000000">
            <w:pPr>
              <w:spacing w:after="0" w:line="252" w:lineRule="auto"/>
            </w:pPr>
            <w:r>
              <w:rPr>
                <w:rFonts w:ascii="Calibri" w:hAnsi="Calibri"/>
                <w:b/>
                <w:color w:val="FFFFFF"/>
                <w:sz w:val="17"/>
              </w:rPr>
              <w:t>Nr.</w:t>
            </w:r>
          </w:p>
        </w:tc>
        <w:tc>
          <w:tcPr>
            <w:tcW w:w="4400" w:type="dxa"/>
            <w:shd w:val="clear" w:color="auto" w:fill="0F3D2A"/>
            <w:tcMar>
              <w:top w:w="60" w:type="dxa"/>
              <w:left w:w="90" w:type="dxa"/>
              <w:bottom w:w="60" w:type="dxa"/>
              <w:right w:w="90" w:type="dxa"/>
            </w:tcMar>
          </w:tcPr>
          <w:p w14:paraId="3190FCFC" w14:textId="77777777" w:rsidR="00F008E3" w:rsidRDefault="00000000">
            <w:pPr>
              <w:spacing w:after="0" w:line="252" w:lineRule="auto"/>
            </w:pPr>
            <w:r>
              <w:rPr>
                <w:rFonts w:ascii="Calibri" w:hAnsi="Calibri"/>
                <w:b/>
                <w:color w:val="FFFFFF"/>
                <w:sz w:val="17"/>
              </w:rPr>
              <w:t>Das interessiert mich</w:t>
            </w:r>
          </w:p>
        </w:tc>
        <w:tc>
          <w:tcPr>
            <w:tcW w:w="4026" w:type="dxa"/>
            <w:shd w:val="clear" w:color="auto" w:fill="0F3D2A"/>
            <w:tcMar>
              <w:top w:w="60" w:type="dxa"/>
              <w:left w:w="90" w:type="dxa"/>
              <w:bottom w:w="60" w:type="dxa"/>
              <w:right w:w="90" w:type="dxa"/>
            </w:tcMar>
          </w:tcPr>
          <w:p w14:paraId="224619BA" w14:textId="77777777" w:rsidR="00F008E3" w:rsidRDefault="00000000">
            <w:pPr>
              <w:spacing w:after="0" w:line="252" w:lineRule="auto"/>
            </w:pPr>
            <w:r>
              <w:rPr>
                <w:rFonts w:ascii="Calibri" w:hAnsi="Calibri"/>
                <w:b/>
                <w:color w:val="FFFFFF"/>
                <w:sz w:val="17"/>
              </w:rPr>
              <w:t>Warum eigentlich?</w:t>
            </w:r>
          </w:p>
        </w:tc>
      </w:tr>
      <w:tr w:rsidR="00F008E3" w14:paraId="47825A36" w14:textId="77777777">
        <w:trPr>
          <w:cantSplit/>
        </w:trPr>
        <w:tc>
          <w:tcPr>
            <w:tcW w:w="600" w:type="dxa"/>
            <w:tcMar>
              <w:top w:w="60" w:type="dxa"/>
              <w:left w:w="90" w:type="dxa"/>
              <w:bottom w:w="60" w:type="dxa"/>
              <w:right w:w="90" w:type="dxa"/>
            </w:tcMar>
          </w:tcPr>
          <w:p w14:paraId="53D9AF74" w14:textId="77777777" w:rsidR="00F008E3" w:rsidRDefault="00000000">
            <w:pPr>
              <w:spacing w:after="0" w:line="264" w:lineRule="auto"/>
            </w:pPr>
            <w:r>
              <w:rPr>
                <w:sz w:val="20"/>
              </w:rPr>
              <w:t>1</w:t>
            </w:r>
          </w:p>
        </w:tc>
        <w:tc>
          <w:tcPr>
            <w:tcW w:w="4400" w:type="dxa"/>
            <w:tcMar>
              <w:top w:w="60" w:type="dxa"/>
              <w:left w:w="90" w:type="dxa"/>
              <w:bottom w:w="60" w:type="dxa"/>
              <w:right w:w="90" w:type="dxa"/>
            </w:tcMar>
          </w:tcPr>
          <w:p w14:paraId="612CE827" w14:textId="77777777" w:rsidR="00F008E3" w:rsidRDefault="00F008E3">
            <w:pPr>
              <w:spacing w:after="0" w:line="264" w:lineRule="auto"/>
            </w:pPr>
          </w:p>
        </w:tc>
        <w:tc>
          <w:tcPr>
            <w:tcW w:w="4026" w:type="dxa"/>
            <w:tcMar>
              <w:top w:w="60" w:type="dxa"/>
              <w:left w:w="90" w:type="dxa"/>
              <w:bottom w:w="60" w:type="dxa"/>
              <w:right w:w="90" w:type="dxa"/>
            </w:tcMar>
          </w:tcPr>
          <w:p w14:paraId="12D31968" w14:textId="77777777" w:rsidR="00F008E3" w:rsidRDefault="00F008E3">
            <w:pPr>
              <w:spacing w:after="0" w:line="264" w:lineRule="auto"/>
            </w:pPr>
          </w:p>
        </w:tc>
      </w:tr>
      <w:tr w:rsidR="00F008E3" w14:paraId="29054287" w14:textId="77777777">
        <w:trPr>
          <w:cantSplit/>
        </w:trPr>
        <w:tc>
          <w:tcPr>
            <w:tcW w:w="600" w:type="dxa"/>
            <w:shd w:val="clear" w:color="auto" w:fill="F1F4EC"/>
            <w:tcMar>
              <w:top w:w="60" w:type="dxa"/>
              <w:left w:w="90" w:type="dxa"/>
              <w:bottom w:w="60" w:type="dxa"/>
              <w:right w:w="90" w:type="dxa"/>
            </w:tcMar>
          </w:tcPr>
          <w:p w14:paraId="6ECBA2A1" w14:textId="77777777" w:rsidR="00F008E3" w:rsidRDefault="00000000">
            <w:pPr>
              <w:spacing w:after="0" w:line="264" w:lineRule="auto"/>
            </w:pPr>
            <w:r>
              <w:rPr>
                <w:sz w:val="20"/>
              </w:rPr>
              <w:t>2</w:t>
            </w:r>
          </w:p>
        </w:tc>
        <w:tc>
          <w:tcPr>
            <w:tcW w:w="4400" w:type="dxa"/>
            <w:shd w:val="clear" w:color="auto" w:fill="F1F4EC"/>
            <w:tcMar>
              <w:top w:w="60" w:type="dxa"/>
              <w:left w:w="90" w:type="dxa"/>
              <w:bottom w:w="60" w:type="dxa"/>
              <w:right w:w="90" w:type="dxa"/>
            </w:tcMar>
          </w:tcPr>
          <w:p w14:paraId="152AF29A" w14:textId="77777777" w:rsidR="00F008E3" w:rsidRDefault="00F008E3">
            <w:pPr>
              <w:spacing w:after="0" w:line="264" w:lineRule="auto"/>
            </w:pPr>
          </w:p>
        </w:tc>
        <w:tc>
          <w:tcPr>
            <w:tcW w:w="4026" w:type="dxa"/>
            <w:shd w:val="clear" w:color="auto" w:fill="F1F4EC"/>
            <w:tcMar>
              <w:top w:w="60" w:type="dxa"/>
              <w:left w:w="90" w:type="dxa"/>
              <w:bottom w:w="60" w:type="dxa"/>
              <w:right w:w="90" w:type="dxa"/>
            </w:tcMar>
          </w:tcPr>
          <w:p w14:paraId="2BA9B804" w14:textId="77777777" w:rsidR="00F008E3" w:rsidRDefault="00F008E3">
            <w:pPr>
              <w:spacing w:after="0" w:line="264" w:lineRule="auto"/>
            </w:pPr>
          </w:p>
        </w:tc>
      </w:tr>
      <w:tr w:rsidR="00F008E3" w14:paraId="4E4F85C1" w14:textId="77777777">
        <w:trPr>
          <w:cantSplit/>
        </w:trPr>
        <w:tc>
          <w:tcPr>
            <w:tcW w:w="600" w:type="dxa"/>
            <w:tcMar>
              <w:top w:w="60" w:type="dxa"/>
              <w:left w:w="90" w:type="dxa"/>
              <w:bottom w:w="60" w:type="dxa"/>
              <w:right w:w="90" w:type="dxa"/>
            </w:tcMar>
          </w:tcPr>
          <w:p w14:paraId="49D5FD0C" w14:textId="77777777" w:rsidR="00F008E3" w:rsidRDefault="00000000">
            <w:pPr>
              <w:spacing w:after="0" w:line="264" w:lineRule="auto"/>
            </w:pPr>
            <w:r>
              <w:rPr>
                <w:sz w:val="20"/>
              </w:rPr>
              <w:t>3</w:t>
            </w:r>
          </w:p>
        </w:tc>
        <w:tc>
          <w:tcPr>
            <w:tcW w:w="4400" w:type="dxa"/>
            <w:tcMar>
              <w:top w:w="60" w:type="dxa"/>
              <w:left w:w="90" w:type="dxa"/>
              <w:bottom w:w="60" w:type="dxa"/>
              <w:right w:w="90" w:type="dxa"/>
            </w:tcMar>
          </w:tcPr>
          <w:p w14:paraId="3159A48E" w14:textId="77777777" w:rsidR="00F008E3" w:rsidRDefault="00F008E3">
            <w:pPr>
              <w:spacing w:after="0" w:line="264" w:lineRule="auto"/>
            </w:pPr>
          </w:p>
        </w:tc>
        <w:tc>
          <w:tcPr>
            <w:tcW w:w="4026" w:type="dxa"/>
            <w:tcMar>
              <w:top w:w="60" w:type="dxa"/>
              <w:left w:w="90" w:type="dxa"/>
              <w:bottom w:w="60" w:type="dxa"/>
              <w:right w:w="90" w:type="dxa"/>
            </w:tcMar>
          </w:tcPr>
          <w:p w14:paraId="570AA457" w14:textId="77777777" w:rsidR="00F008E3" w:rsidRDefault="00F008E3">
            <w:pPr>
              <w:spacing w:after="0" w:line="264" w:lineRule="auto"/>
            </w:pPr>
          </w:p>
        </w:tc>
      </w:tr>
      <w:tr w:rsidR="00F008E3" w14:paraId="5184603F" w14:textId="77777777">
        <w:trPr>
          <w:cantSplit/>
        </w:trPr>
        <w:tc>
          <w:tcPr>
            <w:tcW w:w="600" w:type="dxa"/>
            <w:shd w:val="clear" w:color="auto" w:fill="F1F4EC"/>
            <w:tcMar>
              <w:top w:w="60" w:type="dxa"/>
              <w:left w:w="90" w:type="dxa"/>
              <w:bottom w:w="60" w:type="dxa"/>
              <w:right w:w="90" w:type="dxa"/>
            </w:tcMar>
          </w:tcPr>
          <w:p w14:paraId="5BCB2962" w14:textId="77777777" w:rsidR="00F008E3" w:rsidRDefault="00000000">
            <w:pPr>
              <w:spacing w:after="0" w:line="264" w:lineRule="auto"/>
            </w:pPr>
            <w:r>
              <w:rPr>
                <w:sz w:val="20"/>
              </w:rPr>
              <w:t>4</w:t>
            </w:r>
          </w:p>
        </w:tc>
        <w:tc>
          <w:tcPr>
            <w:tcW w:w="4400" w:type="dxa"/>
            <w:shd w:val="clear" w:color="auto" w:fill="F1F4EC"/>
            <w:tcMar>
              <w:top w:w="60" w:type="dxa"/>
              <w:left w:w="90" w:type="dxa"/>
              <w:bottom w:w="60" w:type="dxa"/>
              <w:right w:w="90" w:type="dxa"/>
            </w:tcMar>
          </w:tcPr>
          <w:p w14:paraId="1BFF8080" w14:textId="77777777" w:rsidR="00F008E3" w:rsidRDefault="00F008E3">
            <w:pPr>
              <w:spacing w:after="0" w:line="264" w:lineRule="auto"/>
            </w:pPr>
          </w:p>
        </w:tc>
        <w:tc>
          <w:tcPr>
            <w:tcW w:w="4026" w:type="dxa"/>
            <w:shd w:val="clear" w:color="auto" w:fill="F1F4EC"/>
            <w:tcMar>
              <w:top w:w="60" w:type="dxa"/>
              <w:left w:w="90" w:type="dxa"/>
              <w:bottom w:w="60" w:type="dxa"/>
              <w:right w:w="90" w:type="dxa"/>
            </w:tcMar>
          </w:tcPr>
          <w:p w14:paraId="33F1778E" w14:textId="77777777" w:rsidR="00F008E3" w:rsidRDefault="00F008E3">
            <w:pPr>
              <w:spacing w:after="0" w:line="264" w:lineRule="auto"/>
            </w:pPr>
          </w:p>
        </w:tc>
      </w:tr>
      <w:tr w:rsidR="00F008E3" w14:paraId="3CBE8681" w14:textId="77777777">
        <w:trPr>
          <w:cantSplit/>
        </w:trPr>
        <w:tc>
          <w:tcPr>
            <w:tcW w:w="600" w:type="dxa"/>
            <w:tcMar>
              <w:top w:w="60" w:type="dxa"/>
              <w:left w:w="90" w:type="dxa"/>
              <w:bottom w:w="60" w:type="dxa"/>
              <w:right w:w="90" w:type="dxa"/>
            </w:tcMar>
          </w:tcPr>
          <w:p w14:paraId="5E6D2CAC" w14:textId="77777777" w:rsidR="00F008E3" w:rsidRDefault="00000000">
            <w:pPr>
              <w:spacing w:after="0" w:line="264" w:lineRule="auto"/>
            </w:pPr>
            <w:r>
              <w:rPr>
                <w:sz w:val="20"/>
              </w:rPr>
              <w:t>5</w:t>
            </w:r>
          </w:p>
        </w:tc>
        <w:tc>
          <w:tcPr>
            <w:tcW w:w="4400" w:type="dxa"/>
            <w:tcMar>
              <w:top w:w="60" w:type="dxa"/>
              <w:left w:w="90" w:type="dxa"/>
              <w:bottom w:w="60" w:type="dxa"/>
              <w:right w:w="90" w:type="dxa"/>
            </w:tcMar>
          </w:tcPr>
          <w:p w14:paraId="1D57AFE2" w14:textId="77777777" w:rsidR="00F008E3" w:rsidRDefault="00F008E3">
            <w:pPr>
              <w:spacing w:after="0" w:line="264" w:lineRule="auto"/>
            </w:pPr>
          </w:p>
        </w:tc>
        <w:tc>
          <w:tcPr>
            <w:tcW w:w="4026" w:type="dxa"/>
            <w:tcMar>
              <w:top w:w="60" w:type="dxa"/>
              <w:left w:w="90" w:type="dxa"/>
              <w:bottom w:w="60" w:type="dxa"/>
              <w:right w:w="90" w:type="dxa"/>
            </w:tcMar>
          </w:tcPr>
          <w:p w14:paraId="48032C12" w14:textId="77777777" w:rsidR="00F008E3" w:rsidRDefault="00F008E3">
            <w:pPr>
              <w:spacing w:after="0" w:line="264" w:lineRule="auto"/>
            </w:pPr>
          </w:p>
        </w:tc>
      </w:tr>
      <w:tr w:rsidR="00F008E3" w14:paraId="0FABA4AB" w14:textId="77777777">
        <w:trPr>
          <w:cantSplit/>
        </w:trPr>
        <w:tc>
          <w:tcPr>
            <w:tcW w:w="600" w:type="dxa"/>
            <w:shd w:val="clear" w:color="auto" w:fill="F1F4EC"/>
            <w:tcMar>
              <w:top w:w="60" w:type="dxa"/>
              <w:left w:w="90" w:type="dxa"/>
              <w:bottom w:w="60" w:type="dxa"/>
              <w:right w:w="90" w:type="dxa"/>
            </w:tcMar>
          </w:tcPr>
          <w:p w14:paraId="743AE624" w14:textId="77777777" w:rsidR="00F008E3" w:rsidRDefault="00000000">
            <w:pPr>
              <w:spacing w:after="0" w:line="264" w:lineRule="auto"/>
            </w:pPr>
            <w:r>
              <w:rPr>
                <w:sz w:val="20"/>
              </w:rPr>
              <w:t>6</w:t>
            </w:r>
          </w:p>
        </w:tc>
        <w:tc>
          <w:tcPr>
            <w:tcW w:w="4400" w:type="dxa"/>
            <w:shd w:val="clear" w:color="auto" w:fill="F1F4EC"/>
            <w:tcMar>
              <w:top w:w="60" w:type="dxa"/>
              <w:left w:w="90" w:type="dxa"/>
              <w:bottom w:w="60" w:type="dxa"/>
              <w:right w:w="90" w:type="dxa"/>
            </w:tcMar>
          </w:tcPr>
          <w:p w14:paraId="129BE6C5" w14:textId="77777777" w:rsidR="00F008E3" w:rsidRDefault="00F008E3">
            <w:pPr>
              <w:spacing w:after="0" w:line="264" w:lineRule="auto"/>
            </w:pPr>
          </w:p>
        </w:tc>
        <w:tc>
          <w:tcPr>
            <w:tcW w:w="4026" w:type="dxa"/>
            <w:shd w:val="clear" w:color="auto" w:fill="F1F4EC"/>
            <w:tcMar>
              <w:top w:w="60" w:type="dxa"/>
              <w:left w:w="90" w:type="dxa"/>
              <w:bottom w:w="60" w:type="dxa"/>
              <w:right w:w="90" w:type="dxa"/>
            </w:tcMar>
          </w:tcPr>
          <w:p w14:paraId="01F0D86E" w14:textId="77777777" w:rsidR="00F008E3" w:rsidRDefault="00F008E3">
            <w:pPr>
              <w:spacing w:after="0" w:line="264" w:lineRule="auto"/>
            </w:pPr>
          </w:p>
        </w:tc>
      </w:tr>
      <w:tr w:rsidR="00F008E3" w14:paraId="6B07ECEA" w14:textId="77777777">
        <w:trPr>
          <w:cantSplit/>
        </w:trPr>
        <w:tc>
          <w:tcPr>
            <w:tcW w:w="600" w:type="dxa"/>
            <w:tcMar>
              <w:top w:w="60" w:type="dxa"/>
              <w:left w:w="90" w:type="dxa"/>
              <w:bottom w:w="60" w:type="dxa"/>
              <w:right w:w="90" w:type="dxa"/>
            </w:tcMar>
          </w:tcPr>
          <w:p w14:paraId="46D8EA26" w14:textId="77777777" w:rsidR="00F008E3" w:rsidRDefault="00000000">
            <w:pPr>
              <w:spacing w:after="0" w:line="264" w:lineRule="auto"/>
            </w:pPr>
            <w:r>
              <w:rPr>
                <w:sz w:val="20"/>
              </w:rPr>
              <w:t>7</w:t>
            </w:r>
          </w:p>
        </w:tc>
        <w:tc>
          <w:tcPr>
            <w:tcW w:w="4400" w:type="dxa"/>
            <w:tcMar>
              <w:top w:w="60" w:type="dxa"/>
              <w:left w:w="90" w:type="dxa"/>
              <w:bottom w:w="60" w:type="dxa"/>
              <w:right w:w="90" w:type="dxa"/>
            </w:tcMar>
          </w:tcPr>
          <w:p w14:paraId="0A9B7CDD" w14:textId="77777777" w:rsidR="00F008E3" w:rsidRDefault="00F008E3">
            <w:pPr>
              <w:spacing w:after="0" w:line="264" w:lineRule="auto"/>
            </w:pPr>
          </w:p>
        </w:tc>
        <w:tc>
          <w:tcPr>
            <w:tcW w:w="4026" w:type="dxa"/>
            <w:tcMar>
              <w:top w:w="60" w:type="dxa"/>
              <w:left w:w="90" w:type="dxa"/>
              <w:bottom w:w="60" w:type="dxa"/>
              <w:right w:w="90" w:type="dxa"/>
            </w:tcMar>
          </w:tcPr>
          <w:p w14:paraId="0A11E196" w14:textId="77777777" w:rsidR="00F008E3" w:rsidRDefault="00F008E3">
            <w:pPr>
              <w:spacing w:after="0" w:line="264" w:lineRule="auto"/>
            </w:pPr>
          </w:p>
        </w:tc>
      </w:tr>
      <w:tr w:rsidR="00F008E3" w14:paraId="78AACAC2" w14:textId="77777777">
        <w:trPr>
          <w:cantSplit/>
        </w:trPr>
        <w:tc>
          <w:tcPr>
            <w:tcW w:w="600" w:type="dxa"/>
            <w:shd w:val="clear" w:color="auto" w:fill="F1F4EC"/>
            <w:tcMar>
              <w:top w:w="60" w:type="dxa"/>
              <w:left w:w="90" w:type="dxa"/>
              <w:bottom w:w="60" w:type="dxa"/>
              <w:right w:w="90" w:type="dxa"/>
            </w:tcMar>
          </w:tcPr>
          <w:p w14:paraId="2A18BA68" w14:textId="77777777" w:rsidR="00F008E3" w:rsidRDefault="00000000">
            <w:pPr>
              <w:spacing w:after="0" w:line="264" w:lineRule="auto"/>
            </w:pPr>
            <w:r>
              <w:rPr>
                <w:sz w:val="20"/>
              </w:rPr>
              <w:t>8</w:t>
            </w:r>
          </w:p>
        </w:tc>
        <w:tc>
          <w:tcPr>
            <w:tcW w:w="4400" w:type="dxa"/>
            <w:shd w:val="clear" w:color="auto" w:fill="F1F4EC"/>
            <w:tcMar>
              <w:top w:w="60" w:type="dxa"/>
              <w:left w:w="90" w:type="dxa"/>
              <w:bottom w:w="60" w:type="dxa"/>
              <w:right w:w="90" w:type="dxa"/>
            </w:tcMar>
          </w:tcPr>
          <w:p w14:paraId="11B3E2C1" w14:textId="77777777" w:rsidR="00F008E3" w:rsidRDefault="00F008E3">
            <w:pPr>
              <w:spacing w:after="0" w:line="264" w:lineRule="auto"/>
            </w:pPr>
          </w:p>
        </w:tc>
        <w:tc>
          <w:tcPr>
            <w:tcW w:w="4026" w:type="dxa"/>
            <w:shd w:val="clear" w:color="auto" w:fill="F1F4EC"/>
            <w:tcMar>
              <w:top w:w="60" w:type="dxa"/>
              <w:left w:w="90" w:type="dxa"/>
              <w:bottom w:w="60" w:type="dxa"/>
              <w:right w:w="90" w:type="dxa"/>
            </w:tcMar>
          </w:tcPr>
          <w:p w14:paraId="3D0EB7B7" w14:textId="77777777" w:rsidR="00F008E3" w:rsidRDefault="00F008E3">
            <w:pPr>
              <w:spacing w:after="0" w:line="264" w:lineRule="auto"/>
            </w:pPr>
          </w:p>
        </w:tc>
      </w:tr>
      <w:tr w:rsidR="00F008E3" w14:paraId="1DEE2124" w14:textId="77777777">
        <w:trPr>
          <w:cantSplit/>
        </w:trPr>
        <w:tc>
          <w:tcPr>
            <w:tcW w:w="600" w:type="dxa"/>
            <w:tcMar>
              <w:top w:w="60" w:type="dxa"/>
              <w:left w:w="90" w:type="dxa"/>
              <w:bottom w:w="60" w:type="dxa"/>
              <w:right w:w="90" w:type="dxa"/>
            </w:tcMar>
          </w:tcPr>
          <w:p w14:paraId="4B31682A" w14:textId="77777777" w:rsidR="00F008E3" w:rsidRDefault="00000000">
            <w:pPr>
              <w:spacing w:after="0" w:line="264" w:lineRule="auto"/>
            </w:pPr>
            <w:r>
              <w:rPr>
                <w:sz w:val="20"/>
              </w:rPr>
              <w:t>9</w:t>
            </w:r>
          </w:p>
        </w:tc>
        <w:tc>
          <w:tcPr>
            <w:tcW w:w="4400" w:type="dxa"/>
            <w:tcMar>
              <w:top w:w="60" w:type="dxa"/>
              <w:left w:w="90" w:type="dxa"/>
              <w:bottom w:w="60" w:type="dxa"/>
              <w:right w:w="90" w:type="dxa"/>
            </w:tcMar>
          </w:tcPr>
          <w:p w14:paraId="4175FE7B" w14:textId="77777777" w:rsidR="00F008E3" w:rsidRDefault="00F008E3">
            <w:pPr>
              <w:spacing w:after="0" w:line="264" w:lineRule="auto"/>
            </w:pPr>
          </w:p>
        </w:tc>
        <w:tc>
          <w:tcPr>
            <w:tcW w:w="4026" w:type="dxa"/>
            <w:tcMar>
              <w:top w:w="60" w:type="dxa"/>
              <w:left w:w="90" w:type="dxa"/>
              <w:bottom w:w="60" w:type="dxa"/>
              <w:right w:w="90" w:type="dxa"/>
            </w:tcMar>
          </w:tcPr>
          <w:p w14:paraId="66B08BC0" w14:textId="77777777" w:rsidR="00F008E3" w:rsidRDefault="00F008E3">
            <w:pPr>
              <w:spacing w:after="0" w:line="264" w:lineRule="auto"/>
            </w:pPr>
          </w:p>
        </w:tc>
      </w:tr>
      <w:tr w:rsidR="00F008E3" w14:paraId="05C6A386" w14:textId="77777777">
        <w:trPr>
          <w:cantSplit/>
        </w:trPr>
        <w:tc>
          <w:tcPr>
            <w:tcW w:w="600" w:type="dxa"/>
            <w:shd w:val="clear" w:color="auto" w:fill="F1F4EC"/>
            <w:tcMar>
              <w:top w:w="60" w:type="dxa"/>
              <w:left w:w="90" w:type="dxa"/>
              <w:bottom w:w="60" w:type="dxa"/>
              <w:right w:w="90" w:type="dxa"/>
            </w:tcMar>
          </w:tcPr>
          <w:p w14:paraId="537A1421" w14:textId="77777777" w:rsidR="00F008E3" w:rsidRDefault="00000000">
            <w:pPr>
              <w:spacing w:after="0" w:line="264" w:lineRule="auto"/>
            </w:pPr>
            <w:r>
              <w:rPr>
                <w:sz w:val="20"/>
              </w:rPr>
              <w:t>10</w:t>
            </w:r>
          </w:p>
        </w:tc>
        <w:tc>
          <w:tcPr>
            <w:tcW w:w="4400" w:type="dxa"/>
            <w:shd w:val="clear" w:color="auto" w:fill="F1F4EC"/>
            <w:tcMar>
              <w:top w:w="60" w:type="dxa"/>
              <w:left w:w="90" w:type="dxa"/>
              <w:bottom w:w="60" w:type="dxa"/>
              <w:right w:w="90" w:type="dxa"/>
            </w:tcMar>
          </w:tcPr>
          <w:p w14:paraId="0D631CB8" w14:textId="77777777" w:rsidR="00F008E3" w:rsidRDefault="00F008E3">
            <w:pPr>
              <w:spacing w:after="0" w:line="264" w:lineRule="auto"/>
            </w:pPr>
          </w:p>
        </w:tc>
        <w:tc>
          <w:tcPr>
            <w:tcW w:w="4026" w:type="dxa"/>
            <w:shd w:val="clear" w:color="auto" w:fill="F1F4EC"/>
            <w:tcMar>
              <w:top w:w="60" w:type="dxa"/>
              <w:left w:w="90" w:type="dxa"/>
              <w:bottom w:w="60" w:type="dxa"/>
              <w:right w:w="90" w:type="dxa"/>
            </w:tcMar>
          </w:tcPr>
          <w:p w14:paraId="2E517372" w14:textId="77777777" w:rsidR="00F008E3" w:rsidRDefault="00F008E3">
            <w:pPr>
              <w:spacing w:after="0" w:line="264" w:lineRule="auto"/>
            </w:pPr>
          </w:p>
        </w:tc>
      </w:tr>
    </w:tbl>
    <w:p w14:paraId="307C0D9E" w14:textId="77777777" w:rsidR="00F008E3" w:rsidRDefault="00F008E3"/>
    <w:p w14:paraId="22233A3F" w14:textId="77777777" w:rsidR="00F008E3" w:rsidRDefault="00000000">
      <w:pPr>
        <w:pStyle w:val="KPAbschnitt"/>
      </w:pPr>
      <w:r>
        <w:t>Nach Doppelstunde 2 auszufüllen</w:t>
      </w:r>
    </w:p>
    <w:p w14:paraId="3C7E402E" w14:textId="77777777" w:rsidR="00F008E3" w:rsidRDefault="00000000">
      <w:pPr>
        <w:pStyle w:val="KPFlietext"/>
      </w:pPr>
      <w:r w:rsidRPr="00675D78">
        <w:rPr>
          <w:lang w:val="de-DE"/>
        </w:rPr>
        <w:t xml:space="preserve">Wähle drei Felder aus und schreibe zu jedem einen Satz, der mit „Hier steckt Mathematik drin, weil …“ beginnt. In dem Satz muss ein Verb stehen, das eine mathematische Tätigkeit beschreibt: modellieren, optimieren, vergleichen, beweisen, schätzen, anpassen, simulieren, zählen. </w:t>
      </w:r>
      <w:r>
        <w:t xml:space="preserve">„Hat </w:t>
      </w:r>
      <w:proofErr w:type="spellStart"/>
      <w:r>
        <w:t>etwas</w:t>
      </w:r>
      <w:proofErr w:type="spellEnd"/>
      <w:r>
        <w:t xml:space="preserve"> </w:t>
      </w:r>
      <w:proofErr w:type="spellStart"/>
      <w:r>
        <w:t>mit</w:t>
      </w:r>
      <w:proofErr w:type="spellEnd"/>
      <w:r>
        <w:t xml:space="preserve"> </w:t>
      </w:r>
      <w:proofErr w:type="spellStart"/>
      <w:r>
        <w:t>Statistik</w:t>
      </w:r>
      <w:proofErr w:type="spellEnd"/>
      <w:r>
        <w:t xml:space="preserve"> zu tun“ zählt nicht.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2600"/>
        <w:gridCol w:w="6426"/>
      </w:tblGrid>
      <w:tr w:rsidR="00F008E3" w:rsidRPr="00675D78" w14:paraId="79D0FDFA" w14:textId="77777777">
        <w:trPr>
          <w:cantSplit/>
          <w:tblHeader/>
        </w:trPr>
        <w:tc>
          <w:tcPr>
            <w:tcW w:w="2600" w:type="dxa"/>
            <w:shd w:val="clear" w:color="auto" w:fill="0F3D2A"/>
            <w:tcMar>
              <w:top w:w="60" w:type="dxa"/>
              <w:left w:w="90" w:type="dxa"/>
              <w:bottom w:w="60" w:type="dxa"/>
              <w:right w:w="90" w:type="dxa"/>
            </w:tcMar>
          </w:tcPr>
          <w:p w14:paraId="5270EE84" w14:textId="77777777" w:rsidR="00F008E3" w:rsidRDefault="00000000">
            <w:pPr>
              <w:spacing w:after="0" w:line="252" w:lineRule="auto"/>
            </w:pPr>
            <w:r>
              <w:rPr>
                <w:rFonts w:ascii="Calibri" w:hAnsi="Calibri"/>
                <w:b/>
                <w:color w:val="FFFFFF"/>
                <w:sz w:val="17"/>
              </w:rPr>
              <w:t>Feld</w:t>
            </w:r>
          </w:p>
        </w:tc>
        <w:tc>
          <w:tcPr>
            <w:tcW w:w="6426" w:type="dxa"/>
            <w:shd w:val="clear" w:color="auto" w:fill="0F3D2A"/>
            <w:tcMar>
              <w:top w:w="60" w:type="dxa"/>
              <w:left w:w="90" w:type="dxa"/>
              <w:bottom w:w="60" w:type="dxa"/>
              <w:right w:w="90" w:type="dxa"/>
            </w:tcMar>
          </w:tcPr>
          <w:p w14:paraId="517B1492" w14:textId="77777777" w:rsidR="00F008E3" w:rsidRPr="00675D78" w:rsidRDefault="00000000">
            <w:pPr>
              <w:spacing w:after="0" w:line="252" w:lineRule="auto"/>
              <w:rPr>
                <w:lang w:val="de-DE"/>
              </w:rPr>
            </w:pPr>
            <w:r w:rsidRPr="00675D78">
              <w:rPr>
                <w:rFonts w:ascii="Calibri" w:hAnsi="Calibri"/>
                <w:b/>
                <w:color w:val="FFFFFF"/>
                <w:sz w:val="17"/>
                <w:lang w:val="de-DE"/>
              </w:rPr>
              <w:t>Hier steckt Mathematik drin, weil …</w:t>
            </w:r>
          </w:p>
        </w:tc>
      </w:tr>
      <w:tr w:rsidR="00F008E3" w:rsidRPr="00675D78" w14:paraId="76413B8F" w14:textId="77777777">
        <w:trPr>
          <w:cantSplit/>
        </w:trPr>
        <w:tc>
          <w:tcPr>
            <w:tcW w:w="2600" w:type="dxa"/>
            <w:tcMar>
              <w:top w:w="60" w:type="dxa"/>
              <w:left w:w="90" w:type="dxa"/>
              <w:bottom w:w="60" w:type="dxa"/>
              <w:right w:w="90" w:type="dxa"/>
            </w:tcMar>
          </w:tcPr>
          <w:p w14:paraId="61AC50F6" w14:textId="77777777" w:rsidR="00F008E3" w:rsidRPr="00675D78" w:rsidRDefault="00F008E3">
            <w:pPr>
              <w:spacing w:after="0" w:line="264" w:lineRule="auto"/>
              <w:rPr>
                <w:lang w:val="de-DE"/>
              </w:rPr>
            </w:pPr>
          </w:p>
        </w:tc>
        <w:tc>
          <w:tcPr>
            <w:tcW w:w="6426" w:type="dxa"/>
            <w:tcMar>
              <w:top w:w="60" w:type="dxa"/>
              <w:left w:w="90" w:type="dxa"/>
              <w:bottom w:w="60" w:type="dxa"/>
              <w:right w:w="90" w:type="dxa"/>
            </w:tcMar>
          </w:tcPr>
          <w:p w14:paraId="2AAAD1D9" w14:textId="77777777" w:rsidR="00F008E3" w:rsidRPr="00675D78" w:rsidRDefault="00F008E3">
            <w:pPr>
              <w:spacing w:after="0" w:line="264" w:lineRule="auto"/>
              <w:rPr>
                <w:lang w:val="de-DE"/>
              </w:rPr>
            </w:pPr>
          </w:p>
        </w:tc>
      </w:tr>
      <w:tr w:rsidR="00F008E3" w:rsidRPr="00675D78" w14:paraId="52419A3C" w14:textId="77777777">
        <w:trPr>
          <w:cantSplit/>
        </w:trPr>
        <w:tc>
          <w:tcPr>
            <w:tcW w:w="2600" w:type="dxa"/>
            <w:shd w:val="clear" w:color="auto" w:fill="F1F4EC"/>
            <w:tcMar>
              <w:top w:w="60" w:type="dxa"/>
              <w:left w:w="90" w:type="dxa"/>
              <w:bottom w:w="60" w:type="dxa"/>
              <w:right w:w="90" w:type="dxa"/>
            </w:tcMar>
          </w:tcPr>
          <w:p w14:paraId="3F96D2F6" w14:textId="77777777" w:rsidR="00F008E3" w:rsidRPr="00675D78" w:rsidRDefault="00F008E3">
            <w:pPr>
              <w:spacing w:after="0" w:line="264" w:lineRule="auto"/>
              <w:rPr>
                <w:lang w:val="de-DE"/>
              </w:rPr>
            </w:pPr>
          </w:p>
        </w:tc>
        <w:tc>
          <w:tcPr>
            <w:tcW w:w="6426" w:type="dxa"/>
            <w:shd w:val="clear" w:color="auto" w:fill="F1F4EC"/>
            <w:tcMar>
              <w:top w:w="60" w:type="dxa"/>
              <w:left w:w="90" w:type="dxa"/>
              <w:bottom w:w="60" w:type="dxa"/>
              <w:right w:w="90" w:type="dxa"/>
            </w:tcMar>
          </w:tcPr>
          <w:p w14:paraId="18280481" w14:textId="77777777" w:rsidR="00F008E3" w:rsidRPr="00675D78" w:rsidRDefault="00F008E3">
            <w:pPr>
              <w:spacing w:after="0" w:line="264" w:lineRule="auto"/>
              <w:rPr>
                <w:lang w:val="de-DE"/>
              </w:rPr>
            </w:pPr>
          </w:p>
        </w:tc>
      </w:tr>
      <w:tr w:rsidR="00F008E3" w:rsidRPr="00675D78" w14:paraId="4E3EA234" w14:textId="77777777">
        <w:trPr>
          <w:cantSplit/>
        </w:trPr>
        <w:tc>
          <w:tcPr>
            <w:tcW w:w="2600" w:type="dxa"/>
            <w:tcMar>
              <w:top w:w="60" w:type="dxa"/>
              <w:left w:w="90" w:type="dxa"/>
              <w:bottom w:w="60" w:type="dxa"/>
              <w:right w:w="90" w:type="dxa"/>
            </w:tcMar>
          </w:tcPr>
          <w:p w14:paraId="39C6D3AD" w14:textId="77777777" w:rsidR="00F008E3" w:rsidRPr="00675D78" w:rsidRDefault="00F008E3">
            <w:pPr>
              <w:spacing w:after="0" w:line="264" w:lineRule="auto"/>
              <w:rPr>
                <w:lang w:val="de-DE"/>
              </w:rPr>
            </w:pPr>
          </w:p>
        </w:tc>
        <w:tc>
          <w:tcPr>
            <w:tcW w:w="6426" w:type="dxa"/>
            <w:tcMar>
              <w:top w:w="60" w:type="dxa"/>
              <w:left w:w="90" w:type="dxa"/>
              <w:bottom w:w="60" w:type="dxa"/>
              <w:right w:w="90" w:type="dxa"/>
            </w:tcMar>
          </w:tcPr>
          <w:p w14:paraId="1BB3728F" w14:textId="77777777" w:rsidR="00F008E3" w:rsidRPr="00675D78" w:rsidRDefault="00F008E3">
            <w:pPr>
              <w:spacing w:after="0" w:line="264" w:lineRule="auto"/>
              <w:rPr>
                <w:lang w:val="de-DE"/>
              </w:rPr>
            </w:pPr>
          </w:p>
        </w:tc>
      </w:tr>
    </w:tbl>
    <w:p w14:paraId="53E17EF4" w14:textId="77777777" w:rsidR="00F008E3" w:rsidRPr="00675D78" w:rsidRDefault="00F008E3">
      <w:pPr>
        <w:rPr>
          <w:lang w:val="de-DE"/>
        </w:rPr>
      </w:pPr>
    </w:p>
    <w:p w14:paraId="0CD03D39" w14:textId="77777777" w:rsidR="00F008E3" w:rsidRPr="00675D78" w:rsidRDefault="00000000">
      <w:pPr>
        <w:rPr>
          <w:lang w:val="de-DE"/>
        </w:rPr>
      </w:pPr>
      <w:r w:rsidRPr="00675D78">
        <w:rPr>
          <w:lang w:val="de-DE"/>
        </w:rPr>
        <w:br w:type="page"/>
      </w:r>
    </w:p>
    <w:p w14:paraId="2BC95A5F" w14:textId="77777777" w:rsidR="00F008E3" w:rsidRPr="00675D78" w:rsidRDefault="00000000">
      <w:pPr>
        <w:pStyle w:val="KPKapitel"/>
        <w:rPr>
          <w:lang w:val="de-DE"/>
        </w:rPr>
      </w:pPr>
      <w:r w:rsidRPr="00675D78">
        <w:rPr>
          <w:color w:val="8FB840"/>
          <w:lang w:val="de-DE"/>
        </w:rPr>
        <w:lastRenderedPageBreak/>
        <w:t xml:space="preserve">M 4   </w:t>
      </w:r>
      <w:r w:rsidRPr="00675D78">
        <w:rPr>
          <w:lang w:val="de-DE"/>
        </w:rPr>
        <w:t>Die fünf Bewertungskriterien</w:t>
      </w:r>
    </w:p>
    <w:p w14:paraId="669CBDDC" w14:textId="77777777" w:rsidR="00F008E3" w:rsidRPr="00675D78" w:rsidRDefault="00000000">
      <w:pPr>
        <w:pStyle w:val="KPKlein"/>
        <w:rPr>
          <w:lang w:val="de-DE"/>
        </w:rPr>
      </w:pPr>
      <w:r w:rsidRPr="00675D78">
        <w:rPr>
          <w:lang w:val="de-DE"/>
        </w:rPr>
        <w:t>Die Formulierungen stammen aus dem Handbuch der IB. Die Erläuterungen darunter sind meine Zusammenfassung.</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200"/>
        <w:gridCol w:w="6026"/>
        <w:gridCol w:w="1800"/>
      </w:tblGrid>
      <w:tr w:rsidR="00F008E3" w14:paraId="033A4E85" w14:textId="77777777">
        <w:trPr>
          <w:cantSplit/>
          <w:tblHeader/>
        </w:trPr>
        <w:tc>
          <w:tcPr>
            <w:tcW w:w="1200" w:type="dxa"/>
            <w:shd w:val="clear" w:color="auto" w:fill="0F3D2A"/>
            <w:tcMar>
              <w:top w:w="60" w:type="dxa"/>
              <w:left w:w="90" w:type="dxa"/>
              <w:bottom w:w="60" w:type="dxa"/>
              <w:right w:w="90" w:type="dxa"/>
            </w:tcMar>
          </w:tcPr>
          <w:p w14:paraId="262C887A" w14:textId="77777777" w:rsidR="00F008E3" w:rsidRDefault="00000000">
            <w:pPr>
              <w:spacing w:after="0" w:line="252" w:lineRule="auto"/>
            </w:pPr>
            <w:proofErr w:type="spellStart"/>
            <w:r>
              <w:rPr>
                <w:rFonts w:ascii="Calibri" w:hAnsi="Calibri"/>
                <w:b/>
                <w:color w:val="FFFFFF"/>
                <w:sz w:val="17"/>
              </w:rPr>
              <w:t>Kriterium</w:t>
            </w:r>
            <w:proofErr w:type="spellEnd"/>
          </w:p>
        </w:tc>
        <w:tc>
          <w:tcPr>
            <w:tcW w:w="6026" w:type="dxa"/>
            <w:shd w:val="clear" w:color="auto" w:fill="0F3D2A"/>
            <w:tcMar>
              <w:top w:w="60" w:type="dxa"/>
              <w:left w:w="90" w:type="dxa"/>
              <w:bottom w:w="60" w:type="dxa"/>
              <w:right w:w="90" w:type="dxa"/>
            </w:tcMar>
          </w:tcPr>
          <w:p w14:paraId="157C64D9" w14:textId="77777777" w:rsidR="00F008E3" w:rsidRDefault="00000000">
            <w:pPr>
              <w:spacing w:after="0" w:line="252" w:lineRule="auto"/>
            </w:pPr>
            <w:r>
              <w:rPr>
                <w:rFonts w:ascii="Calibri" w:hAnsi="Calibri"/>
                <w:b/>
                <w:color w:val="FFFFFF"/>
                <w:sz w:val="17"/>
              </w:rPr>
              <w:t>Bezeichnung</w:t>
            </w:r>
          </w:p>
        </w:tc>
        <w:tc>
          <w:tcPr>
            <w:tcW w:w="1800" w:type="dxa"/>
            <w:shd w:val="clear" w:color="auto" w:fill="0F3D2A"/>
            <w:tcMar>
              <w:top w:w="60" w:type="dxa"/>
              <w:left w:w="90" w:type="dxa"/>
              <w:bottom w:w="60" w:type="dxa"/>
              <w:right w:w="90" w:type="dxa"/>
            </w:tcMar>
          </w:tcPr>
          <w:p w14:paraId="603598F8" w14:textId="77777777" w:rsidR="00F008E3" w:rsidRDefault="00000000">
            <w:pPr>
              <w:spacing w:after="0" w:line="252" w:lineRule="auto"/>
            </w:pPr>
            <w:r>
              <w:rPr>
                <w:rFonts w:ascii="Calibri" w:hAnsi="Calibri"/>
                <w:b/>
                <w:color w:val="FFFFFF"/>
                <w:sz w:val="17"/>
              </w:rPr>
              <w:t>Punkte</w:t>
            </w:r>
          </w:p>
        </w:tc>
      </w:tr>
      <w:tr w:rsidR="00F008E3" w14:paraId="7D9F81A0" w14:textId="77777777">
        <w:trPr>
          <w:cantSplit/>
        </w:trPr>
        <w:tc>
          <w:tcPr>
            <w:tcW w:w="1200" w:type="dxa"/>
            <w:tcMar>
              <w:top w:w="60" w:type="dxa"/>
              <w:left w:w="90" w:type="dxa"/>
              <w:bottom w:w="60" w:type="dxa"/>
              <w:right w:w="90" w:type="dxa"/>
            </w:tcMar>
          </w:tcPr>
          <w:p w14:paraId="6EE2F16C" w14:textId="77777777" w:rsidR="00F008E3" w:rsidRDefault="00000000">
            <w:pPr>
              <w:spacing w:after="0" w:line="264" w:lineRule="auto"/>
            </w:pPr>
            <w:r>
              <w:rPr>
                <w:b/>
                <w:sz w:val="20"/>
              </w:rPr>
              <w:t>A</w:t>
            </w:r>
          </w:p>
        </w:tc>
        <w:tc>
          <w:tcPr>
            <w:tcW w:w="6026" w:type="dxa"/>
            <w:tcMar>
              <w:top w:w="60" w:type="dxa"/>
              <w:left w:w="90" w:type="dxa"/>
              <w:bottom w:w="60" w:type="dxa"/>
              <w:right w:w="90" w:type="dxa"/>
            </w:tcMar>
          </w:tcPr>
          <w:p w14:paraId="1354A36B" w14:textId="77777777" w:rsidR="00F008E3" w:rsidRDefault="00000000">
            <w:pPr>
              <w:spacing w:after="0" w:line="264" w:lineRule="auto"/>
            </w:pPr>
            <w:r>
              <w:rPr>
                <w:sz w:val="20"/>
              </w:rPr>
              <w:t>Präsentation</w:t>
            </w:r>
          </w:p>
        </w:tc>
        <w:tc>
          <w:tcPr>
            <w:tcW w:w="1800" w:type="dxa"/>
            <w:tcMar>
              <w:top w:w="60" w:type="dxa"/>
              <w:left w:w="90" w:type="dxa"/>
              <w:bottom w:w="60" w:type="dxa"/>
              <w:right w:w="90" w:type="dxa"/>
            </w:tcMar>
          </w:tcPr>
          <w:p w14:paraId="310DE88F" w14:textId="77777777" w:rsidR="00F008E3" w:rsidRDefault="00000000">
            <w:pPr>
              <w:spacing w:after="0" w:line="264" w:lineRule="auto"/>
            </w:pPr>
            <w:r>
              <w:rPr>
                <w:sz w:val="20"/>
              </w:rPr>
              <w:t>0–4</w:t>
            </w:r>
          </w:p>
        </w:tc>
      </w:tr>
      <w:tr w:rsidR="00F008E3" w14:paraId="3A3D41A2" w14:textId="77777777">
        <w:trPr>
          <w:cantSplit/>
        </w:trPr>
        <w:tc>
          <w:tcPr>
            <w:tcW w:w="1200" w:type="dxa"/>
            <w:shd w:val="clear" w:color="auto" w:fill="F1F4EC"/>
            <w:tcMar>
              <w:top w:w="60" w:type="dxa"/>
              <w:left w:w="90" w:type="dxa"/>
              <w:bottom w:w="60" w:type="dxa"/>
              <w:right w:w="90" w:type="dxa"/>
            </w:tcMar>
          </w:tcPr>
          <w:p w14:paraId="6B3CC27F" w14:textId="77777777" w:rsidR="00F008E3" w:rsidRDefault="00000000">
            <w:pPr>
              <w:spacing w:after="0" w:line="264" w:lineRule="auto"/>
            </w:pPr>
            <w:r>
              <w:rPr>
                <w:b/>
                <w:sz w:val="20"/>
              </w:rPr>
              <w:t>B</w:t>
            </w:r>
          </w:p>
        </w:tc>
        <w:tc>
          <w:tcPr>
            <w:tcW w:w="6026" w:type="dxa"/>
            <w:shd w:val="clear" w:color="auto" w:fill="F1F4EC"/>
            <w:tcMar>
              <w:top w:w="60" w:type="dxa"/>
              <w:left w:w="90" w:type="dxa"/>
              <w:bottom w:w="60" w:type="dxa"/>
              <w:right w:w="90" w:type="dxa"/>
            </w:tcMar>
          </w:tcPr>
          <w:p w14:paraId="14FE6738" w14:textId="77777777" w:rsidR="00F008E3" w:rsidRDefault="00000000">
            <w:pPr>
              <w:spacing w:after="0" w:line="264" w:lineRule="auto"/>
            </w:pPr>
            <w:r>
              <w:rPr>
                <w:sz w:val="20"/>
              </w:rPr>
              <w:t>Mathematische Kommunikation</w:t>
            </w:r>
          </w:p>
        </w:tc>
        <w:tc>
          <w:tcPr>
            <w:tcW w:w="1800" w:type="dxa"/>
            <w:shd w:val="clear" w:color="auto" w:fill="F1F4EC"/>
            <w:tcMar>
              <w:top w:w="60" w:type="dxa"/>
              <w:left w:w="90" w:type="dxa"/>
              <w:bottom w:w="60" w:type="dxa"/>
              <w:right w:w="90" w:type="dxa"/>
            </w:tcMar>
          </w:tcPr>
          <w:p w14:paraId="7ECA842A" w14:textId="77777777" w:rsidR="00F008E3" w:rsidRDefault="00000000">
            <w:pPr>
              <w:spacing w:after="0" w:line="264" w:lineRule="auto"/>
            </w:pPr>
            <w:r>
              <w:rPr>
                <w:sz w:val="20"/>
              </w:rPr>
              <w:t>0–4</w:t>
            </w:r>
          </w:p>
        </w:tc>
      </w:tr>
      <w:tr w:rsidR="00F008E3" w14:paraId="4AD5FDCF" w14:textId="77777777">
        <w:trPr>
          <w:cantSplit/>
        </w:trPr>
        <w:tc>
          <w:tcPr>
            <w:tcW w:w="1200" w:type="dxa"/>
            <w:tcMar>
              <w:top w:w="60" w:type="dxa"/>
              <w:left w:w="90" w:type="dxa"/>
              <w:bottom w:w="60" w:type="dxa"/>
              <w:right w:w="90" w:type="dxa"/>
            </w:tcMar>
          </w:tcPr>
          <w:p w14:paraId="5B0BBFCA" w14:textId="77777777" w:rsidR="00F008E3" w:rsidRDefault="00000000">
            <w:pPr>
              <w:spacing w:after="0" w:line="264" w:lineRule="auto"/>
            </w:pPr>
            <w:r>
              <w:rPr>
                <w:b/>
                <w:sz w:val="20"/>
              </w:rPr>
              <w:t>C</w:t>
            </w:r>
          </w:p>
        </w:tc>
        <w:tc>
          <w:tcPr>
            <w:tcW w:w="6026" w:type="dxa"/>
            <w:tcMar>
              <w:top w:w="60" w:type="dxa"/>
              <w:left w:w="90" w:type="dxa"/>
              <w:bottom w:w="60" w:type="dxa"/>
              <w:right w:w="90" w:type="dxa"/>
            </w:tcMar>
          </w:tcPr>
          <w:p w14:paraId="6CC97D59" w14:textId="77777777" w:rsidR="00F008E3" w:rsidRDefault="00000000">
            <w:pPr>
              <w:spacing w:after="0" w:line="264" w:lineRule="auto"/>
            </w:pPr>
            <w:r>
              <w:rPr>
                <w:sz w:val="20"/>
              </w:rPr>
              <w:t>Persönlicher Einsatz</w:t>
            </w:r>
          </w:p>
        </w:tc>
        <w:tc>
          <w:tcPr>
            <w:tcW w:w="1800" w:type="dxa"/>
            <w:tcMar>
              <w:top w:w="60" w:type="dxa"/>
              <w:left w:w="90" w:type="dxa"/>
              <w:bottom w:w="60" w:type="dxa"/>
              <w:right w:w="90" w:type="dxa"/>
            </w:tcMar>
          </w:tcPr>
          <w:p w14:paraId="08DABECA" w14:textId="77777777" w:rsidR="00F008E3" w:rsidRDefault="00000000">
            <w:pPr>
              <w:spacing w:after="0" w:line="264" w:lineRule="auto"/>
            </w:pPr>
            <w:r>
              <w:rPr>
                <w:sz w:val="20"/>
              </w:rPr>
              <w:t>0–3</w:t>
            </w:r>
          </w:p>
        </w:tc>
      </w:tr>
      <w:tr w:rsidR="00F008E3" w14:paraId="5F481D24" w14:textId="77777777">
        <w:trPr>
          <w:cantSplit/>
        </w:trPr>
        <w:tc>
          <w:tcPr>
            <w:tcW w:w="1200" w:type="dxa"/>
            <w:shd w:val="clear" w:color="auto" w:fill="F1F4EC"/>
            <w:tcMar>
              <w:top w:w="60" w:type="dxa"/>
              <w:left w:w="90" w:type="dxa"/>
              <w:bottom w:w="60" w:type="dxa"/>
              <w:right w:w="90" w:type="dxa"/>
            </w:tcMar>
          </w:tcPr>
          <w:p w14:paraId="0E76D168" w14:textId="77777777" w:rsidR="00F008E3" w:rsidRDefault="00000000">
            <w:pPr>
              <w:spacing w:after="0" w:line="264" w:lineRule="auto"/>
            </w:pPr>
            <w:r>
              <w:rPr>
                <w:b/>
                <w:sz w:val="20"/>
              </w:rPr>
              <w:t>D</w:t>
            </w:r>
          </w:p>
        </w:tc>
        <w:tc>
          <w:tcPr>
            <w:tcW w:w="6026" w:type="dxa"/>
            <w:shd w:val="clear" w:color="auto" w:fill="F1F4EC"/>
            <w:tcMar>
              <w:top w:w="60" w:type="dxa"/>
              <w:left w:w="90" w:type="dxa"/>
              <w:bottom w:w="60" w:type="dxa"/>
              <w:right w:w="90" w:type="dxa"/>
            </w:tcMar>
          </w:tcPr>
          <w:p w14:paraId="7F4C4923" w14:textId="77777777" w:rsidR="00F008E3" w:rsidRDefault="00000000">
            <w:pPr>
              <w:spacing w:after="0" w:line="264" w:lineRule="auto"/>
            </w:pPr>
            <w:r>
              <w:rPr>
                <w:sz w:val="20"/>
              </w:rPr>
              <w:t>Reflexion</w:t>
            </w:r>
          </w:p>
        </w:tc>
        <w:tc>
          <w:tcPr>
            <w:tcW w:w="1800" w:type="dxa"/>
            <w:shd w:val="clear" w:color="auto" w:fill="F1F4EC"/>
            <w:tcMar>
              <w:top w:w="60" w:type="dxa"/>
              <w:left w:w="90" w:type="dxa"/>
              <w:bottom w:w="60" w:type="dxa"/>
              <w:right w:w="90" w:type="dxa"/>
            </w:tcMar>
          </w:tcPr>
          <w:p w14:paraId="2C9EB30F" w14:textId="77777777" w:rsidR="00F008E3" w:rsidRDefault="00000000">
            <w:pPr>
              <w:spacing w:after="0" w:line="264" w:lineRule="auto"/>
            </w:pPr>
            <w:r>
              <w:rPr>
                <w:sz w:val="20"/>
              </w:rPr>
              <w:t>0–3</w:t>
            </w:r>
          </w:p>
        </w:tc>
      </w:tr>
      <w:tr w:rsidR="00F008E3" w14:paraId="7713FB7B" w14:textId="77777777">
        <w:trPr>
          <w:cantSplit/>
        </w:trPr>
        <w:tc>
          <w:tcPr>
            <w:tcW w:w="1200" w:type="dxa"/>
            <w:tcMar>
              <w:top w:w="60" w:type="dxa"/>
              <w:left w:w="90" w:type="dxa"/>
              <w:bottom w:w="60" w:type="dxa"/>
              <w:right w:w="90" w:type="dxa"/>
            </w:tcMar>
          </w:tcPr>
          <w:p w14:paraId="6C92CDFC" w14:textId="77777777" w:rsidR="00F008E3" w:rsidRDefault="00000000">
            <w:pPr>
              <w:spacing w:after="0" w:line="264" w:lineRule="auto"/>
            </w:pPr>
            <w:r>
              <w:rPr>
                <w:b/>
                <w:sz w:val="20"/>
              </w:rPr>
              <w:t>E</w:t>
            </w:r>
          </w:p>
        </w:tc>
        <w:tc>
          <w:tcPr>
            <w:tcW w:w="6026" w:type="dxa"/>
            <w:tcMar>
              <w:top w:w="60" w:type="dxa"/>
              <w:left w:w="90" w:type="dxa"/>
              <w:bottom w:w="60" w:type="dxa"/>
              <w:right w:w="90" w:type="dxa"/>
            </w:tcMar>
          </w:tcPr>
          <w:p w14:paraId="56F52991" w14:textId="77777777" w:rsidR="00F008E3" w:rsidRDefault="00000000">
            <w:pPr>
              <w:spacing w:after="0" w:line="264" w:lineRule="auto"/>
            </w:pPr>
            <w:r>
              <w:rPr>
                <w:sz w:val="20"/>
              </w:rPr>
              <w:t>Nutzung der Mathematik</w:t>
            </w:r>
          </w:p>
        </w:tc>
        <w:tc>
          <w:tcPr>
            <w:tcW w:w="1800" w:type="dxa"/>
            <w:tcMar>
              <w:top w:w="60" w:type="dxa"/>
              <w:left w:w="90" w:type="dxa"/>
              <w:bottom w:w="60" w:type="dxa"/>
              <w:right w:w="90" w:type="dxa"/>
            </w:tcMar>
          </w:tcPr>
          <w:p w14:paraId="1648849B" w14:textId="77777777" w:rsidR="00F008E3" w:rsidRDefault="00000000">
            <w:pPr>
              <w:spacing w:after="0" w:line="264" w:lineRule="auto"/>
            </w:pPr>
            <w:r>
              <w:rPr>
                <w:sz w:val="20"/>
              </w:rPr>
              <w:t>0–6</w:t>
            </w:r>
          </w:p>
        </w:tc>
      </w:tr>
      <w:tr w:rsidR="00F008E3" w14:paraId="1CCE7C41" w14:textId="77777777">
        <w:trPr>
          <w:cantSplit/>
        </w:trPr>
        <w:tc>
          <w:tcPr>
            <w:tcW w:w="1200" w:type="dxa"/>
            <w:shd w:val="clear" w:color="auto" w:fill="F1F4EC"/>
            <w:tcMar>
              <w:top w:w="60" w:type="dxa"/>
              <w:left w:w="90" w:type="dxa"/>
              <w:bottom w:w="60" w:type="dxa"/>
              <w:right w:w="90" w:type="dxa"/>
            </w:tcMar>
          </w:tcPr>
          <w:p w14:paraId="54A3A155" w14:textId="77777777" w:rsidR="00F008E3" w:rsidRDefault="00F008E3">
            <w:pPr>
              <w:spacing w:after="0" w:line="264" w:lineRule="auto"/>
            </w:pPr>
          </w:p>
        </w:tc>
        <w:tc>
          <w:tcPr>
            <w:tcW w:w="6026" w:type="dxa"/>
            <w:shd w:val="clear" w:color="auto" w:fill="F1F4EC"/>
            <w:tcMar>
              <w:top w:w="60" w:type="dxa"/>
              <w:left w:w="90" w:type="dxa"/>
              <w:bottom w:w="60" w:type="dxa"/>
              <w:right w:w="90" w:type="dxa"/>
            </w:tcMar>
          </w:tcPr>
          <w:p w14:paraId="24711944" w14:textId="77777777" w:rsidR="00F008E3" w:rsidRDefault="00000000">
            <w:pPr>
              <w:spacing w:after="0" w:line="264" w:lineRule="auto"/>
            </w:pPr>
            <w:r>
              <w:rPr>
                <w:sz w:val="20"/>
              </w:rPr>
              <w:t>Summe</w:t>
            </w:r>
          </w:p>
        </w:tc>
        <w:tc>
          <w:tcPr>
            <w:tcW w:w="1800" w:type="dxa"/>
            <w:shd w:val="clear" w:color="auto" w:fill="F1F4EC"/>
            <w:tcMar>
              <w:top w:w="60" w:type="dxa"/>
              <w:left w:w="90" w:type="dxa"/>
              <w:bottom w:w="60" w:type="dxa"/>
              <w:right w:w="90" w:type="dxa"/>
            </w:tcMar>
          </w:tcPr>
          <w:p w14:paraId="21E301F3" w14:textId="77777777" w:rsidR="00F008E3" w:rsidRDefault="00000000">
            <w:pPr>
              <w:spacing w:after="0" w:line="264" w:lineRule="auto"/>
            </w:pPr>
            <w:r>
              <w:rPr>
                <w:sz w:val="20"/>
              </w:rPr>
              <w:t>20</w:t>
            </w:r>
          </w:p>
        </w:tc>
      </w:tr>
    </w:tbl>
    <w:p w14:paraId="38818D33" w14:textId="77777777" w:rsidR="00F008E3" w:rsidRDefault="00F008E3"/>
    <w:p w14:paraId="5D12B139" w14:textId="77777777" w:rsidR="00F008E3" w:rsidRDefault="00000000">
      <w:pPr>
        <w:pStyle w:val="KPAbschnitt"/>
      </w:pPr>
      <w:r>
        <w:rPr>
          <w:color w:val="8FB840"/>
        </w:rPr>
        <w:t xml:space="preserve">0–4 Punkte   </w:t>
      </w:r>
      <w:r>
        <w:t>Kriterium A: Präsentation</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900"/>
        <w:gridCol w:w="8126"/>
      </w:tblGrid>
      <w:tr w:rsidR="00F008E3" w14:paraId="42D48FCF" w14:textId="77777777">
        <w:trPr>
          <w:cantSplit/>
          <w:tblHeader/>
        </w:trPr>
        <w:tc>
          <w:tcPr>
            <w:tcW w:w="900" w:type="dxa"/>
            <w:shd w:val="clear" w:color="auto" w:fill="0F3D2A"/>
            <w:tcMar>
              <w:top w:w="60" w:type="dxa"/>
              <w:left w:w="90" w:type="dxa"/>
              <w:bottom w:w="60" w:type="dxa"/>
              <w:right w:w="90" w:type="dxa"/>
            </w:tcMar>
          </w:tcPr>
          <w:p w14:paraId="3125AD6D" w14:textId="77777777" w:rsidR="00F008E3" w:rsidRDefault="00000000">
            <w:pPr>
              <w:spacing w:after="0" w:line="252" w:lineRule="auto"/>
            </w:pPr>
            <w:r>
              <w:rPr>
                <w:rFonts w:ascii="Calibri" w:hAnsi="Calibri"/>
                <w:b/>
                <w:color w:val="FFFFFF"/>
                <w:sz w:val="17"/>
              </w:rPr>
              <w:t>Ebene</w:t>
            </w:r>
          </w:p>
        </w:tc>
        <w:tc>
          <w:tcPr>
            <w:tcW w:w="8126" w:type="dxa"/>
            <w:shd w:val="clear" w:color="auto" w:fill="0F3D2A"/>
            <w:tcMar>
              <w:top w:w="60" w:type="dxa"/>
              <w:left w:w="90" w:type="dxa"/>
              <w:bottom w:w="60" w:type="dxa"/>
              <w:right w:w="90" w:type="dxa"/>
            </w:tcMar>
          </w:tcPr>
          <w:p w14:paraId="0D7B00A6" w14:textId="77777777" w:rsidR="00F008E3" w:rsidRDefault="00000000">
            <w:pPr>
              <w:spacing w:after="0" w:line="252" w:lineRule="auto"/>
            </w:pPr>
            <w:r>
              <w:rPr>
                <w:rFonts w:ascii="Calibri" w:hAnsi="Calibri"/>
                <w:b/>
                <w:color w:val="FFFFFF"/>
                <w:sz w:val="17"/>
              </w:rPr>
              <w:t>Leistungshorizont</w:t>
            </w:r>
          </w:p>
        </w:tc>
      </w:tr>
      <w:tr w:rsidR="00F008E3" w:rsidRPr="00675D78" w14:paraId="36D3C3C3" w14:textId="77777777">
        <w:trPr>
          <w:cantSplit/>
        </w:trPr>
        <w:tc>
          <w:tcPr>
            <w:tcW w:w="900" w:type="dxa"/>
            <w:tcMar>
              <w:top w:w="60" w:type="dxa"/>
              <w:left w:w="90" w:type="dxa"/>
              <w:bottom w:w="60" w:type="dxa"/>
              <w:right w:w="90" w:type="dxa"/>
            </w:tcMar>
          </w:tcPr>
          <w:p w14:paraId="6F9DD82E" w14:textId="77777777" w:rsidR="00F008E3" w:rsidRDefault="00000000">
            <w:pPr>
              <w:spacing w:after="0" w:line="264" w:lineRule="auto"/>
            </w:pPr>
            <w:r>
              <w:rPr>
                <w:sz w:val="19"/>
              </w:rPr>
              <w:t>1</w:t>
            </w:r>
          </w:p>
        </w:tc>
        <w:tc>
          <w:tcPr>
            <w:tcW w:w="8126" w:type="dxa"/>
            <w:tcMar>
              <w:top w:w="60" w:type="dxa"/>
              <w:left w:w="90" w:type="dxa"/>
              <w:bottom w:w="60" w:type="dxa"/>
              <w:right w:w="90" w:type="dxa"/>
            </w:tcMar>
          </w:tcPr>
          <w:p w14:paraId="157B50B4" w14:textId="77777777" w:rsidR="00F008E3" w:rsidRPr="00675D78" w:rsidRDefault="00000000">
            <w:pPr>
              <w:spacing w:after="0" w:line="264" w:lineRule="auto"/>
              <w:rPr>
                <w:lang w:val="de-DE"/>
              </w:rPr>
            </w:pPr>
            <w:r w:rsidRPr="00675D78">
              <w:rPr>
                <w:sz w:val="19"/>
                <w:lang w:val="de-DE"/>
              </w:rPr>
              <w:t>Die Erkundungsarbeit ist teilweise stimmig oder zeigt Ansätze einer Gliederung.</w:t>
            </w:r>
          </w:p>
        </w:tc>
      </w:tr>
      <w:tr w:rsidR="00F008E3" w:rsidRPr="00675D78" w14:paraId="16442EAB" w14:textId="77777777">
        <w:trPr>
          <w:cantSplit/>
        </w:trPr>
        <w:tc>
          <w:tcPr>
            <w:tcW w:w="900" w:type="dxa"/>
            <w:shd w:val="clear" w:color="auto" w:fill="F1F4EC"/>
            <w:tcMar>
              <w:top w:w="60" w:type="dxa"/>
              <w:left w:w="90" w:type="dxa"/>
              <w:bottom w:w="60" w:type="dxa"/>
              <w:right w:w="90" w:type="dxa"/>
            </w:tcMar>
          </w:tcPr>
          <w:p w14:paraId="7509D66B" w14:textId="77777777" w:rsidR="00F008E3" w:rsidRDefault="00000000">
            <w:pPr>
              <w:spacing w:after="0" w:line="264" w:lineRule="auto"/>
            </w:pPr>
            <w:r>
              <w:rPr>
                <w:sz w:val="19"/>
              </w:rPr>
              <w:t>2</w:t>
            </w:r>
          </w:p>
        </w:tc>
        <w:tc>
          <w:tcPr>
            <w:tcW w:w="8126" w:type="dxa"/>
            <w:shd w:val="clear" w:color="auto" w:fill="F1F4EC"/>
            <w:tcMar>
              <w:top w:w="60" w:type="dxa"/>
              <w:left w:w="90" w:type="dxa"/>
              <w:bottom w:w="60" w:type="dxa"/>
              <w:right w:w="90" w:type="dxa"/>
            </w:tcMar>
          </w:tcPr>
          <w:p w14:paraId="1573CB1F" w14:textId="77777777" w:rsidR="00F008E3" w:rsidRPr="00675D78" w:rsidRDefault="00000000">
            <w:pPr>
              <w:spacing w:after="0" w:line="264" w:lineRule="auto"/>
              <w:rPr>
                <w:lang w:val="de-DE"/>
              </w:rPr>
            </w:pPr>
            <w:r w:rsidRPr="00675D78">
              <w:rPr>
                <w:sz w:val="19"/>
                <w:lang w:val="de-DE"/>
              </w:rPr>
              <w:t>Die Erkundungsarbeit ist teilweise stimmig und zeigt Ansätze einer Gliederung.</w:t>
            </w:r>
          </w:p>
        </w:tc>
      </w:tr>
      <w:tr w:rsidR="00F008E3" w:rsidRPr="00675D78" w14:paraId="560C3856" w14:textId="77777777">
        <w:trPr>
          <w:cantSplit/>
        </w:trPr>
        <w:tc>
          <w:tcPr>
            <w:tcW w:w="900" w:type="dxa"/>
            <w:tcMar>
              <w:top w:w="60" w:type="dxa"/>
              <w:left w:w="90" w:type="dxa"/>
              <w:bottom w:w="60" w:type="dxa"/>
              <w:right w:w="90" w:type="dxa"/>
            </w:tcMar>
          </w:tcPr>
          <w:p w14:paraId="50BF17C2" w14:textId="77777777" w:rsidR="00F008E3" w:rsidRDefault="00000000">
            <w:pPr>
              <w:spacing w:after="0" w:line="264" w:lineRule="auto"/>
            </w:pPr>
            <w:r>
              <w:rPr>
                <w:sz w:val="19"/>
              </w:rPr>
              <w:t>3</w:t>
            </w:r>
          </w:p>
        </w:tc>
        <w:tc>
          <w:tcPr>
            <w:tcW w:w="8126" w:type="dxa"/>
            <w:tcMar>
              <w:top w:w="60" w:type="dxa"/>
              <w:left w:w="90" w:type="dxa"/>
              <w:bottom w:w="60" w:type="dxa"/>
              <w:right w:w="90" w:type="dxa"/>
            </w:tcMar>
          </w:tcPr>
          <w:p w14:paraId="4DFF4BD0" w14:textId="77777777" w:rsidR="00F008E3" w:rsidRPr="00675D78" w:rsidRDefault="00000000">
            <w:pPr>
              <w:spacing w:after="0" w:line="264" w:lineRule="auto"/>
              <w:rPr>
                <w:lang w:val="de-DE"/>
              </w:rPr>
            </w:pPr>
            <w:r w:rsidRPr="00675D78">
              <w:rPr>
                <w:sz w:val="19"/>
                <w:lang w:val="de-DE"/>
              </w:rPr>
              <w:t>Die Erkundungsarbeit ist stimmig und gut gegliedert.</w:t>
            </w:r>
          </w:p>
        </w:tc>
      </w:tr>
      <w:tr w:rsidR="00F008E3" w:rsidRPr="00675D78" w14:paraId="3BC198F8" w14:textId="77777777">
        <w:trPr>
          <w:cantSplit/>
        </w:trPr>
        <w:tc>
          <w:tcPr>
            <w:tcW w:w="900" w:type="dxa"/>
            <w:shd w:val="clear" w:color="auto" w:fill="F1F4EC"/>
            <w:tcMar>
              <w:top w:w="60" w:type="dxa"/>
              <w:left w:w="90" w:type="dxa"/>
              <w:bottom w:w="60" w:type="dxa"/>
              <w:right w:w="90" w:type="dxa"/>
            </w:tcMar>
          </w:tcPr>
          <w:p w14:paraId="2DDA29EA" w14:textId="77777777" w:rsidR="00F008E3" w:rsidRDefault="00000000">
            <w:pPr>
              <w:spacing w:after="0" w:line="264" w:lineRule="auto"/>
            </w:pPr>
            <w:r>
              <w:rPr>
                <w:sz w:val="19"/>
              </w:rPr>
              <w:t>4</w:t>
            </w:r>
          </w:p>
        </w:tc>
        <w:tc>
          <w:tcPr>
            <w:tcW w:w="8126" w:type="dxa"/>
            <w:shd w:val="clear" w:color="auto" w:fill="F1F4EC"/>
            <w:tcMar>
              <w:top w:w="60" w:type="dxa"/>
              <w:left w:w="90" w:type="dxa"/>
              <w:bottom w:w="60" w:type="dxa"/>
              <w:right w:w="90" w:type="dxa"/>
            </w:tcMar>
          </w:tcPr>
          <w:p w14:paraId="2586B45A" w14:textId="77777777" w:rsidR="00F008E3" w:rsidRPr="00675D78" w:rsidRDefault="00000000">
            <w:pPr>
              <w:spacing w:after="0" w:line="264" w:lineRule="auto"/>
              <w:rPr>
                <w:lang w:val="de-DE"/>
              </w:rPr>
            </w:pPr>
            <w:r w:rsidRPr="00675D78">
              <w:rPr>
                <w:sz w:val="19"/>
                <w:lang w:val="de-DE"/>
              </w:rPr>
              <w:t>Die Erkundungsarbeit ist stimmig, gut gegliedert und prägnant.</w:t>
            </w:r>
          </w:p>
        </w:tc>
      </w:tr>
    </w:tbl>
    <w:p w14:paraId="0D162562" w14:textId="77777777" w:rsidR="00F008E3" w:rsidRPr="00675D78" w:rsidRDefault="00F008E3">
      <w:pPr>
        <w:rPr>
          <w:lang w:val="de-DE"/>
        </w:rPr>
      </w:pPr>
    </w:p>
    <w:p w14:paraId="25A4D86D" w14:textId="77777777" w:rsidR="00F008E3" w:rsidRDefault="00000000">
      <w:pPr>
        <w:pStyle w:val="KPUnterpunkt"/>
      </w:pPr>
      <w:proofErr w:type="gramStart"/>
      <w:r>
        <w:t>Was die</w:t>
      </w:r>
      <w:proofErr w:type="gramEnd"/>
      <w:r>
        <w:t xml:space="preserve"> </w:t>
      </w:r>
      <w:proofErr w:type="spellStart"/>
      <w:r>
        <w:t>Wörter</w:t>
      </w:r>
      <w:proofErr w:type="spellEnd"/>
      <w:r>
        <w:t xml:space="preserve"> </w:t>
      </w:r>
      <w:proofErr w:type="spellStart"/>
      <w:r>
        <w:t>bedeuten</w:t>
      </w:r>
      <w:proofErr w:type="spellEnd"/>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700"/>
        <w:gridCol w:w="3100"/>
        <w:gridCol w:w="4226"/>
      </w:tblGrid>
      <w:tr w:rsidR="00F008E3" w14:paraId="1A2A4A6E" w14:textId="77777777">
        <w:trPr>
          <w:cantSplit/>
          <w:tblHeader/>
        </w:trPr>
        <w:tc>
          <w:tcPr>
            <w:tcW w:w="1700" w:type="dxa"/>
            <w:shd w:val="clear" w:color="auto" w:fill="0F3D2A"/>
            <w:tcMar>
              <w:top w:w="60" w:type="dxa"/>
              <w:left w:w="90" w:type="dxa"/>
              <w:bottom w:w="60" w:type="dxa"/>
              <w:right w:w="90" w:type="dxa"/>
            </w:tcMar>
          </w:tcPr>
          <w:p w14:paraId="400F8D70" w14:textId="77777777" w:rsidR="00F008E3" w:rsidRDefault="00000000">
            <w:pPr>
              <w:spacing w:after="0" w:line="252" w:lineRule="auto"/>
            </w:pPr>
            <w:r>
              <w:rPr>
                <w:rFonts w:ascii="Calibri" w:hAnsi="Calibri"/>
                <w:b/>
                <w:color w:val="FFFFFF"/>
                <w:sz w:val="17"/>
              </w:rPr>
              <w:t>Wort</w:t>
            </w:r>
          </w:p>
        </w:tc>
        <w:tc>
          <w:tcPr>
            <w:tcW w:w="3100" w:type="dxa"/>
            <w:shd w:val="clear" w:color="auto" w:fill="0F3D2A"/>
            <w:tcMar>
              <w:top w:w="60" w:type="dxa"/>
              <w:left w:w="90" w:type="dxa"/>
              <w:bottom w:w="60" w:type="dxa"/>
              <w:right w:w="90" w:type="dxa"/>
            </w:tcMar>
          </w:tcPr>
          <w:p w14:paraId="2FB1D23D" w14:textId="77777777" w:rsidR="00F008E3" w:rsidRDefault="00000000">
            <w:pPr>
              <w:spacing w:after="0" w:line="252" w:lineRule="auto"/>
            </w:pPr>
            <w:r>
              <w:rPr>
                <w:rFonts w:ascii="Calibri" w:hAnsi="Calibri"/>
                <w:b/>
                <w:color w:val="FFFFFF"/>
                <w:sz w:val="17"/>
              </w:rPr>
              <w:t>Was es heißt</w:t>
            </w:r>
          </w:p>
        </w:tc>
        <w:tc>
          <w:tcPr>
            <w:tcW w:w="4226" w:type="dxa"/>
            <w:shd w:val="clear" w:color="auto" w:fill="0F3D2A"/>
            <w:tcMar>
              <w:top w:w="60" w:type="dxa"/>
              <w:left w:w="90" w:type="dxa"/>
              <w:bottom w:w="60" w:type="dxa"/>
              <w:right w:w="90" w:type="dxa"/>
            </w:tcMar>
          </w:tcPr>
          <w:p w14:paraId="53DB2BC0" w14:textId="77777777" w:rsidR="00F008E3" w:rsidRDefault="00000000">
            <w:pPr>
              <w:spacing w:after="0" w:line="252" w:lineRule="auto"/>
            </w:pPr>
            <w:r>
              <w:rPr>
                <w:rFonts w:ascii="Calibri" w:hAnsi="Calibri"/>
                <w:b/>
                <w:color w:val="FFFFFF"/>
                <w:sz w:val="17"/>
              </w:rPr>
              <w:t>Beispiel</w:t>
            </w:r>
          </w:p>
        </w:tc>
      </w:tr>
      <w:tr w:rsidR="00F008E3" w:rsidRPr="00675D78" w14:paraId="2D2E1604" w14:textId="77777777">
        <w:trPr>
          <w:cantSplit/>
        </w:trPr>
        <w:tc>
          <w:tcPr>
            <w:tcW w:w="1700" w:type="dxa"/>
            <w:tcMar>
              <w:top w:w="60" w:type="dxa"/>
              <w:left w:w="90" w:type="dxa"/>
              <w:bottom w:w="60" w:type="dxa"/>
              <w:right w:w="90" w:type="dxa"/>
            </w:tcMar>
          </w:tcPr>
          <w:p w14:paraId="63762418" w14:textId="77777777" w:rsidR="00F008E3" w:rsidRDefault="00000000">
            <w:pPr>
              <w:spacing w:after="0" w:line="264" w:lineRule="auto"/>
            </w:pPr>
            <w:r>
              <w:rPr>
                <w:b/>
                <w:sz w:val="18"/>
              </w:rPr>
              <w:t>Stimmig</w:t>
            </w:r>
          </w:p>
        </w:tc>
        <w:tc>
          <w:tcPr>
            <w:tcW w:w="3100" w:type="dxa"/>
            <w:tcMar>
              <w:top w:w="60" w:type="dxa"/>
              <w:left w:w="90" w:type="dxa"/>
              <w:bottom w:w="60" w:type="dxa"/>
              <w:right w:w="90" w:type="dxa"/>
            </w:tcMar>
          </w:tcPr>
          <w:p w14:paraId="46538728" w14:textId="77777777" w:rsidR="00F008E3" w:rsidRPr="00675D78" w:rsidRDefault="00000000">
            <w:pPr>
              <w:spacing w:after="0" w:line="264" w:lineRule="auto"/>
              <w:rPr>
                <w:lang w:val="de-DE"/>
              </w:rPr>
            </w:pPr>
            <w:r w:rsidRPr="00675D78">
              <w:rPr>
                <w:sz w:val="18"/>
                <w:lang w:val="de-DE"/>
              </w:rPr>
              <w:t>Logisch entwickelt, leicht nachvollziehbar, erfüllt ihr Ziel. Einführung, Hauptteil und Schluss hängen zusammen.</w:t>
            </w:r>
          </w:p>
        </w:tc>
        <w:tc>
          <w:tcPr>
            <w:tcW w:w="4226" w:type="dxa"/>
            <w:tcMar>
              <w:top w:w="60" w:type="dxa"/>
              <w:left w:w="90" w:type="dxa"/>
              <w:bottom w:w="60" w:type="dxa"/>
              <w:right w:w="90" w:type="dxa"/>
            </w:tcMar>
          </w:tcPr>
          <w:p w14:paraId="0D74EC97" w14:textId="77777777" w:rsidR="00F008E3" w:rsidRPr="00675D78" w:rsidRDefault="00000000">
            <w:pPr>
              <w:spacing w:after="40" w:line="264" w:lineRule="auto"/>
              <w:rPr>
                <w:lang w:val="de-DE"/>
              </w:rPr>
            </w:pPr>
            <w:r w:rsidRPr="00675D78">
              <w:rPr>
                <w:sz w:val="18"/>
                <w:lang w:val="de-DE"/>
              </w:rPr>
              <w:t>Stimmig: Deine Einleitung fragt „An welcher Stelle soll ich vom Rasen auf den Weg wechseln?“. Jeder Abschnitt bringt diese Frage weiter, und der Schluss nennt die Zahl.</w:t>
            </w:r>
          </w:p>
          <w:p w14:paraId="59A51546" w14:textId="77777777" w:rsidR="00F008E3" w:rsidRPr="00675D78" w:rsidRDefault="00000000">
            <w:pPr>
              <w:spacing w:after="0" w:line="264" w:lineRule="auto"/>
              <w:rPr>
                <w:lang w:val="de-DE"/>
              </w:rPr>
            </w:pPr>
            <w:r w:rsidRPr="00675D78">
              <w:rPr>
                <w:sz w:val="18"/>
                <w:lang w:val="de-DE"/>
              </w:rPr>
              <w:t>Nicht stimmig: Deine Arbeit nennt kein Ziel. Nach der Einleitung weiß der Leser nicht, worauf sie hinausläuft, und der Schluss fasst nur zusammen, was ohnehin schon dastand.</w:t>
            </w:r>
          </w:p>
        </w:tc>
      </w:tr>
      <w:tr w:rsidR="00F008E3" w:rsidRPr="00675D78" w14:paraId="7DB93ABD" w14:textId="77777777">
        <w:trPr>
          <w:cantSplit/>
        </w:trPr>
        <w:tc>
          <w:tcPr>
            <w:tcW w:w="1700" w:type="dxa"/>
            <w:shd w:val="clear" w:color="auto" w:fill="F1F4EC"/>
            <w:tcMar>
              <w:top w:w="60" w:type="dxa"/>
              <w:left w:w="90" w:type="dxa"/>
              <w:bottom w:w="60" w:type="dxa"/>
              <w:right w:w="90" w:type="dxa"/>
            </w:tcMar>
          </w:tcPr>
          <w:p w14:paraId="5C0F6D65" w14:textId="77777777" w:rsidR="00F008E3" w:rsidRDefault="00000000">
            <w:pPr>
              <w:spacing w:after="0" w:line="264" w:lineRule="auto"/>
            </w:pPr>
            <w:r>
              <w:rPr>
                <w:b/>
                <w:sz w:val="18"/>
              </w:rPr>
              <w:t xml:space="preserve">Gut </w:t>
            </w:r>
            <w:proofErr w:type="spellStart"/>
            <w:r>
              <w:rPr>
                <w:b/>
                <w:sz w:val="18"/>
              </w:rPr>
              <w:t>gegliedert</w:t>
            </w:r>
            <w:proofErr w:type="spellEnd"/>
          </w:p>
        </w:tc>
        <w:tc>
          <w:tcPr>
            <w:tcW w:w="3100" w:type="dxa"/>
            <w:shd w:val="clear" w:color="auto" w:fill="F1F4EC"/>
            <w:tcMar>
              <w:top w:w="60" w:type="dxa"/>
              <w:left w:w="90" w:type="dxa"/>
              <w:bottom w:w="60" w:type="dxa"/>
              <w:right w:w="90" w:type="dxa"/>
            </w:tcMar>
          </w:tcPr>
          <w:p w14:paraId="56E4A2A4" w14:textId="77777777" w:rsidR="00F008E3" w:rsidRPr="00675D78" w:rsidRDefault="00000000">
            <w:pPr>
              <w:spacing w:after="0" w:line="264" w:lineRule="auto"/>
              <w:rPr>
                <w:lang w:val="de-DE"/>
              </w:rPr>
            </w:pPr>
            <w:r w:rsidRPr="00675D78">
              <w:rPr>
                <w:sz w:val="18"/>
                <w:lang w:val="de-DE"/>
              </w:rPr>
              <w:t>Es gibt eine Einführung, das Ziel wird benannt, es gibt einen Schluss. Relevante Graphen, Tabellen und Diagramme stehen im Text an der passenden Stelle.</w:t>
            </w:r>
          </w:p>
        </w:tc>
        <w:tc>
          <w:tcPr>
            <w:tcW w:w="4226" w:type="dxa"/>
            <w:shd w:val="clear" w:color="auto" w:fill="F1F4EC"/>
            <w:tcMar>
              <w:top w:w="60" w:type="dxa"/>
              <w:left w:w="90" w:type="dxa"/>
              <w:bottom w:w="60" w:type="dxa"/>
              <w:right w:w="90" w:type="dxa"/>
            </w:tcMar>
          </w:tcPr>
          <w:p w14:paraId="1C405D73" w14:textId="77777777" w:rsidR="00F008E3" w:rsidRPr="00675D78" w:rsidRDefault="00000000">
            <w:pPr>
              <w:spacing w:after="40" w:line="264" w:lineRule="auto"/>
              <w:rPr>
                <w:lang w:val="de-DE"/>
              </w:rPr>
            </w:pPr>
            <w:r w:rsidRPr="00675D78">
              <w:rPr>
                <w:sz w:val="18"/>
                <w:lang w:val="de-DE"/>
              </w:rPr>
              <w:t>Gut gegliedert: Die Skizze steht in dem Abschnitt, in dem du die Größen einführst – nicht drei Seiten später. Am Ende jedes Abschnitts steht ein Satz, der zum nächsten überleitet.</w:t>
            </w:r>
          </w:p>
          <w:p w14:paraId="6C4DBF85" w14:textId="77777777" w:rsidR="00F008E3" w:rsidRPr="00675D78" w:rsidRDefault="00000000">
            <w:pPr>
              <w:spacing w:after="0" w:line="264" w:lineRule="auto"/>
              <w:rPr>
                <w:lang w:val="de-DE"/>
              </w:rPr>
            </w:pPr>
            <w:r w:rsidRPr="00675D78">
              <w:rPr>
                <w:sz w:val="18"/>
                <w:lang w:val="de-DE"/>
              </w:rPr>
              <w:t>Nicht gut gegliedert: Zwischen zwei Abschnitten wechselt das Thema ohne Ankündigung, und der Leser muss raten, warum jetzt Trigonometrie kommt.</w:t>
            </w:r>
          </w:p>
        </w:tc>
      </w:tr>
      <w:tr w:rsidR="00F008E3" w:rsidRPr="00675D78" w14:paraId="17ADCD27" w14:textId="77777777">
        <w:trPr>
          <w:cantSplit/>
        </w:trPr>
        <w:tc>
          <w:tcPr>
            <w:tcW w:w="1700" w:type="dxa"/>
            <w:tcMar>
              <w:top w:w="60" w:type="dxa"/>
              <w:left w:w="90" w:type="dxa"/>
              <w:bottom w:w="60" w:type="dxa"/>
              <w:right w:w="90" w:type="dxa"/>
            </w:tcMar>
          </w:tcPr>
          <w:p w14:paraId="460F5461" w14:textId="77777777" w:rsidR="00F008E3" w:rsidRDefault="00000000">
            <w:pPr>
              <w:spacing w:after="0" w:line="264" w:lineRule="auto"/>
            </w:pPr>
            <w:proofErr w:type="spellStart"/>
            <w:r>
              <w:rPr>
                <w:b/>
                <w:sz w:val="18"/>
              </w:rPr>
              <w:t>Prägnant</w:t>
            </w:r>
            <w:proofErr w:type="spellEnd"/>
          </w:p>
        </w:tc>
        <w:tc>
          <w:tcPr>
            <w:tcW w:w="3100" w:type="dxa"/>
            <w:tcMar>
              <w:top w:w="60" w:type="dxa"/>
              <w:left w:w="90" w:type="dxa"/>
              <w:bottom w:w="60" w:type="dxa"/>
              <w:right w:w="90" w:type="dxa"/>
            </w:tcMar>
          </w:tcPr>
          <w:p w14:paraId="5524E07C" w14:textId="77777777" w:rsidR="00F008E3" w:rsidRDefault="00000000">
            <w:pPr>
              <w:spacing w:after="0" w:line="264" w:lineRule="auto"/>
            </w:pPr>
            <w:r w:rsidRPr="00675D78">
              <w:rPr>
                <w:sz w:val="18"/>
                <w:lang w:val="de-DE"/>
              </w:rPr>
              <w:t xml:space="preserve">Keine irrelevanten und keine unnötig wiederholten Berechnungen, Diagramme oder Beschreibungen. </w:t>
            </w:r>
            <w:proofErr w:type="spellStart"/>
            <w:r>
              <w:rPr>
                <w:sz w:val="18"/>
              </w:rPr>
              <w:t>Prägnant</w:t>
            </w:r>
            <w:proofErr w:type="spellEnd"/>
            <w:r>
              <w:rPr>
                <w:sz w:val="18"/>
              </w:rPr>
              <w:t xml:space="preserve"> </w:t>
            </w:r>
            <w:proofErr w:type="spellStart"/>
            <w:r>
              <w:rPr>
                <w:sz w:val="18"/>
              </w:rPr>
              <w:t>heißt</w:t>
            </w:r>
            <w:proofErr w:type="spellEnd"/>
            <w:r>
              <w:rPr>
                <w:sz w:val="18"/>
              </w:rPr>
              <w:t xml:space="preserve"> </w:t>
            </w:r>
            <w:proofErr w:type="spellStart"/>
            <w:r>
              <w:rPr>
                <w:sz w:val="18"/>
              </w:rPr>
              <w:t>nicht</w:t>
            </w:r>
            <w:proofErr w:type="spellEnd"/>
            <w:r>
              <w:rPr>
                <w:sz w:val="18"/>
              </w:rPr>
              <w:t xml:space="preserve"> </w:t>
            </w:r>
            <w:proofErr w:type="spellStart"/>
            <w:r>
              <w:rPr>
                <w:sz w:val="18"/>
              </w:rPr>
              <w:t>kurz</w:t>
            </w:r>
            <w:proofErr w:type="spellEnd"/>
            <w:r>
              <w:rPr>
                <w:sz w:val="18"/>
              </w:rPr>
              <w:t>.</w:t>
            </w:r>
          </w:p>
        </w:tc>
        <w:tc>
          <w:tcPr>
            <w:tcW w:w="4226" w:type="dxa"/>
            <w:tcMar>
              <w:top w:w="60" w:type="dxa"/>
              <w:left w:w="90" w:type="dxa"/>
              <w:bottom w:w="60" w:type="dxa"/>
              <w:right w:w="90" w:type="dxa"/>
            </w:tcMar>
          </w:tcPr>
          <w:p w14:paraId="02C4C752" w14:textId="77777777" w:rsidR="00F008E3" w:rsidRPr="00675D78" w:rsidRDefault="00000000">
            <w:pPr>
              <w:spacing w:after="40" w:line="264" w:lineRule="auto"/>
              <w:rPr>
                <w:lang w:val="de-DE"/>
              </w:rPr>
            </w:pPr>
            <w:r w:rsidRPr="00675D78">
              <w:rPr>
                <w:sz w:val="18"/>
                <w:lang w:val="de-DE"/>
              </w:rPr>
              <w:t>Prägnant: Du erklärst dein Vorgehen einmal und verweist später darauf zurück.</w:t>
            </w:r>
          </w:p>
          <w:p w14:paraId="521F5933" w14:textId="77777777" w:rsidR="00F008E3" w:rsidRPr="00675D78" w:rsidRDefault="00000000">
            <w:pPr>
              <w:spacing w:after="0" w:line="264" w:lineRule="auto"/>
              <w:rPr>
                <w:lang w:val="de-DE"/>
              </w:rPr>
            </w:pPr>
            <w:r w:rsidRPr="00675D78">
              <w:rPr>
                <w:sz w:val="18"/>
                <w:lang w:val="de-DE"/>
              </w:rPr>
              <w:t>Nicht prägnant: Du erklärst auf einer halben Seite, wie die Kettenregel funktioniert. Sie steht im Lehrplan, dein Leser kennt sie. Das ist irrelevant, nicht gründlich.</w:t>
            </w:r>
          </w:p>
        </w:tc>
      </w:tr>
    </w:tbl>
    <w:p w14:paraId="01A41090" w14:textId="77777777" w:rsidR="00F008E3" w:rsidRPr="00675D78" w:rsidRDefault="00F008E3">
      <w:pPr>
        <w:rPr>
          <w:lang w:val="de-DE"/>
        </w:rPr>
      </w:pPr>
    </w:p>
    <w:p w14:paraId="0E1C0B0E" w14:textId="77777777" w:rsidR="00F008E3" w:rsidRDefault="00000000">
      <w:pPr>
        <w:pStyle w:val="KPAbschnitt"/>
      </w:pPr>
      <w:r>
        <w:rPr>
          <w:color w:val="8FB840"/>
        </w:rPr>
        <w:lastRenderedPageBreak/>
        <w:t xml:space="preserve">0–4 </w:t>
      </w:r>
      <w:proofErr w:type="spellStart"/>
      <w:r>
        <w:rPr>
          <w:color w:val="8FB840"/>
        </w:rPr>
        <w:t>Punkte</w:t>
      </w:r>
      <w:proofErr w:type="spellEnd"/>
      <w:r>
        <w:rPr>
          <w:color w:val="8FB840"/>
        </w:rPr>
        <w:t xml:space="preserve">   </w:t>
      </w:r>
      <w:proofErr w:type="spellStart"/>
      <w:r>
        <w:t>Kriterium</w:t>
      </w:r>
      <w:proofErr w:type="spellEnd"/>
      <w:r>
        <w:t xml:space="preserve"> B: Mathematische Kommunikation</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900"/>
        <w:gridCol w:w="8126"/>
      </w:tblGrid>
      <w:tr w:rsidR="00F008E3" w14:paraId="73D97C42" w14:textId="77777777">
        <w:trPr>
          <w:cantSplit/>
          <w:tblHeader/>
        </w:trPr>
        <w:tc>
          <w:tcPr>
            <w:tcW w:w="900" w:type="dxa"/>
            <w:shd w:val="clear" w:color="auto" w:fill="0F3D2A"/>
            <w:tcMar>
              <w:top w:w="60" w:type="dxa"/>
              <w:left w:w="90" w:type="dxa"/>
              <w:bottom w:w="60" w:type="dxa"/>
              <w:right w:w="90" w:type="dxa"/>
            </w:tcMar>
          </w:tcPr>
          <w:p w14:paraId="64E0C80A" w14:textId="77777777" w:rsidR="00F008E3" w:rsidRDefault="00000000">
            <w:pPr>
              <w:spacing w:after="0" w:line="252" w:lineRule="auto"/>
            </w:pPr>
            <w:r>
              <w:rPr>
                <w:rFonts w:ascii="Calibri" w:hAnsi="Calibri"/>
                <w:b/>
                <w:color w:val="FFFFFF"/>
                <w:sz w:val="17"/>
              </w:rPr>
              <w:t>Ebene</w:t>
            </w:r>
          </w:p>
        </w:tc>
        <w:tc>
          <w:tcPr>
            <w:tcW w:w="8126" w:type="dxa"/>
            <w:shd w:val="clear" w:color="auto" w:fill="0F3D2A"/>
            <w:tcMar>
              <w:top w:w="60" w:type="dxa"/>
              <w:left w:w="90" w:type="dxa"/>
              <w:bottom w:w="60" w:type="dxa"/>
              <w:right w:w="90" w:type="dxa"/>
            </w:tcMar>
          </w:tcPr>
          <w:p w14:paraId="1E671691" w14:textId="77777777" w:rsidR="00F008E3" w:rsidRDefault="00000000">
            <w:pPr>
              <w:spacing w:after="0" w:line="252" w:lineRule="auto"/>
            </w:pPr>
            <w:r>
              <w:rPr>
                <w:rFonts w:ascii="Calibri" w:hAnsi="Calibri"/>
                <w:b/>
                <w:color w:val="FFFFFF"/>
                <w:sz w:val="17"/>
              </w:rPr>
              <w:t>Leistungshorizont</w:t>
            </w:r>
          </w:p>
        </w:tc>
      </w:tr>
      <w:tr w:rsidR="00F008E3" w:rsidRPr="00675D78" w14:paraId="332A0BE7" w14:textId="77777777">
        <w:trPr>
          <w:cantSplit/>
        </w:trPr>
        <w:tc>
          <w:tcPr>
            <w:tcW w:w="900" w:type="dxa"/>
            <w:tcMar>
              <w:top w:w="60" w:type="dxa"/>
              <w:left w:w="90" w:type="dxa"/>
              <w:bottom w:w="60" w:type="dxa"/>
              <w:right w:w="90" w:type="dxa"/>
            </w:tcMar>
          </w:tcPr>
          <w:p w14:paraId="7980EA08" w14:textId="77777777" w:rsidR="00F008E3" w:rsidRDefault="00000000">
            <w:pPr>
              <w:spacing w:after="0" w:line="264" w:lineRule="auto"/>
            </w:pPr>
            <w:r>
              <w:rPr>
                <w:sz w:val="19"/>
              </w:rPr>
              <w:t>1</w:t>
            </w:r>
          </w:p>
        </w:tc>
        <w:tc>
          <w:tcPr>
            <w:tcW w:w="8126" w:type="dxa"/>
            <w:tcMar>
              <w:top w:w="60" w:type="dxa"/>
              <w:left w:w="90" w:type="dxa"/>
              <w:bottom w:w="60" w:type="dxa"/>
              <w:right w:w="90" w:type="dxa"/>
            </w:tcMar>
          </w:tcPr>
          <w:p w14:paraId="619F3110" w14:textId="77777777" w:rsidR="00F008E3" w:rsidRPr="00675D78" w:rsidRDefault="00000000">
            <w:pPr>
              <w:spacing w:after="0" w:line="264" w:lineRule="auto"/>
              <w:rPr>
                <w:lang w:val="de-DE"/>
              </w:rPr>
            </w:pPr>
            <w:r w:rsidRPr="00675D78">
              <w:rPr>
                <w:sz w:val="19"/>
                <w:lang w:val="de-DE"/>
              </w:rPr>
              <w:t>Die Erkundungsarbeit enthält in Ansätzen relevante mathematische Kommunikation, die teilweise angemessen ist.</w:t>
            </w:r>
          </w:p>
        </w:tc>
      </w:tr>
      <w:tr w:rsidR="00F008E3" w:rsidRPr="00675D78" w14:paraId="508BD0E9" w14:textId="77777777">
        <w:trPr>
          <w:cantSplit/>
        </w:trPr>
        <w:tc>
          <w:tcPr>
            <w:tcW w:w="900" w:type="dxa"/>
            <w:shd w:val="clear" w:color="auto" w:fill="F1F4EC"/>
            <w:tcMar>
              <w:top w:w="60" w:type="dxa"/>
              <w:left w:w="90" w:type="dxa"/>
              <w:bottom w:w="60" w:type="dxa"/>
              <w:right w:w="90" w:type="dxa"/>
            </w:tcMar>
          </w:tcPr>
          <w:p w14:paraId="6F1775A1" w14:textId="77777777" w:rsidR="00F008E3" w:rsidRDefault="00000000">
            <w:pPr>
              <w:spacing w:after="0" w:line="264" w:lineRule="auto"/>
            </w:pPr>
            <w:r>
              <w:rPr>
                <w:sz w:val="19"/>
              </w:rPr>
              <w:t>2</w:t>
            </w:r>
          </w:p>
        </w:tc>
        <w:tc>
          <w:tcPr>
            <w:tcW w:w="8126" w:type="dxa"/>
            <w:shd w:val="clear" w:color="auto" w:fill="F1F4EC"/>
            <w:tcMar>
              <w:top w:w="60" w:type="dxa"/>
              <w:left w:w="90" w:type="dxa"/>
              <w:bottom w:w="60" w:type="dxa"/>
              <w:right w:w="90" w:type="dxa"/>
            </w:tcMar>
          </w:tcPr>
          <w:p w14:paraId="7208A416" w14:textId="77777777" w:rsidR="00F008E3" w:rsidRPr="00675D78" w:rsidRDefault="00000000">
            <w:pPr>
              <w:spacing w:after="0" w:line="264" w:lineRule="auto"/>
              <w:rPr>
                <w:lang w:val="de-DE"/>
              </w:rPr>
            </w:pPr>
            <w:r w:rsidRPr="00675D78">
              <w:rPr>
                <w:sz w:val="19"/>
                <w:lang w:val="de-DE"/>
              </w:rPr>
              <w:t>Die Erkundungsarbeit enthält in Ansätzen relevante, angemessene mathematische Kommunikation.</w:t>
            </w:r>
          </w:p>
        </w:tc>
      </w:tr>
      <w:tr w:rsidR="00F008E3" w:rsidRPr="00675D78" w14:paraId="1EBC2D1B" w14:textId="77777777">
        <w:trPr>
          <w:cantSplit/>
        </w:trPr>
        <w:tc>
          <w:tcPr>
            <w:tcW w:w="900" w:type="dxa"/>
            <w:tcMar>
              <w:top w:w="60" w:type="dxa"/>
              <w:left w:w="90" w:type="dxa"/>
              <w:bottom w:w="60" w:type="dxa"/>
              <w:right w:w="90" w:type="dxa"/>
            </w:tcMar>
          </w:tcPr>
          <w:p w14:paraId="1EDA4A4C" w14:textId="77777777" w:rsidR="00F008E3" w:rsidRDefault="00000000">
            <w:pPr>
              <w:spacing w:after="0" w:line="264" w:lineRule="auto"/>
            </w:pPr>
            <w:r>
              <w:rPr>
                <w:sz w:val="19"/>
              </w:rPr>
              <w:t>3</w:t>
            </w:r>
          </w:p>
        </w:tc>
        <w:tc>
          <w:tcPr>
            <w:tcW w:w="8126" w:type="dxa"/>
            <w:tcMar>
              <w:top w:w="60" w:type="dxa"/>
              <w:left w:w="90" w:type="dxa"/>
              <w:bottom w:w="60" w:type="dxa"/>
              <w:right w:w="90" w:type="dxa"/>
            </w:tcMar>
          </w:tcPr>
          <w:p w14:paraId="3760FC4F" w14:textId="77777777" w:rsidR="00F008E3" w:rsidRPr="00675D78" w:rsidRDefault="00000000">
            <w:pPr>
              <w:spacing w:after="0" w:line="264" w:lineRule="auto"/>
              <w:rPr>
                <w:lang w:val="de-DE"/>
              </w:rPr>
            </w:pPr>
            <w:r w:rsidRPr="00675D78">
              <w:rPr>
                <w:sz w:val="19"/>
                <w:lang w:val="de-DE"/>
              </w:rPr>
              <w:t>Die mathematische Kommunikation ist relevant, angemessen und meist konsistent.</w:t>
            </w:r>
          </w:p>
        </w:tc>
      </w:tr>
      <w:tr w:rsidR="00F008E3" w:rsidRPr="00675D78" w14:paraId="357BB087" w14:textId="77777777">
        <w:trPr>
          <w:cantSplit/>
        </w:trPr>
        <w:tc>
          <w:tcPr>
            <w:tcW w:w="900" w:type="dxa"/>
            <w:shd w:val="clear" w:color="auto" w:fill="F1F4EC"/>
            <w:tcMar>
              <w:top w:w="60" w:type="dxa"/>
              <w:left w:w="90" w:type="dxa"/>
              <w:bottom w:w="60" w:type="dxa"/>
              <w:right w:w="90" w:type="dxa"/>
            </w:tcMar>
          </w:tcPr>
          <w:p w14:paraId="341B2672" w14:textId="77777777" w:rsidR="00F008E3" w:rsidRDefault="00000000">
            <w:pPr>
              <w:spacing w:after="0" w:line="264" w:lineRule="auto"/>
            </w:pPr>
            <w:r>
              <w:rPr>
                <w:sz w:val="19"/>
              </w:rPr>
              <w:t>4</w:t>
            </w:r>
          </w:p>
        </w:tc>
        <w:tc>
          <w:tcPr>
            <w:tcW w:w="8126" w:type="dxa"/>
            <w:shd w:val="clear" w:color="auto" w:fill="F1F4EC"/>
            <w:tcMar>
              <w:top w:w="60" w:type="dxa"/>
              <w:left w:w="90" w:type="dxa"/>
              <w:bottom w:w="60" w:type="dxa"/>
              <w:right w:w="90" w:type="dxa"/>
            </w:tcMar>
          </w:tcPr>
          <w:p w14:paraId="109EC1C1" w14:textId="77777777" w:rsidR="00F008E3" w:rsidRPr="00675D78" w:rsidRDefault="00000000">
            <w:pPr>
              <w:spacing w:after="0" w:line="264" w:lineRule="auto"/>
              <w:rPr>
                <w:lang w:val="de-DE"/>
              </w:rPr>
            </w:pPr>
            <w:r w:rsidRPr="00675D78">
              <w:rPr>
                <w:sz w:val="19"/>
                <w:lang w:val="de-DE"/>
              </w:rPr>
              <w:t>Die mathematische Kommunikation ist durchgehend relevant, angemessen und konsistent.</w:t>
            </w:r>
          </w:p>
        </w:tc>
      </w:tr>
    </w:tbl>
    <w:p w14:paraId="652FF359" w14:textId="77777777" w:rsidR="00F008E3" w:rsidRPr="00675D78" w:rsidRDefault="00F008E3">
      <w:pPr>
        <w:rPr>
          <w:lang w:val="de-DE"/>
        </w:rPr>
      </w:pPr>
    </w:p>
    <w:p w14:paraId="7B978208" w14:textId="77777777" w:rsidR="00F008E3" w:rsidRDefault="00000000">
      <w:pPr>
        <w:pStyle w:val="KPUnterpunkt"/>
      </w:pPr>
      <w:proofErr w:type="gramStart"/>
      <w:r>
        <w:t>Was die</w:t>
      </w:r>
      <w:proofErr w:type="gramEnd"/>
      <w:r>
        <w:t xml:space="preserve"> </w:t>
      </w:r>
      <w:proofErr w:type="spellStart"/>
      <w:r>
        <w:t>Wörter</w:t>
      </w:r>
      <w:proofErr w:type="spellEnd"/>
      <w:r>
        <w:t xml:space="preserve"> </w:t>
      </w:r>
      <w:proofErr w:type="spellStart"/>
      <w:r>
        <w:t>bedeuten</w:t>
      </w:r>
      <w:proofErr w:type="spellEnd"/>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700"/>
        <w:gridCol w:w="3100"/>
        <w:gridCol w:w="4226"/>
      </w:tblGrid>
      <w:tr w:rsidR="00F008E3" w14:paraId="42D293F6" w14:textId="77777777">
        <w:trPr>
          <w:cantSplit/>
          <w:tblHeader/>
        </w:trPr>
        <w:tc>
          <w:tcPr>
            <w:tcW w:w="1700" w:type="dxa"/>
            <w:shd w:val="clear" w:color="auto" w:fill="0F3D2A"/>
            <w:tcMar>
              <w:top w:w="60" w:type="dxa"/>
              <w:left w:w="90" w:type="dxa"/>
              <w:bottom w:w="60" w:type="dxa"/>
              <w:right w:w="90" w:type="dxa"/>
            </w:tcMar>
          </w:tcPr>
          <w:p w14:paraId="7E6471E7" w14:textId="77777777" w:rsidR="00F008E3" w:rsidRDefault="00000000">
            <w:pPr>
              <w:spacing w:after="0" w:line="252" w:lineRule="auto"/>
            </w:pPr>
            <w:r>
              <w:rPr>
                <w:rFonts w:ascii="Calibri" w:hAnsi="Calibri"/>
                <w:b/>
                <w:color w:val="FFFFFF"/>
                <w:sz w:val="17"/>
              </w:rPr>
              <w:t>Worauf es ankommt</w:t>
            </w:r>
          </w:p>
        </w:tc>
        <w:tc>
          <w:tcPr>
            <w:tcW w:w="3100" w:type="dxa"/>
            <w:shd w:val="clear" w:color="auto" w:fill="0F3D2A"/>
            <w:tcMar>
              <w:top w:w="60" w:type="dxa"/>
              <w:left w:w="90" w:type="dxa"/>
              <w:bottom w:w="60" w:type="dxa"/>
              <w:right w:w="90" w:type="dxa"/>
            </w:tcMar>
          </w:tcPr>
          <w:p w14:paraId="6E7294A4" w14:textId="77777777" w:rsidR="00F008E3" w:rsidRDefault="00000000">
            <w:pPr>
              <w:spacing w:after="0" w:line="252" w:lineRule="auto"/>
            </w:pPr>
            <w:r>
              <w:rPr>
                <w:rFonts w:ascii="Calibri" w:hAnsi="Calibri"/>
                <w:b/>
                <w:color w:val="FFFFFF"/>
                <w:sz w:val="17"/>
              </w:rPr>
              <w:t>Was es heißt</w:t>
            </w:r>
          </w:p>
        </w:tc>
        <w:tc>
          <w:tcPr>
            <w:tcW w:w="4226" w:type="dxa"/>
            <w:shd w:val="clear" w:color="auto" w:fill="0F3D2A"/>
            <w:tcMar>
              <w:top w:w="60" w:type="dxa"/>
              <w:left w:w="90" w:type="dxa"/>
              <w:bottom w:w="60" w:type="dxa"/>
              <w:right w:w="90" w:type="dxa"/>
            </w:tcMar>
          </w:tcPr>
          <w:p w14:paraId="3CBD3CCF" w14:textId="77777777" w:rsidR="00F008E3" w:rsidRDefault="00000000">
            <w:pPr>
              <w:spacing w:after="0" w:line="252" w:lineRule="auto"/>
            </w:pPr>
            <w:r>
              <w:rPr>
                <w:rFonts w:ascii="Calibri" w:hAnsi="Calibri"/>
                <w:b/>
                <w:color w:val="FFFFFF"/>
                <w:sz w:val="17"/>
              </w:rPr>
              <w:t>Beispiel</w:t>
            </w:r>
          </w:p>
        </w:tc>
      </w:tr>
      <w:tr w:rsidR="00F008E3" w:rsidRPr="00675D78" w14:paraId="1C98ACA7" w14:textId="77777777">
        <w:trPr>
          <w:cantSplit/>
        </w:trPr>
        <w:tc>
          <w:tcPr>
            <w:tcW w:w="1700" w:type="dxa"/>
            <w:tcMar>
              <w:top w:w="60" w:type="dxa"/>
              <w:left w:w="90" w:type="dxa"/>
              <w:bottom w:w="60" w:type="dxa"/>
              <w:right w:w="90" w:type="dxa"/>
            </w:tcMar>
          </w:tcPr>
          <w:p w14:paraId="23831824" w14:textId="77777777" w:rsidR="00F008E3" w:rsidRDefault="00000000">
            <w:pPr>
              <w:spacing w:after="0" w:line="264" w:lineRule="auto"/>
            </w:pPr>
            <w:r>
              <w:rPr>
                <w:b/>
                <w:sz w:val="18"/>
              </w:rPr>
              <w:t>Geeignete mathematische Sprache</w:t>
            </w:r>
          </w:p>
        </w:tc>
        <w:tc>
          <w:tcPr>
            <w:tcW w:w="3100" w:type="dxa"/>
            <w:tcMar>
              <w:top w:w="60" w:type="dxa"/>
              <w:left w:w="90" w:type="dxa"/>
              <w:bottom w:w="60" w:type="dxa"/>
              <w:right w:w="90" w:type="dxa"/>
            </w:tcMar>
          </w:tcPr>
          <w:p w14:paraId="7741D366" w14:textId="77777777" w:rsidR="00F008E3" w:rsidRPr="00675D78" w:rsidRDefault="00000000">
            <w:pPr>
              <w:spacing w:after="0" w:line="264" w:lineRule="auto"/>
              <w:rPr>
                <w:lang w:val="de-DE"/>
              </w:rPr>
            </w:pPr>
            <w:r w:rsidRPr="00675D78">
              <w:rPr>
                <w:sz w:val="18"/>
                <w:lang w:val="de-DE"/>
              </w:rPr>
              <w:t>Schreibweisen, Symbole, Terminologie. Taschenrechner- und Computerschreibweise nur, wenn sie von der Software erzeugt wurde.</w:t>
            </w:r>
          </w:p>
        </w:tc>
        <w:tc>
          <w:tcPr>
            <w:tcW w:w="4226" w:type="dxa"/>
            <w:tcMar>
              <w:top w:w="60" w:type="dxa"/>
              <w:left w:w="90" w:type="dxa"/>
              <w:bottom w:w="60" w:type="dxa"/>
              <w:right w:w="90" w:type="dxa"/>
            </w:tcMar>
          </w:tcPr>
          <w:p w14:paraId="3357E458" w14:textId="77777777" w:rsidR="00F008E3" w:rsidRPr="00675D78" w:rsidRDefault="00000000">
            <w:pPr>
              <w:spacing w:after="40" w:line="264" w:lineRule="auto"/>
              <w:rPr>
                <w:lang w:val="de-DE"/>
              </w:rPr>
            </w:pPr>
            <w:r w:rsidRPr="00675D78">
              <w:rPr>
                <w:sz w:val="18"/>
                <w:lang w:val="de-DE"/>
              </w:rPr>
              <w:t xml:space="preserve">Angemessen: Du schreibst </w:t>
            </w:r>
            <w:r w:rsidRPr="00675D78">
              <w:rPr>
                <w:rFonts w:ascii="Cambria Math" w:hAnsi="Cambria Math"/>
                <w:sz w:val="18"/>
                <w:lang w:val="de-DE"/>
              </w:rPr>
              <w:t>∫</w:t>
            </w:r>
            <w:r w:rsidRPr="00675D78">
              <w:rPr>
                <w:sz w:val="18"/>
                <w:lang w:val="de-DE"/>
              </w:rPr>
              <w:t xml:space="preserve"> f(x) dx und setzt die Wurzel als Wurzel.</w:t>
            </w:r>
          </w:p>
          <w:p w14:paraId="4DDFDA36" w14:textId="77777777" w:rsidR="00F008E3" w:rsidRPr="00675D78" w:rsidRDefault="00000000">
            <w:pPr>
              <w:spacing w:after="40" w:line="264" w:lineRule="auto"/>
              <w:rPr>
                <w:lang w:val="de-DE"/>
              </w:rPr>
            </w:pPr>
            <w:r w:rsidRPr="00675D78">
              <w:rPr>
                <w:sz w:val="18"/>
                <w:lang w:val="de-DE"/>
              </w:rPr>
              <w:t>Nicht angemessen: Du tippst integral(f(x</w:t>
            </w:r>
            <w:proofErr w:type="gramStart"/>
            <w:r w:rsidRPr="00675D78">
              <w:rPr>
                <w:sz w:val="18"/>
                <w:lang w:val="de-DE"/>
              </w:rPr>
              <w:t>),x</w:t>
            </w:r>
            <w:proofErr w:type="gramEnd"/>
            <w:r w:rsidRPr="00675D78">
              <w:rPr>
                <w:sz w:val="18"/>
                <w:lang w:val="de-DE"/>
              </w:rPr>
              <w:t xml:space="preserve">) und </w:t>
            </w:r>
            <w:proofErr w:type="spellStart"/>
            <w:r w:rsidRPr="00675D78">
              <w:rPr>
                <w:sz w:val="18"/>
                <w:lang w:val="de-DE"/>
              </w:rPr>
              <w:t>sqrt</w:t>
            </w:r>
            <w:proofErr w:type="spellEnd"/>
            <w:r w:rsidRPr="00675D78">
              <w:rPr>
                <w:sz w:val="18"/>
                <w:lang w:val="de-DE"/>
              </w:rPr>
              <w:t>(x^2+a^2) ab, weil dein Rechner es so anzeigt.</w:t>
            </w:r>
          </w:p>
          <w:p w14:paraId="1FC32615" w14:textId="77777777" w:rsidR="00F008E3" w:rsidRPr="00675D78" w:rsidRDefault="00000000">
            <w:pPr>
              <w:spacing w:after="0" w:line="264" w:lineRule="auto"/>
              <w:rPr>
                <w:lang w:val="de-DE"/>
              </w:rPr>
            </w:pPr>
            <w:r w:rsidRPr="00675D78">
              <w:rPr>
                <w:sz w:val="18"/>
                <w:lang w:val="de-DE"/>
              </w:rPr>
              <w:t>Erlaubt bleibt: eine echte Rechnerausgabe als Abbildung einbinden und erklären.</w:t>
            </w:r>
          </w:p>
        </w:tc>
      </w:tr>
      <w:tr w:rsidR="00F008E3" w:rsidRPr="00675D78" w14:paraId="4E4FD414" w14:textId="77777777">
        <w:trPr>
          <w:cantSplit/>
        </w:trPr>
        <w:tc>
          <w:tcPr>
            <w:tcW w:w="1700" w:type="dxa"/>
            <w:shd w:val="clear" w:color="auto" w:fill="F1F4EC"/>
            <w:tcMar>
              <w:top w:w="60" w:type="dxa"/>
              <w:left w:w="90" w:type="dxa"/>
              <w:bottom w:w="60" w:type="dxa"/>
              <w:right w:w="90" w:type="dxa"/>
            </w:tcMar>
          </w:tcPr>
          <w:p w14:paraId="28243EE9" w14:textId="77777777" w:rsidR="00F008E3" w:rsidRDefault="00000000">
            <w:pPr>
              <w:spacing w:after="0" w:line="264" w:lineRule="auto"/>
            </w:pPr>
            <w:proofErr w:type="spellStart"/>
            <w:r>
              <w:rPr>
                <w:b/>
                <w:sz w:val="18"/>
              </w:rPr>
              <w:t>Variablen</w:t>
            </w:r>
            <w:proofErr w:type="spellEnd"/>
            <w:r>
              <w:rPr>
                <w:b/>
                <w:sz w:val="18"/>
              </w:rPr>
              <w:t xml:space="preserve"> </w:t>
            </w:r>
            <w:proofErr w:type="spellStart"/>
            <w:r>
              <w:rPr>
                <w:b/>
                <w:sz w:val="18"/>
              </w:rPr>
              <w:t>definieren</w:t>
            </w:r>
            <w:proofErr w:type="spellEnd"/>
          </w:p>
        </w:tc>
        <w:tc>
          <w:tcPr>
            <w:tcW w:w="3100" w:type="dxa"/>
            <w:shd w:val="clear" w:color="auto" w:fill="F1F4EC"/>
            <w:tcMar>
              <w:top w:w="60" w:type="dxa"/>
              <w:left w:w="90" w:type="dxa"/>
              <w:bottom w:w="60" w:type="dxa"/>
              <w:right w:w="90" w:type="dxa"/>
            </w:tcMar>
          </w:tcPr>
          <w:p w14:paraId="118E4BFC" w14:textId="77777777" w:rsidR="00F008E3" w:rsidRPr="00675D78" w:rsidRDefault="00000000">
            <w:pPr>
              <w:spacing w:after="0" w:line="264" w:lineRule="auto"/>
              <w:rPr>
                <w:lang w:val="de-DE"/>
              </w:rPr>
            </w:pPr>
            <w:r w:rsidRPr="00675D78">
              <w:rPr>
                <w:sz w:val="18"/>
                <w:lang w:val="de-DE"/>
              </w:rPr>
              <w:t>Schlüsselbegriffe und Variablen werden definiert, wo es nötig ist – mit Einheit.</w:t>
            </w:r>
          </w:p>
        </w:tc>
        <w:tc>
          <w:tcPr>
            <w:tcW w:w="4226" w:type="dxa"/>
            <w:shd w:val="clear" w:color="auto" w:fill="F1F4EC"/>
            <w:tcMar>
              <w:top w:w="60" w:type="dxa"/>
              <w:left w:w="90" w:type="dxa"/>
              <w:bottom w:w="60" w:type="dxa"/>
              <w:right w:w="90" w:type="dxa"/>
            </w:tcMar>
          </w:tcPr>
          <w:p w14:paraId="1B05C623" w14:textId="77777777" w:rsidR="00F008E3" w:rsidRPr="00675D78" w:rsidRDefault="00000000">
            <w:pPr>
              <w:spacing w:after="40" w:line="264" w:lineRule="auto"/>
              <w:rPr>
                <w:lang w:val="de-DE"/>
              </w:rPr>
            </w:pPr>
            <w:r w:rsidRPr="00675D78">
              <w:rPr>
                <w:sz w:val="18"/>
                <w:lang w:val="de-DE"/>
              </w:rPr>
              <w:t>Definiert: „Dabei bezeichnet T(t) die Temperatur in °C zum Zeitpunkt t in Minuten und k die Abkühlkonstante in 1/min.“</w:t>
            </w:r>
          </w:p>
          <w:p w14:paraId="478EDA0C" w14:textId="77777777" w:rsidR="00F008E3" w:rsidRPr="00675D78" w:rsidRDefault="00000000">
            <w:pPr>
              <w:spacing w:after="0" w:line="264" w:lineRule="auto"/>
              <w:rPr>
                <w:lang w:val="de-DE"/>
              </w:rPr>
            </w:pPr>
            <w:r w:rsidRPr="00675D78">
              <w:rPr>
                <w:sz w:val="18"/>
                <w:lang w:val="de-DE"/>
              </w:rPr>
              <w:t>Nicht definiert: Du rechnest drei Seiten lang mit k, ohne je zu sagen, was k ist und welche Einheit es hat.</w:t>
            </w:r>
          </w:p>
        </w:tc>
      </w:tr>
      <w:tr w:rsidR="00F008E3" w:rsidRPr="00675D78" w14:paraId="36524CBB" w14:textId="77777777">
        <w:trPr>
          <w:cantSplit/>
        </w:trPr>
        <w:tc>
          <w:tcPr>
            <w:tcW w:w="1700" w:type="dxa"/>
            <w:tcMar>
              <w:top w:w="60" w:type="dxa"/>
              <w:left w:w="90" w:type="dxa"/>
              <w:bottom w:w="60" w:type="dxa"/>
              <w:right w:w="90" w:type="dxa"/>
            </w:tcMar>
          </w:tcPr>
          <w:p w14:paraId="6787D54F" w14:textId="77777777" w:rsidR="00F008E3" w:rsidRDefault="00000000">
            <w:pPr>
              <w:spacing w:after="0" w:line="264" w:lineRule="auto"/>
            </w:pPr>
            <w:proofErr w:type="spellStart"/>
            <w:r>
              <w:rPr>
                <w:b/>
                <w:sz w:val="18"/>
              </w:rPr>
              <w:t>Mehrere</w:t>
            </w:r>
            <w:proofErr w:type="spellEnd"/>
            <w:r>
              <w:rPr>
                <w:b/>
                <w:sz w:val="18"/>
              </w:rPr>
              <w:t xml:space="preserve"> </w:t>
            </w:r>
            <w:proofErr w:type="spellStart"/>
            <w:r>
              <w:rPr>
                <w:b/>
                <w:sz w:val="18"/>
              </w:rPr>
              <w:t>Darstellungen</w:t>
            </w:r>
            <w:proofErr w:type="spellEnd"/>
          </w:p>
        </w:tc>
        <w:tc>
          <w:tcPr>
            <w:tcW w:w="3100" w:type="dxa"/>
            <w:tcMar>
              <w:top w:w="60" w:type="dxa"/>
              <w:left w:w="90" w:type="dxa"/>
              <w:bottom w:w="60" w:type="dxa"/>
              <w:right w:w="90" w:type="dxa"/>
            </w:tcMar>
          </w:tcPr>
          <w:p w14:paraId="610F33EE" w14:textId="77777777" w:rsidR="00F008E3" w:rsidRPr="00675D78" w:rsidRDefault="00000000">
            <w:pPr>
              <w:spacing w:after="0" w:line="264" w:lineRule="auto"/>
              <w:rPr>
                <w:lang w:val="de-DE"/>
              </w:rPr>
            </w:pPr>
            <w:r w:rsidRPr="00675D78">
              <w:rPr>
                <w:sz w:val="18"/>
                <w:lang w:val="de-DE"/>
              </w:rPr>
              <w:t>Formeln, Grafiken, Tabellen, Diagramme, Graphen, Modelle – wo es angemessen ist.</w:t>
            </w:r>
          </w:p>
        </w:tc>
        <w:tc>
          <w:tcPr>
            <w:tcW w:w="4226" w:type="dxa"/>
            <w:tcMar>
              <w:top w:w="60" w:type="dxa"/>
              <w:left w:w="90" w:type="dxa"/>
              <w:bottom w:w="60" w:type="dxa"/>
              <w:right w:w="90" w:type="dxa"/>
            </w:tcMar>
          </w:tcPr>
          <w:p w14:paraId="1F481172" w14:textId="77777777" w:rsidR="00F008E3" w:rsidRPr="00675D78" w:rsidRDefault="00000000">
            <w:pPr>
              <w:spacing w:after="40" w:line="264" w:lineRule="auto"/>
              <w:rPr>
                <w:lang w:val="de-DE"/>
              </w:rPr>
            </w:pPr>
            <w:r w:rsidRPr="00675D78">
              <w:rPr>
                <w:sz w:val="18"/>
                <w:lang w:val="de-DE"/>
              </w:rPr>
              <w:t>Gut: Skizze, Messtabelle, Termumformung und Graph greifen ineinander; jede zeigt etwas, das die anderen nicht zeigen.</w:t>
            </w:r>
          </w:p>
          <w:p w14:paraId="2AD2100B" w14:textId="77777777" w:rsidR="00F008E3" w:rsidRPr="00675D78" w:rsidRDefault="00000000">
            <w:pPr>
              <w:spacing w:after="40" w:line="264" w:lineRule="auto"/>
              <w:rPr>
                <w:lang w:val="de-DE"/>
              </w:rPr>
            </w:pPr>
            <w:r w:rsidRPr="00675D78">
              <w:rPr>
                <w:sz w:val="18"/>
                <w:lang w:val="de-DE"/>
              </w:rPr>
              <w:t>Nicht gut: Vier Diagramme, die alle dasselbe zeigen.</w:t>
            </w:r>
          </w:p>
          <w:p w14:paraId="57BE305D" w14:textId="77777777" w:rsidR="00F008E3" w:rsidRPr="00675D78" w:rsidRDefault="00000000">
            <w:pPr>
              <w:spacing w:after="0" w:line="264" w:lineRule="auto"/>
              <w:rPr>
                <w:lang w:val="de-DE"/>
              </w:rPr>
            </w:pPr>
            <w:r w:rsidRPr="00675D78">
              <w:rPr>
                <w:sz w:val="18"/>
                <w:lang w:val="de-DE"/>
              </w:rPr>
              <w:t>Wichtig: Ebene 4 ist auch mit einer einzigen Darstellungsweise erreichbar, wenn sie zum Thema passt.</w:t>
            </w:r>
          </w:p>
        </w:tc>
      </w:tr>
      <w:tr w:rsidR="00F008E3" w:rsidRPr="00675D78" w14:paraId="72697345" w14:textId="77777777">
        <w:trPr>
          <w:cantSplit/>
        </w:trPr>
        <w:tc>
          <w:tcPr>
            <w:tcW w:w="1700" w:type="dxa"/>
            <w:shd w:val="clear" w:color="auto" w:fill="F1F4EC"/>
            <w:tcMar>
              <w:top w:w="60" w:type="dxa"/>
              <w:left w:w="90" w:type="dxa"/>
              <w:bottom w:w="60" w:type="dxa"/>
              <w:right w:w="90" w:type="dxa"/>
            </w:tcMar>
          </w:tcPr>
          <w:p w14:paraId="0E567FD2" w14:textId="77777777" w:rsidR="00F008E3" w:rsidRDefault="00000000">
            <w:pPr>
              <w:spacing w:after="0" w:line="264" w:lineRule="auto"/>
            </w:pPr>
            <w:proofErr w:type="spellStart"/>
            <w:r>
              <w:rPr>
                <w:b/>
                <w:sz w:val="18"/>
              </w:rPr>
              <w:t>Deduktiver</w:t>
            </w:r>
            <w:proofErr w:type="spellEnd"/>
            <w:r>
              <w:rPr>
                <w:b/>
                <w:sz w:val="18"/>
              </w:rPr>
              <w:t xml:space="preserve"> Aufbau</w:t>
            </w:r>
          </w:p>
        </w:tc>
        <w:tc>
          <w:tcPr>
            <w:tcW w:w="3100" w:type="dxa"/>
            <w:shd w:val="clear" w:color="auto" w:fill="F1F4EC"/>
            <w:tcMar>
              <w:top w:w="60" w:type="dxa"/>
              <w:left w:w="90" w:type="dxa"/>
              <w:bottom w:w="60" w:type="dxa"/>
              <w:right w:w="90" w:type="dxa"/>
            </w:tcMar>
          </w:tcPr>
          <w:p w14:paraId="2772659F" w14:textId="77777777" w:rsidR="00F008E3" w:rsidRPr="00675D78" w:rsidRDefault="00000000">
            <w:pPr>
              <w:spacing w:after="0" w:line="264" w:lineRule="auto"/>
              <w:rPr>
                <w:lang w:val="de-DE"/>
              </w:rPr>
            </w:pPr>
            <w:r w:rsidRPr="00675D78">
              <w:rPr>
                <w:sz w:val="18"/>
                <w:lang w:val="de-DE"/>
              </w:rPr>
              <w:t>Logischer Aufbau von Beweisen und Herleitungen, wo es angemessen ist.</w:t>
            </w:r>
          </w:p>
        </w:tc>
        <w:tc>
          <w:tcPr>
            <w:tcW w:w="4226" w:type="dxa"/>
            <w:shd w:val="clear" w:color="auto" w:fill="F1F4EC"/>
            <w:tcMar>
              <w:top w:w="60" w:type="dxa"/>
              <w:left w:w="90" w:type="dxa"/>
              <w:bottom w:w="60" w:type="dxa"/>
              <w:right w:w="90" w:type="dxa"/>
            </w:tcMar>
          </w:tcPr>
          <w:p w14:paraId="6AB13F6E" w14:textId="77777777" w:rsidR="00F008E3" w:rsidRPr="00675D78" w:rsidRDefault="00000000">
            <w:pPr>
              <w:spacing w:after="40" w:line="264" w:lineRule="auto"/>
              <w:rPr>
                <w:lang w:val="de-DE"/>
              </w:rPr>
            </w:pPr>
            <w:r w:rsidRPr="00675D78">
              <w:rPr>
                <w:sz w:val="18"/>
                <w:lang w:val="de-DE"/>
              </w:rPr>
              <w:t>Deduktiv: „Beide Seiten sind für x &gt; 0 positiv, ich darf also quadrieren.“</w:t>
            </w:r>
          </w:p>
          <w:p w14:paraId="2CDB416B" w14:textId="77777777" w:rsidR="00F008E3" w:rsidRPr="00675D78" w:rsidRDefault="00000000">
            <w:pPr>
              <w:spacing w:after="0" w:line="264" w:lineRule="auto"/>
              <w:rPr>
                <w:lang w:val="de-DE"/>
              </w:rPr>
            </w:pPr>
            <w:r w:rsidRPr="00675D78">
              <w:rPr>
                <w:sz w:val="18"/>
                <w:lang w:val="de-DE"/>
              </w:rPr>
              <w:t>Nicht deduktiv: „Offensichtlich ist das das Minimum.“</w:t>
            </w:r>
          </w:p>
        </w:tc>
      </w:tr>
    </w:tbl>
    <w:p w14:paraId="52781042" w14:textId="77777777" w:rsidR="00F008E3" w:rsidRPr="00675D78" w:rsidRDefault="00F008E3">
      <w:pPr>
        <w:rPr>
          <w:lang w:val="de-DE"/>
        </w:rPr>
      </w:pPr>
    </w:p>
    <w:p w14:paraId="631486EC" w14:textId="77777777" w:rsidR="00F008E3" w:rsidRPr="00675D78" w:rsidRDefault="00000000">
      <w:pPr>
        <w:pStyle w:val="KPKlein"/>
        <w:rPr>
          <w:lang w:val="de-DE"/>
        </w:rPr>
      </w:pPr>
      <w:r w:rsidRPr="00675D78">
        <w:rPr>
          <w:lang w:val="de-DE"/>
        </w:rPr>
        <w:t>Das Handbuch nennt als Beispiele für Ebene 1 ausdrücklich: nicht beschriftete Abbildungen, und den durchgehenden Gebrauch von Computerschreibweisen ohne andere Formen korrekter mathematischer Kommunikation. Ebene 4 ist auch mit nur einer Darstellungsweise erreichbar, wenn das zum Thema passt; kleine Fehler, die die Klarheit nicht stören, führen dort nicht zur Abwertung.</w:t>
      </w:r>
    </w:p>
    <w:p w14:paraId="325393A9" w14:textId="77777777" w:rsidR="00675D78" w:rsidRPr="00675D78" w:rsidRDefault="00675D78">
      <w:pPr>
        <w:pStyle w:val="KPKlein"/>
        <w:rPr>
          <w:lang w:val="de-DE"/>
        </w:rPr>
      </w:pPr>
    </w:p>
    <w:p w14:paraId="02D0E120" w14:textId="77777777" w:rsidR="00675D78" w:rsidRPr="00675D78" w:rsidRDefault="00675D78">
      <w:pPr>
        <w:pStyle w:val="KPKlein"/>
        <w:rPr>
          <w:lang w:val="de-DE"/>
        </w:rPr>
      </w:pPr>
    </w:p>
    <w:p w14:paraId="53DC6932" w14:textId="77777777" w:rsidR="00675D78" w:rsidRPr="00675D78" w:rsidRDefault="00675D78">
      <w:pPr>
        <w:pStyle w:val="KPKlein"/>
        <w:rPr>
          <w:lang w:val="de-DE"/>
        </w:rPr>
      </w:pPr>
    </w:p>
    <w:p w14:paraId="62BD76E0" w14:textId="77777777" w:rsidR="00675D78" w:rsidRPr="00675D78" w:rsidRDefault="00675D78">
      <w:pPr>
        <w:pStyle w:val="KPKlein"/>
        <w:rPr>
          <w:lang w:val="de-DE"/>
        </w:rPr>
      </w:pPr>
    </w:p>
    <w:p w14:paraId="4F8596B9" w14:textId="77777777" w:rsidR="00675D78" w:rsidRPr="00675D78" w:rsidRDefault="00675D78">
      <w:pPr>
        <w:pStyle w:val="KPKlein"/>
        <w:rPr>
          <w:lang w:val="de-DE"/>
        </w:rPr>
      </w:pPr>
    </w:p>
    <w:p w14:paraId="2588E87F" w14:textId="77777777" w:rsidR="00F008E3" w:rsidRDefault="00000000">
      <w:pPr>
        <w:pStyle w:val="KPAbschnitt"/>
      </w:pPr>
      <w:r>
        <w:rPr>
          <w:color w:val="8FB840"/>
        </w:rPr>
        <w:lastRenderedPageBreak/>
        <w:t xml:space="preserve">0–3 </w:t>
      </w:r>
      <w:proofErr w:type="spellStart"/>
      <w:r>
        <w:rPr>
          <w:color w:val="8FB840"/>
        </w:rPr>
        <w:t>Punkte</w:t>
      </w:r>
      <w:proofErr w:type="spellEnd"/>
      <w:r>
        <w:rPr>
          <w:color w:val="8FB840"/>
        </w:rPr>
        <w:t xml:space="preserve">   </w:t>
      </w:r>
      <w:proofErr w:type="spellStart"/>
      <w:r>
        <w:t>Kriterium</w:t>
      </w:r>
      <w:proofErr w:type="spellEnd"/>
      <w:r>
        <w:t xml:space="preserve"> C: Persönlicher Einsatz</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900"/>
        <w:gridCol w:w="8126"/>
      </w:tblGrid>
      <w:tr w:rsidR="00F008E3" w14:paraId="21FDC762" w14:textId="77777777">
        <w:trPr>
          <w:cantSplit/>
          <w:tblHeader/>
        </w:trPr>
        <w:tc>
          <w:tcPr>
            <w:tcW w:w="900" w:type="dxa"/>
            <w:shd w:val="clear" w:color="auto" w:fill="0F3D2A"/>
            <w:tcMar>
              <w:top w:w="60" w:type="dxa"/>
              <w:left w:w="90" w:type="dxa"/>
              <w:bottom w:w="60" w:type="dxa"/>
              <w:right w:w="90" w:type="dxa"/>
            </w:tcMar>
          </w:tcPr>
          <w:p w14:paraId="104C2509" w14:textId="77777777" w:rsidR="00F008E3" w:rsidRDefault="00000000">
            <w:pPr>
              <w:spacing w:after="0" w:line="252" w:lineRule="auto"/>
            </w:pPr>
            <w:r>
              <w:rPr>
                <w:rFonts w:ascii="Calibri" w:hAnsi="Calibri"/>
                <w:b/>
                <w:color w:val="FFFFFF"/>
                <w:sz w:val="17"/>
              </w:rPr>
              <w:t>Ebene</w:t>
            </w:r>
          </w:p>
        </w:tc>
        <w:tc>
          <w:tcPr>
            <w:tcW w:w="8126" w:type="dxa"/>
            <w:shd w:val="clear" w:color="auto" w:fill="0F3D2A"/>
            <w:tcMar>
              <w:top w:w="60" w:type="dxa"/>
              <w:left w:w="90" w:type="dxa"/>
              <w:bottom w:w="60" w:type="dxa"/>
              <w:right w:w="90" w:type="dxa"/>
            </w:tcMar>
          </w:tcPr>
          <w:p w14:paraId="54357607" w14:textId="77777777" w:rsidR="00F008E3" w:rsidRDefault="00000000">
            <w:pPr>
              <w:spacing w:after="0" w:line="252" w:lineRule="auto"/>
            </w:pPr>
            <w:r>
              <w:rPr>
                <w:rFonts w:ascii="Calibri" w:hAnsi="Calibri"/>
                <w:b/>
                <w:color w:val="FFFFFF"/>
                <w:sz w:val="17"/>
              </w:rPr>
              <w:t>Leistungshorizont</w:t>
            </w:r>
          </w:p>
        </w:tc>
      </w:tr>
      <w:tr w:rsidR="00F008E3" w:rsidRPr="00675D78" w14:paraId="3A4129A0" w14:textId="77777777">
        <w:trPr>
          <w:cantSplit/>
        </w:trPr>
        <w:tc>
          <w:tcPr>
            <w:tcW w:w="900" w:type="dxa"/>
            <w:tcMar>
              <w:top w:w="60" w:type="dxa"/>
              <w:left w:w="90" w:type="dxa"/>
              <w:bottom w:w="60" w:type="dxa"/>
              <w:right w:w="90" w:type="dxa"/>
            </w:tcMar>
          </w:tcPr>
          <w:p w14:paraId="1FD6B01A" w14:textId="77777777" w:rsidR="00F008E3" w:rsidRDefault="00000000">
            <w:pPr>
              <w:spacing w:after="0" w:line="264" w:lineRule="auto"/>
            </w:pPr>
            <w:r>
              <w:rPr>
                <w:sz w:val="19"/>
              </w:rPr>
              <w:t>1</w:t>
            </w:r>
          </w:p>
        </w:tc>
        <w:tc>
          <w:tcPr>
            <w:tcW w:w="8126" w:type="dxa"/>
            <w:tcMar>
              <w:top w:w="60" w:type="dxa"/>
              <w:left w:w="90" w:type="dxa"/>
              <w:bottom w:w="60" w:type="dxa"/>
              <w:right w:w="90" w:type="dxa"/>
            </w:tcMar>
          </w:tcPr>
          <w:p w14:paraId="0A2EA373" w14:textId="77777777" w:rsidR="00F008E3" w:rsidRPr="00675D78" w:rsidRDefault="00000000">
            <w:pPr>
              <w:spacing w:after="0" w:line="264" w:lineRule="auto"/>
              <w:rPr>
                <w:lang w:val="de-DE"/>
              </w:rPr>
            </w:pPr>
            <w:r w:rsidRPr="00675D78">
              <w:rPr>
                <w:sz w:val="19"/>
                <w:lang w:val="de-DE"/>
              </w:rPr>
              <w:t>Es gibt Belege für ein gewisses Maß an persönlichem Einsatz.</w:t>
            </w:r>
          </w:p>
        </w:tc>
      </w:tr>
      <w:tr w:rsidR="00F008E3" w:rsidRPr="00675D78" w14:paraId="0752DBFF" w14:textId="77777777">
        <w:trPr>
          <w:cantSplit/>
        </w:trPr>
        <w:tc>
          <w:tcPr>
            <w:tcW w:w="900" w:type="dxa"/>
            <w:shd w:val="clear" w:color="auto" w:fill="F1F4EC"/>
            <w:tcMar>
              <w:top w:w="60" w:type="dxa"/>
              <w:left w:w="90" w:type="dxa"/>
              <w:bottom w:w="60" w:type="dxa"/>
              <w:right w:w="90" w:type="dxa"/>
            </w:tcMar>
          </w:tcPr>
          <w:p w14:paraId="70E6B776" w14:textId="77777777" w:rsidR="00F008E3" w:rsidRDefault="00000000">
            <w:pPr>
              <w:spacing w:after="0" w:line="264" w:lineRule="auto"/>
            </w:pPr>
            <w:r>
              <w:rPr>
                <w:sz w:val="19"/>
              </w:rPr>
              <w:t>2</w:t>
            </w:r>
          </w:p>
        </w:tc>
        <w:tc>
          <w:tcPr>
            <w:tcW w:w="8126" w:type="dxa"/>
            <w:shd w:val="clear" w:color="auto" w:fill="F1F4EC"/>
            <w:tcMar>
              <w:top w:w="60" w:type="dxa"/>
              <w:left w:w="90" w:type="dxa"/>
              <w:bottom w:w="60" w:type="dxa"/>
              <w:right w:w="90" w:type="dxa"/>
            </w:tcMar>
          </w:tcPr>
          <w:p w14:paraId="5E192FFD" w14:textId="77777777" w:rsidR="00F008E3" w:rsidRPr="00675D78" w:rsidRDefault="00000000">
            <w:pPr>
              <w:spacing w:after="0" w:line="264" w:lineRule="auto"/>
              <w:rPr>
                <w:lang w:val="de-DE"/>
              </w:rPr>
            </w:pPr>
            <w:r w:rsidRPr="00675D78">
              <w:rPr>
                <w:sz w:val="19"/>
                <w:lang w:val="de-DE"/>
              </w:rPr>
              <w:t>Es gibt Belege für deutlichen persönlichen Einsatz.</w:t>
            </w:r>
          </w:p>
        </w:tc>
      </w:tr>
      <w:tr w:rsidR="00F008E3" w:rsidRPr="00675D78" w14:paraId="19AF5B8C" w14:textId="77777777">
        <w:trPr>
          <w:cantSplit/>
        </w:trPr>
        <w:tc>
          <w:tcPr>
            <w:tcW w:w="900" w:type="dxa"/>
            <w:tcMar>
              <w:top w:w="60" w:type="dxa"/>
              <w:left w:w="90" w:type="dxa"/>
              <w:bottom w:w="60" w:type="dxa"/>
              <w:right w:w="90" w:type="dxa"/>
            </w:tcMar>
          </w:tcPr>
          <w:p w14:paraId="10CE8C5F" w14:textId="77777777" w:rsidR="00F008E3" w:rsidRDefault="00000000">
            <w:pPr>
              <w:spacing w:after="0" w:line="264" w:lineRule="auto"/>
            </w:pPr>
            <w:r>
              <w:rPr>
                <w:sz w:val="19"/>
              </w:rPr>
              <w:t>3</w:t>
            </w:r>
          </w:p>
        </w:tc>
        <w:tc>
          <w:tcPr>
            <w:tcW w:w="8126" w:type="dxa"/>
            <w:tcMar>
              <w:top w:w="60" w:type="dxa"/>
              <w:left w:w="90" w:type="dxa"/>
              <w:bottom w:w="60" w:type="dxa"/>
              <w:right w:w="90" w:type="dxa"/>
            </w:tcMar>
          </w:tcPr>
          <w:p w14:paraId="5EEBDDF8" w14:textId="77777777" w:rsidR="00F008E3" w:rsidRPr="00675D78" w:rsidRDefault="00000000">
            <w:pPr>
              <w:spacing w:after="0" w:line="264" w:lineRule="auto"/>
              <w:rPr>
                <w:lang w:val="de-DE"/>
              </w:rPr>
            </w:pPr>
            <w:r w:rsidRPr="00675D78">
              <w:rPr>
                <w:sz w:val="19"/>
                <w:lang w:val="de-DE"/>
              </w:rPr>
              <w:t>Es gibt Belege für herausragenden persönlichen Einsatz.</w:t>
            </w:r>
          </w:p>
        </w:tc>
      </w:tr>
    </w:tbl>
    <w:p w14:paraId="7757C546" w14:textId="77777777" w:rsidR="00F008E3" w:rsidRPr="00675D78" w:rsidRDefault="00F008E3">
      <w:pPr>
        <w:rPr>
          <w:lang w:val="de-DE"/>
        </w:rPr>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9026"/>
      </w:tblGrid>
      <w:tr w:rsidR="00F008E3" w:rsidRPr="00675D78" w14:paraId="2A4A53DA" w14:textId="77777777">
        <w:trPr>
          <w:cantSplit/>
        </w:trPr>
        <w:tc>
          <w:tcPr>
            <w:tcW w:w="9026" w:type="dxa"/>
            <w:tcBorders>
              <w:left w:val="single" w:sz="26" w:space="0" w:color="C0272D"/>
            </w:tcBorders>
            <w:shd w:val="clear" w:color="auto" w:fill="F8E7E7"/>
            <w:tcMar>
              <w:top w:w="150" w:type="dxa"/>
              <w:left w:w="220" w:type="dxa"/>
              <w:bottom w:w="150" w:type="dxa"/>
              <w:right w:w="200" w:type="dxa"/>
            </w:tcMar>
          </w:tcPr>
          <w:p w14:paraId="7D381034" w14:textId="77777777" w:rsidR="00F008E3" w:rsidRPr="00675D78" w:rsidRDefault="00000000">
            <w:pPr>
              <w:spacing w:after="80"/>
              <w:rPr>
                <w:lang w:val="de-DE"/>
              </w:rPr>
            </w:pPr>
            <w:r w:rsidRPr="00675D78">
              <w:rPr>
                <w:rFonts w:ascii="Calibri" w:hAnsi="Calibri"/>
                <w:b/>
                <w:color w:val="C0272D"/>
                <w:lang w:val="de-DE"/>
              </w:rPr>
              <w:t>Der wichtigste Satz zu diesem Kriterium</w:t>
            </w:r>
          </w:p>
          <w:p w14:paraId="6AD28BCE" w14:textId="77777777" w:rsidR="00F008E3" w:rsidRPr="00675D78" w:rsidRDefault="00000000">
            <w:pPr>
              <w:spacing w:after="60"/>
              <w:rPr>
                <w:lang w:val="de-DE"/>
              </w:rPr>
            </w:pPr>
            <w:r w:rsidRPr="00675D78">
              <w:rPr>
                <w:sz w:val="20"/>
                <w:lang w:val="de-DE"/>
              </w:rPr>
              <w:t>Persönlicher Einsatz ist kein Maß für Anstrengung oder Bemühen. Wie viele Stunden du gebraucht hast, bringt null Punkte. Bewertet wird, in welchem Maß du dir das Thema durch eigene Erkundung zu eigen machst.</w:t>
            </w:r>
          </w:p>
        </w:tc>
      </w:tr>
    </w:tbl>
    <w:p w14:paraId="007F88F9" w14:textId="77777777" w:rsidR="00F008E3" w:rsidRPr="00675D78" w:rsidRDefault="00F008E3">
      <w:pPr>
        <w:rPr>
          <w:lang w:val="de-DE"/>
        </w:rPr>
      </w:pPr>
    </w:p>
    <w:p w14:paraId="37B66377" w14:textId="77777777" w:rsidR="00F008E3" w:rsidRPr="00675D78" w:rsidRDefault="00000000">
      <w:pPr>
        <w:pStyle w:val="KPUnterpunkt"/>
        <w:rPr>
          <w:lang w:val="de-DE"/>
        </w:rPr>
      </w:pPr>
      <w:r w:rsidRPr="00675D78">
        <w:rPr>
          <w:lang w:val="de-DE"/>
        </w:rPr>
        <w:t>Was die Wörter bedeuten</w:t>
      </w:r>
    </w:p>
    <w:p w14:paraId="6B12B01C" w14:textId="77777777" w:rsidR="00F008E3" w:rsidRPr="00675D78" w:rsidRDefault="00000000">
      <w:pPr>
        <w:pStyle w:val="KPKlein"/>
        <w:rPr>
          <w:lang w:val="de-DE"/>
        </w:rPr>
      </w:pPr>
      <w:r w:rsidRPr="00675D78">
        <w:rPr>
          <w:lang w:val="de-DE"/>
        </w:rPr>
        <w:t>Woran man Einsatz überhaupt erkennt: unabhängiges oder kreatives Denken, eigenständige Wege zur Darstellung mathematischer Ideen, die Untersuchung des Themas aus verschiedenen Blickwinkeln, das Aufstellen und Testen von Vorhersagen.</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700"/>
        <w:gridCol w:w="3100"/>
        <w:gridCol w:w="4226"/>
      </w:tblGrid>
      <w:tr w:rsidR="00F008E3" w14:paraId="65B235C0" w14:textId="77777777">
        <w:trPr>
          <w:cantSplit/>
          <w:tblHeader/>
        </w:trPr>
        <w:tc>
          <w:tcPr>
            <w:tcW w:w="1700" w:type="dxa"/>
            <w:shd w:val="clear" w:color="auto" w:fill="0F3D2A"/>
            <w:tcMar>
              <w:top w:w="60" w:type="dxa"/>
              <w:left w:w="90" w:type="dxa"/>
              <w:bottom w:w="60" w:type="dxa"/>
              <w:right w:w="90" w:type="dxa"/>
            </w:tcMar>
          </w:tcPr>
          <w:p w14:paraId="46FB0C58" w14:textId="77777777" w:rsidR="00F008E3" w:rsidRDefault="00000000">
            <w:pPr>
              <w:spacing w:after="0" w:line="252" w:lineRule="auto"/>
            </w:pPr>
            <w:r>
              <w:rPr>
                <w:rFonts w:ascii="Calibri" w:hAnsi="Calibri"/>
                <w:b/>
                <w:color w:val="FFFFFF"/>
                <w:sz w:val="17"/>
              </w:rPr>
              <w:t>Ebene</w:t>
            </w:r>
          </w:p>
        </w:tc>
        <w:tc>
          <w:tcPr>
            <w:tcW w:w="3100" w:type="dxa"/>
            <w:shd w:val="clear" w:color="auto" w:fill="0F3D2A"/>
            <w:tcMar>
              <w:top w:w="60" w:type="dxa"/>
              <w:left w:w="90" w:type="dxa"/>
              <w:bottom w:w="60" w:type="dxa"/>
              <w:right w:w="90" w:type="dxa"/>
            </w:tcMar>
          </w:tcPr>
          <w:p w14:paraId="281574A5" w14:textId="77777777" w:rsidR="00F008E3" w:rsidRDefault="00000000">
            <w:pPr>
              <w:spacing w:after="0" w:line="252" w:lineRule="auto"/>
            </w:pPr>
            <w:r>
              <w:rPr>
                <w:rFonts w:ascii="Calibri" w:hAnsi="Calibri"/>
                <w:b/>
                <w:color w:val="FFFFFF"/>
                <w:sz w:val="17"/>
              </w:rPr>
              <w:t>Was es heißt</w:t>
            </w:r>
          </w:p>
        </w:tc>
        <w:tc>
          <w:tcPr>
            <w:tcW w:w="4226" w:type="dxa"/>
            <w:shd w:val="clear" w:color="auto" w:fill="0F3D2A"/>
            <w:tcMar>
              <w:top w:w="60" w:type="dxa"/>
              <w:left w:w="90" w:type="dxa"/>
              <w:bottom w:w="60" w:type="dxa"/>
              <w:right w:w="90" w:type="dxa"/>
            </w:tcMar>
          </w:tcPr>
          <w:p w14:paraId="5A28AE43" w14:textId="77777777" w:rsidR="00F008E3" w:rsidRDefault="00000000">
            <w:pPr>
              <w:spacing w:after="0" w:line="252" w:lineRule="auto"/>
            </w:pPr>
            <w:r>
              <w:rPr>
                <w:rFonts w:ascii="Calibri" w:hAnsi="Calibri"/>
                <w:b/>
                <w:color w:val="FFFFFF"/>
                <w:sz w:val="17"/>
              </w:rPr>
              <w:t>Beispiel</w:t>
            </w:r>
          </w:p>
        </w:tc>
      </w:tr>
      <w:tr w:rsidR="00F008E3" w:rsidRPr="00675D78" w14:paraId="5C756345" w14:textId="77777777">
        <w:trPr>
          <w:cantSplit/>
        </w:trPr>
        <w:tc>
          <w:tcPr>
            <w:tcW w:w="1700" w:type="dxa"/>
            <w:tcMar>
              <w:top w:w="60" w:type="dxa"/>
              <w:left w:w="90" w:type="dxa"/>
              <w:bottom w:w="60" w:type="dxa"/>
              <w:right w:w="90" w:type="dxa"/>
            </w:tcMar>
          </w:tcPr>
          <w:p w14:paraId="00C4F8CC" w14:textId="77777777" w:rsidR="00F008E3" w:rsidRDefault="00000000">
            <w:pPr>
              <w:spacing w:after="0" w:line="264" w:lineRule="auto"/>
            </w:pPr>
            <w:r>
              <w:rPr>
                <w:b/>
                <w:sz w:val="18"/>
              </w:rPr>
              <w:t>Zählt nicht</w:t>
            </w:r>
          </w:p>
        </w:tc>
        <w:tc>
          <w:tcPr>
            <w:tcW w:w="3100" w:type="dxa"/>
            <w:tcMar>
              <w:top w:w="60" w:type="dxa"/>
              <w:left w:w="90" w:type="dxa"/>
              <w:bottom w:w="60" w:type="dxa"/>
              <w:right w:w="90" w:type="dxa"/>
            </w:tcMar>
          </w:tcPr>
          <w:p w14:paraId="1F8948C2" w14:textId="77777777" w:rsidR="00F008E3" w:rsidRDefault="00000000">
            <w:pPr>
              <w:spacing w:after="0" w:line="264" w:lineRule="auto"/>
            </w:pPr>
            <w:r w:rsidRPr="00675D78">
              <w:rPr>
                <w:sz w:val="18"/>
                <w:lang w:val="de-DE"/>
              </w:rPr>
              <w:t xml:space="preserve">Aussagen über Anstrengung. Persönlicher Einsatz ist kein Maß für Bemühen. </w:t>
            </w:r>
            <w:r>
              <w:rPr>
                <w:sz w:val="18"/>
              </w:rPr>
              <w:t xml:space="preserve">Auch </w:t>
            </w:r>
            <w:proofErr w:type="spellStart"/>
            <w:r>
              <w:rPr>
                <w:sz w:val="18"/>
              </w:rPr>
              <w:t>eine</w:t>
            </w:r>
            <w:proofErr w:type="spellEnd"/>
            <w:r>
              <w:rPr>
                <w:sz w:val="18"/>
              </w:rPr>
              <w:t xml:space="preserve"> </w:t>
            </w:r>
            <w:proofErr w:type="spellStart"/>
            <w:r>
              <w:rPr>
                <w:sz w:val="18"/>
              </w:rPr>
              <w:t>Bestätigung</w:t>
            </w:r>
            <w:proofErr w:type="spellEnd"/>
            <w:r>
              <w:rPr>
                <w:sz w:val="18"/>
              </w:rPr>
              <w:t xml:space="preserve"> der Lehrkraft reicht nicht.</w:t>
            </w:r>
          </w:p>
        </w:tc>
        <w:tc>
          <w:tcPr>
            <w:tcW w:w="4226" w:type="dxa"/>
            <w:tcMar>
              <w:top w:w="60" w:type="dxa"/>
              <w:left w:w="90" w:type="dxa"/>
              <w:bottom w:w="60" w:type="dxa"/>
              <w:right w:w="90" w:type="dxa"/>
            </w:tcMar>
          </w:tcPr>
          <w:p w14:paraId="70B8F91D" w14:textId="77777777" w:rsidR="00F008E3" w:rsidRPr="00675D78" w:rsidRDefault="00000000">
            <w:pPr>
              <w:spacing w:after="40" w:line="264" w:lineRule="auto"/>
              <w:rPr>
                <w:lang w:val="de-DE"/>
              </w:rPr>
            </w:pPr>
            <w:r w:rsidRPr="00675D78">
              <w:rPr>
                <w:sz w:val="18"/>
                <w:lang w:val="de-DE"/>
              </w:rPr>
              <w:t>„Ich habe über zwanzig Stunden an dieser Arbeit gesessen.“</w:t>
            </w:r>
          </w:p>
          <w:p w14:paraId="0339D38C" w14:textId="77777777" w:rsidR="00F008E3" w:rsidRPr="00675D78" w:rsidRDefault="00000000">
            <w:pPr>
              <w:spacing w:after="0" w:line="264" w:lineRule="auto"/>
              <w:rPr>
                <w:lang w:val="de-DE"/>
              </w:rPr>
            </w:pPr>
            <w:r w:rsidRPr="00675D78">
              <w:rPr>
                <w:sz w:val="18"/>
                <w:lang w:val="de-DE"/>
              </w:rPr>
              <w:t>„Mein Lehrer kann bestätigen, dass ich mich sehr angestrengt habe.“</w:t>
            </w:r>
          </w:p>
        </w:tc>
      </w:tr>
      <w:tr w:rsidR="00F008E3" w:rsidRPr="00675D78" w14:paraId="05EBE879" w14:textId="77777777">
        <w:trPr>
          <w:cantSplit/>
        </w:trPr>
        <w:tc>
          <w:tcPr>
            <w:tcW w:w="1700" w:type="dxa"/>
            <w:shd w:val="clear" w:color="auto" w:fill="F1F4EC"/>
            <w:tcMar>
              <w:top w:w="60" w:type="dxa"/>
              <w:left w:w="90" w:type="dxa"/>
              <w:bottom w:w="60" w:type="dxa"/>
              <w:right w:w="90" w:type="dxa"/>
            </w:tcMar>
          </w:tcPr>
          <w:p w14:paraId="1E6E3DDD" w14:textId="77777777" w:rsidR="00F008E3" w:rsidRDefault="00000000">
            <w:pPr>
              <w:spacing w:after="40" w:line="264" w:lineRule="auto"/>
            </w:pPr>
            <w:r>
              <w:rPr>
                <w:b/>
                <w:sz w:val="18"/>
              </w:rPr>
              <w:t xml:space="preserve">Ein </w:t>
            </w:r>
            <w:proofErr w:type="spellStart"/>
            <w:r>
              <w:rPr>
                <w:b/>
                <w:sz w:val="18"/>
              </w:rPr>
              <w:t>gewisses</w:t>
            </w:r>
            <w:proofErr w:type="spellEnd"/>
            <w:r>
              <w:rPr>
                <w:b/>
                <w:sz w:val="18"/>
              </w:rPr>
              <w:t xml:space="preserve"> </w:t>
            </w:r>
            <w:proofErr w:type="spellStart"/>
            <w:r>
              <w:rPr>
                <w:b/>
                <w:sz w:val="18"/>
              </w:rPr>
              <w:t>Maß</w:t>
            </w:r>
            <w:proofErr w:type="spellEnd"/>
          </w:p>
          <w:p w14:paraId="06481211" w14:textId="77777777" w:rsidR="00F008E3" w:rsidRDefault="00000000">
            <w:pPr>
              <w:spacing w:after="0" w:line="264" w:lineRule="auto"/>
            </w:pPr>
            <w:r>
              <w:rPr>
                <w:b/>
                <w:sz w:val="18"/>
              </w:rPr>
              <w:t>(Ebene 1)</w:t>
            </w:r>
          </w:p>
        </w:tc>
        <w:tc>
          <w:tcPr>
            <w:tcW w:w="3100" w:type="dxa"/>
            <w:shd w:val="clear" w:color="auto" w:fill="F1F4EC"/>
            <w:tcMar>
              <w:top w:w="60" w:type="dxa"/>
              <w:left w:w="90" w:type="dxa"/>
              <w:bottom w:w="60" w:type="dxa"/>
              <w:right w:w="90" w:type="dxa"/>
            </w:tcMar>
          </w:tcPr>
          <w:p w14:paraId="15E9D44B" w14:textId="77777777" w:rsidR="00F008E3" w:rsidRPr="00675D78" w:rsidRDefault="00000000">
            <w:pPr>
              <w:spacing w:after="0" w:line="264" w:lineRule="auto"/>
              <w:rPr>
                <w:lang w:val="de-DE"/>
              </w:rPr>
            </w:pPr>
            <w:r w:rsidRPr="00675D78">
              <w:rPr>
                <w:sz w:val="18"/>
                <w:lang w:val="de-DE"/>
              </w:rPr>
              <w:t>Es gibt einen erkennbaren eigenen Bezug – aber er wirkt sich noch nicht auf die Mathematik aus.</w:t>
            </w:r>
          </w:p>
        </w:tc>
        <w:tc>
          <w:tcPr>
            <w:tcW w:w="4226" w:type="dxa"/>
            <w:shd w:val="clear" w:color="auto" w:fill="F1F4EC"/>
            <w:tcMar>
              <w:top w:w="60" w:type="dxa"/>
              <w:left w:w="90" w:type="dxa"/>
              <w:bottom w:w="60" w:type="dxa"/>
              <w:right w:w="90" w:type="dxa"/>
            </w:tcMar>
          </w:tcPr>
          <w:p w14:paraId="46820AFA" w14:textId="77777777" w:rsidR="00F008E3" w:rsidRPr="00675D78" w:rsidRDefault="00000000">
            <w:pPr>
              <w:spacing w:after="0" w:line="264" w:lineRule="auto"/>
              <w:rPr>
                <w:lang w:val="de-DE"/>
              </w:rPr>
            </w:pPr>
            <w:r w:rsidRPr="00675D78">
              <w:rPr>
                <w:sz w:val="18"/>
                <w:lang w:val="de-DE"/>
              </w:rPr>
              <w:t>„Ich habe dieses Thema gewählt, weil ich jeden Morgen mit diesem Bus fahre.“</w:t>
            </w:r>
          </w:p>
        </w:tc>
      </w:tr>
      <w:tr w:rsidR="00F008E3" w:rsidRPr="00675D78" w14:paraId="4FD0D59D" w14:textId="77777777">
        <w:trPr>
          <w:cantSplit/>
        </w:trPr>
        <w:tc>
          <w:tcPr>
            <w:tcW w:w="1700" w:type="dxa"/>
            <w:tcMar>
              <w:top w:w="60" w:type="dxa"/>
              <w:left w:w="90" w:type="dxa"/>
              <w:bottom w:w="60" w:type="dxa"/>
              <w:right w:w="90" w:type="dxa"/>
            </w:tcMar>
          </w:tcPr>
          <w:p w14:paraId="464220A8" w14:textId="77777777" w:rsidR="00F008E3" w:rsidRDefault="00000000">
            <w:pPr>
              <w:spacing w:after="40" w:line="264" w:lineRule="auto"/>
            </w:pPr>
            <w:proofErr w:type="spellStart"/>
            <w:r>
              <w:rPr>
                <w:b/>
                <w:sz w:val="18"/>
              </w:rPr>
              <w:t>Deutlich</w:t>
            </w:r>
            <w:proofErr w:type="spellEnd"/>
          </w:p>
          <w:p w14:paraId="71EB976F" w14:textId="77777777" w:rsidR="00F008E3" w:rsidRDefault="00000000">
            <w:pPr>
              <w:spacing w:after="0" w:line="264" w:lineRule="auto"/>
            </w:pPr>
            <w:r>
              <w:rPr>
                <w:b/>
                <w:sz w:val="18"/>
              </w:rPr>
              <w:t>(Ebene 2)</w:t>
            </w:r>
          </w:p>
        </w:tc>
        <w:tc>
          <w:tcPr>
            <w:tcW w:w="3100" w:type="dxa"/>
            <w:tcMar>
              <w:top w:w="60" w:type="dxa"/>
              <w:left w:w="90" w:type="dxa"/>
              <w:bottom w:w="60" w:type="dxa"/>
              <w:right w:w="90" w:type="dxa"/>
            </w:tcMar>
          </w:tcPr>
          <w:p w14:paraId="761D6552" w14:textId="77777777" w:rsidR="00F008E3" w:rsidRPr="00675D78" w:rsidRDefault="00000000">
            <w:pPr>
              <w:spacing w:after="0" w:line="264" w:lineRule="auto"/>
              <w:rPr>
                <w:lang w:val="de-DE"/>
              </w:rPr>
            </w:pPr>
            <w:r w:rsidRPr="00675D78">
              <w:rPr>
                <w:sz w:val="18"/>
                <w:lang w:val="de-DE"/>
              </w:rPr>
              <w:t>An einigen Stellen authentischer Einsatz. Er treibt die Arbeit voran, und der Leser versteht deine Absicht besser.</w:t>
            </w:r>
          </w:p>
        </w:tc>
        <w:tc>
          <w:tcPr>
            <w:tcW w:w="4226" w:type="dxa"/>
            <w:tcMar>
              <w:top w:w="60" w:type="dxa"/>
              <w:left w:w="90" w:type="dxa"/>
              <w:bottom w:w="60" w:type="dxa"/>
              <w:right w:w="90" w:type="dxa"/>
            </w:tcMar>
          </w:tcPr>
          <w:p w14:paraId="60C4FF7C" w14:textId="77777777" w:rsidR="00F008E3" w:rsidRPr="00675D78" w:rsidRDefault="00000000">
            <w:pPr>
              <w:spacing w:after="40" w:line="264" w:lineRule="auto"/>
              <w:rPr>
                <w:lang w:val="de-DE"/>
              </w:rPr>
            </w:pPr>
            <w:r w:rsidRPr="00675D78">
              <w:rPr>
                <w:sz w:val="18"/>
                <w:lang w:val="de-DE"/>
              </w:rPr>
              <w:t>„Ich habe meine Laufgeschwindigkeit fünfmal selbst gestoppt, statt einen Durchschnittswert aus dem Internet zu übernehmen.“</w:t>
            </w:r>
          </w:p>
          <w:p w14:paraId="008A2C44" w14:textId="77777777" w:rsidR="00F008E3" w:rsidRPr="00675D78" w:rsidRDefault="00000000">
            <w:pPr>
              <w:spacing w:after="0" w:line="264" w:lineRule="auto"/>
              <w:rPr>
                <w:lang w:val="de-DE"/>
              </w:rPr>
            </w:pPr>
            <w:r w:rsidRPr="00675D78">
              <w:rPr>
                <w:sz w:val="18"/>
                <w:lang w:val="de-DE"/>
              </w:rPr>
              <w:t xml:space="preserve">„Den </w:t>
            </w:r>
            <w:proofErr w:type="spellStart"/>
            <w:r w:rsidRPr="00675D78">
              <w:rPr>
                <w:sz w:val="18"/>
                <w:lang w:val="de-DE"/>
              </w:rPr>
              <w:t>Randfall</w:t>
            </w:r>
            <w:proofErr w:type="spellEnd"/>
            <w:r w:rsidRPr="00675D78">
              <w:rPr>
                <w:sz w:val="18"/>
                <w:lang w:val="de-DE"/>
              </w:rPr>
              <w:t xml:space="preserve"> habe ich zuerst von Hand durchgerechnet, um zu sehen, ob meine Formel plausibel ist.“</w:t>
            </w:r>
          </w:p>
        </w:tc>
      </w:tr>
      <w:tr w:rsidR="00F008E3" w14:paraId="78F72E6A" w14:textId="77777777">
        <w:trPr>
          <w:cantSplit/>
        </w:trPr>
        <w:tc>
          <w:tcPr>
            <w:tcW w:w="1700" w:type="dxa"/>
            <w:shd w:val="clear" w:color="auto" w:fill="F1F4EC"/>
            <w:tcMar>
              <w:top w:w="60" w:type="dxa"/>
              <w:left w:w="90" w:type="dxa"/>
              <w:bottom w:w="60" w:type="dxa"/>
              <w:right w:w="90" w:type="dxa"/>
            </w:tcMar>
          </w:tcPr>
          <w:p w14:paraId="199FC89F" w14:textId="77777777" w:rsidR="00F008E3" w:rsidRDefault="00000000">
            <w:pPr>
              <w:spacing w:after="40" w:line="264" w:lineRule="auto"/>
            </w:pPr>
            <w:proofErr w:type="spellStart"/>
            <w:r>
              <w:rPr>
                <w:b/>
                <w:sz w:val="18"/>
              </w:rPr>
              <w:t>Herausragend</w:t>
            </w:r>
            <w:proofErr w:type="spellEnd"/>
          </w:p>
          <w:p w14:paraId="21E03FE0" w14:textId="77777777" w:rsidR="00F008E3" w:rsidRDefault="00000000">
            <w:pPr>
              <w:spacing w:after="0" w:line="264" w:lineRule="auto"/>
            </w:pPr>
            <w:r>
              <w:rPr>
                <w:b/>
                <w:sz w:val="18"/>
              </w:rPr>
              <w:t>(Ebene 3)</w:t>
            </w:r>
          </w:p>
        </w:tc>
        <w:tc>
          <w:tcPr>
            <w:tcW w:w="3100" w:type="dxa"/>
            <w:shd w:val="clear" w:color="auto" w:fill="F1F4EC"/>
            <w:tcMar>
              <w:top w:w="60" w:type="dxa"/>
              <w:left w:w="90" w:type="dxa"/>
              <w:bottom w:w="60" w:type="dxa"/>
              <w:right w:w="90" w:type="dxa"/>
            </w:tcMar>
          </w:tcPr>
          <w:p w14:paraId="32FF2C1F" w14:textId="77777777" w:rsidR="00F008E3" w:rsidRPr="00675D78" w:rsidRDefault="00000000">
            <w:pPr>
              <w:spacing w:after="0" w:line="264" w:lineRule="auto"/>
              <w:rPr>
                <w:lang w:val="de-DE"/>
              </w:rPr>
            </w:pPr>
            <w:r w:rsidRPr="00675D78">
              <w:rPr>
                <w:sz w:val="18"/>
                <w:lang w:val="de-DE"/>
              </w:rPr>
              <w:t>An vielen Stellen, in hoher Qualität. Die Arbeit wird dadurch kreativ vorangetrieben; es entsteht der Eindruck eines umfassenden Verständnisses.</w:t>
            </w:r>
          </w:p>
        </w:tc>
        <w:tc>
          <w:tcPr>
            <w:tcW w:w="4226" w:type="dxa"/>
            <w:shd w:val="clear" w:color="auto" w:fill="F1F4EC"/>
            <w:tcMar>
              <w:top w:w="60" w:type="dxa"/>
              <w:left w:w="90" w:type="dxa"/>
              <w:bottom w:w="60" w:type="dxa"/>
              <w:right w:w="90" w:type="dxa"/>
            </w:tcMar>
          </w:tcPr>
          <w:p w14:paraId="024C8080" w14:textId="77777777" w:rsidR="00F008E3" w:rsidRPr="00675D78" w:rsidRDefault="00000000">
            <w:pPr>
              <w:spacing w:after="40" w:line="264" w:lineRule="auto"/>
              <w:rPr>
                <w:lang w:val="de-DE"/>
              </w:rPr>
            </w:pPr>
            <w:r w:rsidRPr="00675D78">
              <w:rPr>
                <w:sz w:val="18"/>
                <w:lang w:val="de-DE"/>
              </w:rPr>
              <w:t>„Als ich die Bedingung für das Minimum aufgeschrieben hatte, kam sie mir bekannt vor. Ich habe sie so lange umgeformt, bis das Brechungsgesetz darin sichtbar wurde.“</w:t>
            </w:r>
          </w:p>
          <w:p w14:paraId="4BEA5CCE" w14:textId="77777777" w:rsidR="00F008E3" w:rsidRDefault="00000000">
            <w:pPr>
              <w:spacing w:after="0" w:line="264" w:lineRule="auto"/>
            </w:pPr>
            <w:r w:rsidRPr="00675D78">
              <w:rPr>
                <w:sz w:val="18"/>
                <w:lang w:val="de-DE"/>
              </w:rPr>
              <w:t xml:space="preserve">„Vor der Rechnung habe ich getippt, dass der direkte Weg über die Wiese der schnellste ist. </w:t>
            </w:r>
            <w:r>
              <w:rPr>
                <w:sz w:val="18"/>
              </w:rPr>
              <w:t xml:space="preserve">Er war der </w:t>
            </w:r>
            <w:proofErr w:type="spellStart"/>
            <w:r>
              <w:rPr>
                <w:sz w:val="18"/>
              </w:rPr>
              <w:t>langsamste</w:t>
            </w:r>
            <w:proofErr w:type="spellEnd"/>
            <w:r>
              <w:rPr>
                <w:sz w:val="18"/>
              </w:rPr>
              <w:t xml:space="preserve"> von dreien.“</w:t>
            </w:r>
          </w:p>
        </w:tc>
      </w:tr>
    </w:tbl>
    <w:p w14:paraId="3DBC98B6" w14:textId="77777777" w:rsidR="00F008E3" w:rsidRDefault="00F008E3"/>
    <w:p w14:paraId="7EBDBFB1" w14:textId="71B6BC17" w:rsidR="00675D78" w:rsidRPr="00675D78" w:rsidRDefault="00000000">
      <w:pPr>
        <w:pStyle w:val="KPKlein"/>
        <w:rPr>
          <w:lang w:val="de-DE"/>
        </w:rPr>
      </w:pPr>
      <w:r w:rsidRPr="00675D78">
        <w:rPr>
          <w:lang w:val="de-DE"/>
        </w:rPr>
        <w:t>Ausführungen im Schulbuchstil oder die Reproduktion leicht verfügbarer Mathematik ohne eigene Sichtweise erreichen wahrscheinlich kein hohes Niveau.</w:t>
      </w:r>
    </w:p>
    <w:p w14:paraId="52289557" w14:textId="77777777" w:rsidR="00675D78" w:rsidRPr="00675D78" w:rsidRDefault="00675D78">
      <w:pPr>
        <w:pStyle w:val="KPKlein"/>
        <w:rPr>
          <w:lang w:val="de-DE"/>
        </w:rPr>
      </w:pPr>
    </w:p>
    <w:p w14:paraId="71B01192" w14:textId="77777777" w:rsidR="00675D78" w:rsidRPr="00675D78" w:rsidRDefault="00675D78">
      <w:pPr>
        <w:pStyle w:val="KPKlein"/>
        <w:rPr>
          <w:lang w:val="de-DE"/>
        </w:rPr>
      </w:pPr>
    </w:p>
    <w:p w14:paraId="101DD2DD" w14:textId="77777777" w:rsidR="00675D78" w:rsidRPr="00675D78" w:rsidRDefault="00675D78">
      <w:pPr>
        <w:pStyle w:val="KPKlein"/>
        <w:rPr>
          <w:lang w:val="de-DE"/>
        </w:rPr>
      </w:pPr>
    </w:p>
    <w:p w14:paraId="0973B1A6" w14:textId="77777777" w:rsidR="00F008E3" w:rsidRDefault="00000000">
      <w:pPr>
        <w:pStyle w:val="KPAbschnitt"/>
      </w:pPr>
      <w:r>
        <w:rPr>
          <w:color w:val="8FB840"/>
        </w:rPr>
        <w:lastRenderedPageBreak/>
        <w:t xml:space="preserve">0–3 </w:t>
      </w:r>
      <w:proofErr w:type="spellStart"/>
      <w:r>
        <w:rPr>
          <w:color w:val="8FB840"/>
        </w:rPr>
        <w:t>Punkte</w:t>
      </w:r>
      <w:proofErr w:type="spellEnd"/>
      <w:r>
        <w:rPr>
          <w:color w:val="8FB840"/>
        </w:rPr>
        <w:t xml:space="preserve">   </w:t>
      </w:r>
      <w:proofErr w:type="spellStart"/>
      <w:r>
        <w:t>Kriterium</w:t>
      </w:r>
      <w:proofErr w:type="spellEnd"/>
      <w:r>
        <w:t xml:space="preserve"> D: Reflexion</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900"/>
        <w:gridCol w:w="8126"/>
      </w:tblGrid>
      <w:tr w:rsidR="00F008E3" w14:paraId="0D6FD4DF" w14:textId="77777777">
        <w:trPr>
          <w:cantSplit/>
          <w:tblHeader/>
        </w:trPr>
        <w:tc>
          <w:tcPr>
            <w:tcW w:w="900" w:type="dxa"/>
            <w:shd w:val="clear" w:color="auto" w:fill="0F3D2A"/>
            <w:tcMar>
              <w:top w:w="60" w:type="dxa"/>
              <w:left w:w="90" w:type="dxa"/>
              <w:bottom w:w="60" w:type="dxa"/>
              <w:right w:w="90" w:type="dxa"/>
            </w:tcMar>
          </w:tcPr>
          <w:p w14:paraId="3672D10C" w14:textId="77777777" w:rsidR="00F008E3" w:rsidRDefault="00000000">
            <w:pPr>
              <w:spacing w:after="0" w:line="252" w:lineRule="auto"/>
            </w:pPr>
            <w:r>
              <w:rPr>
                <w:rFonts w:ascii="Calibri" w:hAnsi="Calibri"/>
                <w:b/>
                <w:color w:val="FFFFFF"/>
                <w:sz w:val="17"/>
              </w:rPr>
              <w:t>Ebene</w:t>
            </w:r>
          </w:p>
        </w:tc>
        <w:tc>
          <w:tcPr>
            <w:tcW w:w="8126" w:type="dxa"/>
            <w:shd w:val="clear" w:color="auto" w:fill="0F3D2A"/>
            <w:tcMar>
              <w:top w:w="60" w:type="dxa"/>
              <w:left w:w="90" w:type="dxa"/>
              <w:bottom w:w="60" w:type="dxa"/>
              <w:right w:w="90" w:type="dxa"/>
            </w:tcMar>
          </w:tcPr>
          <w:p w14:paraId="6DCA857C" w14:textId="77777777" w:rsidR="00F008E3" w:rsidRDefault="00000000">
            <w:pPr>
              <w:spacing w:after="0" w:line="252" w:lineRule="auto"/>
            </w:pPr>
            <w:r>
              <w:rPr>
                <w:rFonts w:ascii="Calibri" w:hAnsi="Calibri"/>
                <w:b/>
                <w:color w:val="FFFFFF"/>
                <w:sz w:val="17"/>
              </w:rPr>
              <w:t>Leistungshorizont</w:t>
            </w:r>
          </w:p>
        </w:tc>
      </w:tr>
      <w:tr w:rsidR="00F008E3" w:rsidRPr="00675D78" w14:paraId="3D1C75B3" w14:textId="77777777">
        <w:trPr>
          <w:cantSplit/>
        </w:trPr>
        <w:tc>
          <w:tcPr>
            <w:tcW w:w="900" w:type="dxa"/>
            <w:tcMar>
              <w:top w:w="60" w:type="dxa"/>
              <w:left w:w="90" w:type="dxa"/>
              <w:bottom w:w="60" w:type="dxa"/>
              <w:right w:w="90" w:type="dxa"/>
            </w:tcMar>
          </w:tcPr>
          <w:p w14:paraId="16461501" w14:textId="77777777" w:rsidR="00F008E3" w:rsidRDefault="00000000">
            <w:pPr>
              <w:spacing w:after="0" w:line="264" w:lineRule="auto"/>
            </w:pPr>
            <w:r>
              <w:rPr>
                <w:sz w:val="19"/>
              </w:rPr>
              <w:t>1</w:t>
            </w:r>
          </w:p>
        </w:tc>
        <w:tc>
          <w:tcPr>
            <w:tcW w:w="8126" w:type="dxa"/>
            <w:tcMar>
              <w:top w:w="60" w:type="dxa"/>
              <w:left w:w="90" w:type="dxa"/>
              <w:bottom w:w="60" w:type="dxa"/>
              <w:right w:w="90" w:type="dxa"/>
            </w:tcMar>
          </w:tcPr>
          <w:p w14:paraId="19A07E5D" w14:textId="77777777" w:rsidR="00F008E3" w:rsidRPr="00675D78" w:rsidRDefault="00000000">
            <w:pPr>
              <w:spacing w:after="0" w:line="264" w:lineRule="auto"/>
              <w:rPr>
                <w:lang w:val="de-DE"/>
              </w:rPr>
            </w:pPr>
            <w:r w:rsidRPr="00675D78">
              <w:rPr>
                <w:sz w:val="19"/>
                <w:lang w:val="de-DE"/>
              </w:rPr>
              <w:t>Es gibt Belege für eine eingeschränkte Reflexion.</w:t>
            </w:r>
          </w:p>
        </w:tc>
      </w:tr>
      <w:tr w:rsidR="00F008E3" w:rsidRPr="00675D78" w14:paraId="43ACA391" w14:textId="77777777">
        <w:trPr>
          <w:cantSplit/>
        </w:trPr>
        <w:tc>
          <w:tcPr>
            <w:tcW w:w="900" w:type="dxa"/>
            <w:shd w:val="clear" w:color="auto" w:fill="F1F4EC"/>
            <w:tcMar>
              <w:top w:w="60" w:type="dxa"/>
              <w:left w:w="90" w:type="dxa"/>
              <w:bottom w:w="60" w:type="dxa"/>
              <w:right w:w="90" w:type="dxa"/>
            </w:tcMar>
          </w:tcPr>
          <w:p w14:paraId="07DC2B8C" w14:textId="77777777" w:rsidR="00F008E3" w:rsidRDefault="00000000">
            <w:pPr>
              <w:spacing w:after="0" w:line="264" w:lineRule="auto"/>
            </w:pPr>
            <w:r>
              <w:rPr>
                <w:sz w:val="19"/>
              </w:rPr>
              <w:t>2</w:t>
            </w:r>
          </w:p>
        </w:tc>
        <w:tc>
          <w:tcPr>
            <w:tcW w:w="8126" w:type="dxa"/>
            <w:shd w:val="clear" w:color="auto" w:fill="F1F4EC"/>
            <w:tcMar>
              <w:top w:w="60" w:type="dxa"/>
              <w:left w:w="90" w:type="dxa"/>
              <w:bottom w:w="60" w:type="dxa"/>
              <w:right w:w="90" w:type="dxa"/>
            </w:tcMar>
          </w:tcPr>
          <w:p w14:paraId="247F5355" w14:textId="77777777" w:rsidR="00F008E3" w:rsidRPr="00675D78" w:rsidRDefault="00000000">
            <w:pPr>
              <w:spacing w:after="0" w:line="264" w:lineRule="auto"/>
              <w:rPr>
                <w:lang w:val="de-DE"/>
              </w:rPr>
            </w:pPr>
            <w:r w:rsidRPr="00675D78">
              <w:rPr>
                <w:sz w:val="19"/>
                <w:lang w:val="de-DE"/>
              </w:rPr>
              <w:t>Es gibt Belege für eine sinnvolle Reflexion.</w:t>
            </w:r>
          </w:p>
        </w:tc>
      </w:tr>
      <w:tr w:rsidR="00F008E3" w:rsidRPr="00675D78" w14:paraId="1C63596E" w14:textId="77777777">
        <w:trPr>
          <w:cantSplit/>
        </w:trPr>
        <w:tc>
          <w:tcPr>
            <w:tcW w:w="900" w:type="dxa"/>
            <w:tcMar>
              <w:top w:w="60" w:type="dxa"/>
              <w:left w:w="90" w:type="dxa"/>
              <w:bottom w:w="60" w:type="dxa"/>
              <w:right w:w="90" w:type="dxa"/>
            </w:tcMar>
          </w:tcPr>
          <w:p w14:paraId="510BDAA6" w14:textId="77777777" w:rsidR="00F008E3" w:rsidRDefault="00000000">
            <w:pPr>
              <w:spacing w:after="0" w:line="264" w:lineRule="auto"/>
            </w:pPr>
            <w:r>
              <w:rPr>
                <w:sz w:val="19"/>
              </w:rPr>
              <w:t>3</w:t>
            </w:r>
          </w:p>
        </w:tc>
        <w:tc>
          <w:tcPr>
            <w:tcW w:w="8126" w:type="dxa"/>
            <w:tcMar>
              <w:top w:w="60" w:type="dxa"/>
              <w:left w:w="90" w:type="dxa"/>
              <w:bottom w:w="60" w:type="dxa"/>
              <w:right w:w="90" w:type="dxa"/>
            </w:tcMar>
          </w:tcPr>
          <w:p w14:paraId="4ECFFE80" w14:textId="77777777" w:rsidR="00F008E3" w:rsidRPr="00675D78" w:rsidRDefault="00000000">
            <w:pPr>
              <w:spacing w:after="0" w:line="264" w:lineRule="auto"/>
              <w:rPr>
                <w:lang w:val="de-DE"/>
              </w:rPr>
            </w:pPr>
            <w:r w:rsidRPr="00675D78">
              <w:rPr>
                <w:sz w:val="19"/>
                <w:lang w:val="de-DE"/>
              </w:rPr>
              <w:t>Es gibt umfangreiche Belege für eine kritische Reflexion.</w:t>
            </w:r>
          </w:p>
        </w:tc>
      </w:tr>
    </w:tbl>
    <w:p w14:paraId="2A6A9E24" w14:textId="77777777" w:rsidR="00F008E3" w:rsidRPr="00675D78" w:rsidRDefault="00F008E3">
      <w:pPr>
        <w:rPr>
          <w:lang w:val="de-DE"/>
        </w:rPr>
      </w:pPr>
    </w:p>
    <w:p w14:paraId="57418200" w14:textId="77777777" w:rsidR="00F008E3" w:rsidRPr="00675D78" w:rsidRDefault="00000000">
      <w:pPr>
        <w:pStyle w:val="KPUnterpunkt"/>
        <w:rPr>
          <w:lang w:val="de-DE"/>
        </w:rPr>
      </w:pPr>
      <w:r w:rsidRPr="00675D78">
        <w:rPr>
          <w:lang w:val="de-DE"/>
        </w:rPr>
        <w:t>Was die Wörter bedeuten</w:t>
      </w:r>
    </w:p>
    <w:p w14:paraId="07251950" w14:textId="77777777" w:rsidR="00F008E3" w:rsidRPr="00675D78" w:rsidRDefault="00000000">
      <w:pPr>
        <w:pStyle w:val="KPKlein"/>
        <w:rPr>
          <w:lang w:val="de-DE"/>
        </w:rPr>
      </w:pPr>
      <w:r w:rsidRPr="00675D78">
        <w:rPr>
          <w:lang w:val="de-DE"/>
        </w:rPr>
        <w:t>Alle Beispiele stammen aus derselben gedachten Arbeit: Eine Vase wird als Rotationskörper modelliert und ihr Volumen berechnet.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700"/>
        <w:gridCol w:w="3100"/>
        <w:gridCol w:w="4226"/>
      </w:tblGrid>
      <w:tr w:rsidR="00F008E3" w14:paraId="52D26C29" w14:textId="77777777">
        <w:trPr>
          <w:cantSplit/>
          <w:tblHeader/>
        </w:trPr>
        <w:tc>
          <w:tcPr>
            <w:tcW w:w="1700" w:type="dxa"/>
            <w:shd w:val="clear" w:color="auto" w:fill="0F3D2A"/>
            <w:tcMar>
              <w:top w:w="60" w:type="dxa"/>
              <w:left w:w="90" w:type="dxa"/>
              <w:bottom w:w="60" w:type="dxa"/>
              <w:right w:w="90" w:type="dxa"/>
            </w:tcMar>
          </w:tcPr>
          <w:p w14:paraId="3548C756" w14:textId="77777777" w:rsidR="00F008E3" w:rsidRDefault="00000000">
            <w:pPr>
              <w:spacing w:after="0" w:line="252" w:lineRule="auto"/>
            </w:pPr>
            <w:r>
              <w:rPr>
                <w:rFonts w:ascii="Calibri" w:hAnsi="Calibri"/>
                <w:b/>
                <w:color w:val="FFFFFF"/>
                <w:sz w:val="17"/>
              </w:rPr>
              <w:t>Ebene</w:t>
            </w:r>
          </w:p>
        </w:tc>
        <w:tc>
          <w:tcPr>
            <w:tcW w:w="3100" w:type="dxa"/>
            <w:shd w:val="clear" w:color="auto" w:fill="0F3D2A"/>
            <w:tcMar>
              <w:top w:w="60" w:type="dxa"/>
              <w:left w:w="90" w:type="dxa"/>
              <w:bottom w:w="60" w:type="dxa"/>
              <w:right w:w="90" w:type="dxa"/>
            </w:tcMar>
          </w:tcPr>
          <w:p w14:paraId="44140DB3" w14:textId="77777777" w:rsidR="00F008E3" w:rsidRDefault="00000000">
            <w:pPr>
              <w:spacing w:after="0" w:line="252" w:lineRule="auto"/>
            </w:pPr>
            <w:r>
              <w:rPr>
                <w:rFonts w:ascii="Calibri" w:hAnsi="Calibri"/>
                <w:b/>
                <w:color w:val="FFFFFF"/>
                <w:sz w:val="17"/>
              </w:rPr>
              <w:t>Was es heißt</w:t>
            </w:r>
          </w:p>
        </w:tc>
        <w:tc>
          <w:tcPr>
            <w:tcW w:w="4226" w:type="dxa"/>
            <w:shd w:val="clear" w:color="auto" w:fill="0F3D2A"/>
            <w:tcMar>
              <w:top w:w="60" w:type="dxa"/>
              <w:left w:w="90" w:type="dxa"/>
              <w:bottom w:w="60" w:type="dxa"/>
              <w:right w:w="90" w:type="dxa"/>
            </w:tcMar>
          </w:tcPr>
          <w:p w14:paraId="505E759A" w14:textId="77777777" w:rsidR="00F008E3" w:rsidRDefault="00000000">
            <w:pPr>
              <w:spacing w:after="0" w:line="252" w:lineRule="auto"/>
            </w:pPr>
            <w:r>
              <w:rPr>
                <w:rFonts w:ascii="Calibri" w:hAnsi="Calibri"/>
                <w:b/>
                <w:color w:val="FFFFFF"/>
                <w:sz w:val="17"/>
              </w:rPr>
              <w:t>Beispiel</w:t>
            </w:r>
          </w:p>
        </w:tc>
      </w:tr>
      <w:tr w:rsidR="00F008E3" w:rsidRPr="00675D78" w14:paraId="16562DE2" w14:textId="77777777">
        <w:trPr>
          <w:cantSplit/>
        </w:trPr>
        <w:tc>
          <w:tcPr>
            <w:tcW w:w="1700" w:type="dxa"/>
            <w:tcMar>
              <w:top w:w="60" w:type="dxa"/>
              <w:left w:w="90" w:type="dxa"/>
              <w:bottom w:w="60" w:type="dxa"/>
              <w:right w:w="90" w:type="dxa"/>
            </w:tcMar>
          </w:tcPr>
          <w:p w14:paraId="6D8C4B37" w14:textId="77777777" w:rsidR="00F008E3" w:rsidRDefault="00000000">
            <w:pPr>
              <w:spacing w:after="0" w:line="264" w:lineRule="auto"/>
            </w:pPr>
            <w:r>
              <w:rPr>
                <w:b/>
                <w:sz w:val="18"/>
              </w:rPr>
              <w:t>Zählt nicht</w:t>
            </w:r>
          </w:p>
        </w:tc>
        <w:tc>
          <w:tcPr>
            <w:tcW w:w="3100" w:type="dxa"/>
            <w:tcMar>
              <w:top w:w="60" w:type="dxa"/>
              <w:left w:w="90" w:type="dxa"/>
              <w:bottom w:w="60" w:type="dxa"/>
              <w:right w:w="90" w:type="dxa"/>
            </w:tcMar>
          </w:tcPr>
          <w:p w14:paraId="3A2E7385" w14:textId="77777777" w:rsidR="00F008E3" w:rsidRPr="00675D78" w:rsidRDefault="00000000">
            <w:pPr>
              <w:spacing w:after="0" w:line="264" w:lineRule="auto"/>
              <w:rPr>
                <w:lang w:val="de-DE"/>
              </w:rPr>
            </w:pPr>
            <w:r w:rsidRPr="00675D78">
              <w:rPr>
                <w:sz w:val="18"/>
                <w:lang w:val="de-DE"/>
              </w:rPr>
              <w:t>Aussagen über das Erlebnis statt über die Sache.</w:t>
            </w:r>
          </w:p>
        </w:tc>
        <w:tc>
          <w:tcPr>
            <w:tcW w:w="4226" w:type="dxa"/>
            <w:tcMar>
              <w:top w:w="60" w:type="dxa"/>
              <w:left w:w="90" w:type="dxa"/>
              <w:bottom w:w="60" w:type="dxa"/>
              <w:right w:w="90" w:type="dxa"/>
            </w:tcMar>
          </w:tcPr>
          <w:p w14:paraId="2312766E" w14:textId="77777777" w:rsidR="00F008E3" w:rsidRPr="00675D78" w:rsidRDefault="00000000">
            <w:pPr>
              <w:spacing w:after="0" w:line="264" w:lineRule="auto"/>
              <w:rPr>
                <w:lang w:val="de-DE"/>
              </w:rPr>
            </w:pPr>
            <w:r w:rsidRPr="00675D78">
              <w:rPr>
                <w:sz w:val="18"/>
                <w:lang w:val="de-DE"/>
              </w:rPr>
              <w:t>„Die Arbeit hat mir Spaß gemacht und war eine gute Erfahrung.“</w:t>
            </w:r>
          </w:p>
        </w:tc>
      </w:tr>
      <w:tr w:rsidR="00F008E3" w:rsidRPr="00675D78" w14:paraId="476E487A" w14:textId="77777777">
        <w:trPr>
          <w:cantSplit/>
        </w:trPr>
        <w:tc>
          <w:tcPr>
            <w:tcW w:w="1700" w:type="dxa"/>
            <w:shd w:val="clear" w:color="auto" w:fill="F1F4EC"/>
            <w:tcMar>
              <w:top w:w="60" w:type="dxa"/>
              <w:left w:w="90" w:type="dxa"/>
              <w:bottom w:w="60" w:type="dxa"/>
              <w:right w:w="90" w:type="dxa"/>
            </w:tcMar>
          </w:tcPr>
          <w:p w14:paraId="032AFB5E" w14:textId="77777777" w:rsidR="00F008E3" w:rsidRDefault="00000000">
            <w:pPr>
              <w:spacing w:after="40" w:line="264" w:lineRule="auto"/>
            </w:pPr>
            <w:proofErr w:type="spellStart"/>
            <w:r>
              <w:rPr>
                <w:b/>
                <w:sz w:val="18"/>
              </w:rPr>
              <w:t>Eingeschränkt</w:t>
            </w:r>
            <w:proofErr w:type="spellEnd"/>
          </w:p>
          <w:p w14:paraId="22F9E478" w14:textId="77777777" w:rsidR="00F008E3" w:rsidRDefault="00000000">
            <w:pPr>
              <w:spacing w:after="0" w:line="264" w:lineRule="auto"/>
            </w:pPr>
            <w:r>
              <w:rPr>
                <w:b/>
                <w:sz w:val="18"/>
              </w:rPr>
              <w:t>(Ebene 1)</w:t>
            </w:r>
          </w:p>
        </w:tc>
        <w:tc>
          <w:tcPr>
            <w:tcW w:w="3100" w:type="dxa"/>
            <w:shd w:val="clear" w:color="auto" w:fill="F1F4EC"/>
            <w:tcMar>
              <w:top w:w="60" w:type="dxa"/>
              <w:left w:w="90" w:type="dxa"/>
              <w:bottom w:w="60" w:type="dxa"/>
              <w:right w:w="90" w:type="dxa"/>
            </w:tcMar>
          </w:tcPr>
          <w:p w14:paraId="67BEA696" w14:textId="77777777" w:rsidR="00F008E3" w:rsidRPr="00675D78" w:rsidRDefault="00000000">
            <w:pPr>
              <w:spacing w:after="0" w:line="264" w:lineRule="auto"/>
              <w:rPr>
                <w:lang w:val="de-DE"/>
              </w:rPr>
            </w:pPr>
            <w:r w:rsidRPr="00675D78">
              <w:rPr>
                <w:sz w:val="18"/>
                <w:lang w:val="de-DE"/>
              </w:rPr>
              <w:t>Eine bloße Beschreibung von Ergebnissen.</w:t>
            </w:r>
          </w:p>
        </w:tc>
        <w:tc>
          <w:tcPr>
            <w:tcW w:w="4226" w:type="dxa"/>
            <w:shd w:val="clear" w:color="auto" w:fill="F1F4EC"/>
            <w:tcMar>
              <w:top w:w="60" w:type="dxa"/>
              <w:left w:w="90" w:type="dxa"/>
              <w:bottom w:w="60" w:type="dxa"/>
              <w:right w:w="90" w:type="dxa"/>
            </w:tcMar>
          </w:tcPr>
          <w:p w14:paraId="1809B4EB" w14:textId="77777777" w:rsidR="00F008E3" w:rsidRPr="00675D78" w:rsidRDefault="00000000">
            <w:pPr>
              <w:spacing w:after="0" w:line="264" w:lineRule="auto"/>
              <w:rPr>
                <w:lang w:val="de-DE"/>
              </w:rPr>
            </w:pPr>
            <w:r w:rsidRPr="00675D78">
              <w:rPr>
                <w:sz w:val="18"/>
                <w:lang w:val="de-DE"/>
              </w:rPr>
              <w:t>„Das Volumen meiner Vase beträgt 1,84 Liter.“</w:t>
            </w:r>
          </w:p>
        </w:tc>
      </w:tr>
      <w:tr w:rsidR="00F008E3" w:rsidRPr="00675D78" w14:paraId="26EC18DB" w14:textId="77777777">
        <w:trPr>
          <w:cantSplit/>
        </w:trPr>
        <w:tc>
          <w:tcPr>
            <w:tcW w:w="1700" w:type="dxa"/>
            <w:tcMar>
              <w:top w:w="60" w:type="dxa"/>
              <w:left w:w="90" w:type="dxa"/>
              <w:bottom w:w="60" w:type="dxa"/>
              <w:right w:w="90" w:type="dxa"/>
            </w:tcMar>
          </w:tcPr>
          <w:p w14:paraId="6CDF577F" w14:textId="77777777" w:rsidR="00F008E3" w:rsidRDefault="00000000">
            <w:pPr>
              <w:spacing w:after="40" w:line="264" w:lineRule="auto"/>
            </w:pPr>
            <w:proofErr w:type="spellStart"/>
            <w:r>
              <w:rPr>
                <w:b/>
                <w:sz w:val="18"/>
              </w:rPr>
              <w:t>Sinnvoll</w:t>
            </w:r>
            <w:proofErr w:type="spellEnd"/>
          </w:p>
          <w:p w14:paraId="4F2C818C" w14:textId="77777777" w:rsidR="00F008E3" w:rsidRDefault="00000000">
            <w:pPr>
              <w:spacing w:after="0" w:line="264" w:lineRule="auto"/>
            </w:pPr>
            <w:r>
              <w:rPr>
                <w:b/>
                <w:sz w:val="18"/>
              </w:rPr>
              <w:t>(Ebene 2)</w:t>
            </w:r>
          </w:p>
        </w:tc>
        <w:tc>
          <w:tcPr>
            <w:tcW w:w="3100" w:type="dxa"/>
            <w:tcMar>
              <w:top w:w="60" w:type="dxa"/>
              <w:left w:w="90" w:type="dxa"/>
              <w:bottom w:w="60" w:type="dxa"/>
              <w:right w:w="90" w:type="dxa"/>
            </w:tcMar>
          </w:tcPr>
          <w:p w14:paraId="7972AC9A" w14:textId="77777777" w:rsidR="00F008E3" w:rsidRPr="00675D78" w:rsidRDefault="00000000">
            <w:pPr>
              <w:spacing w:after="0" w:line="264" w:lineRule="auto"/>
              <w:rPr>
                <w:lang w:val="de-DE"/>
              </w:rPr>
            </w:pPr>
            <w:r w:rsidRPr="00675D78">
              <w:rPr>
                <w:sz w:val="18"/>
                <w:lang w:val="de-DE"/>
              </w:rPr>
              <w:t>Verknüpfungen zu den Zielen der Arbeit schaffen, das Gelernte kommentieren, eine Einschränkung diskutieren, verschiedene Herangehensweisen vergleichen.</w:t>
            </w:r>
          </w:p>
        </w:tc>
        <w:tc>
          <w:tcPr>
            <w:tcW w:w="4226" w:type="dxa"/>
            <w:tcMar>
              <w:top w:w="60" w:type="dxa"/>
              <w:left w:w="90" w:type="dxa"/>
              <w:bottom w:w="60" w:type="dxa"/>
              <w:right w:w="90" w:type="dxa"/>
            </w:tcMar>
          </w:tcPr>
          <w:p w14:paraId="3F547A7E" w14:textId="77777777" w:rsidR="00F008E3" w:rsidRPr="00675D78" w:rsidRDefault="00000000">
            <w:pPr>
              <w:spacing w:after="0" w:line="264" w:lineRule="auto"/>
              <w:rPr>
                <w:lang w:val="de-DE"/>
              </w:rPr>
            </w:pPr>
            <w:r w:rsidRPr="00675D78">
              <w:rPr>
                <w:sz w:val="18"/>
                <w:lang w:val="de-DE"/>
              </w:rPr>
              <w:t>„Mein berechnetes Volumen liegt sechs Prozent über dem, was beim Ausmessen mit Wasser herauskam. Das liegt daran, dass ich die Wandstärke im Modell nicht berücksichtigt habe.“</w:t>
            </w:r>
          </w:p>
        </w:tc>
      </w:tr>
      <w:tr w:rsidR="00F008E3" w:rsidRPr="00675D78" w14:paraId="49851AD2" w14:textId="77777777">
        <w:trPr>
          <w:cantSplit/>
        </w:trPr>
        <w:tc>
          <w:tcPr>
            <w:tcW w:w="1700" w:type="dxa"/>
            <w:shd w:val="clear" w:color="auto" w:fill="F1F4EC"/>
            <w:tcMar>
              <w:top w:w="60" w:type="dxa"/>
              <w:left w:w="90" w:type="dxa"/>
              <w:bottom w:w="60" w:type="dxa"/>
              <w:right w:w="90" w:type="dxa"/>
            </w:tcMar>
          </w:tcPr>
          <w:p w14:paraId="4A823E4F" w14:textId="77777777" w:rsidR="00F008E3" w:rsidRDefault="00000000">
            <w:pPr>
              <w:spacing w:after="40" w:line="264" w:lineRule="auto"/>
            </w:pPr>
            <w:proofErr w:type="spellStart"/>
            <w:r>
              <w:rPr>
                <w:b/>
                <w:sz w:val="18"/>
              </w:rPr>
              <w:t>Kritisch</w:t>
            </w:r>
            <w:proofErr w:type="spellEnd"/>
          </w:p>
          <w:p w14:paraId="019D31BF" w14:textId="77777777" w:rsidR="00F008E3" w:rsidRDefault="00000000">
            <w:pPr>
              <w:spacing w:after="0" w:line="264" w:lineRule="auto"/>
            </w:pPr>
            <w:r>
              <w:rPr>
                <w:b/>
                <w:sz w:val="18"/>
              </w:rPr>
              <w:t>(Ebene 3)</w:t>
            </w:r>
          </w:p>
        </w:tc>
        <w:tc>
          <w:tcPr>
            <w:tcW w:w="3100" w:type="dxa"/>
            <w:shd w:val="clear" w:color="auto" w:fill="F1F4EC"/>
            <w:tcMar>
              <w:top w:w="60" w:type="dxa"/>
              <w:left w:w="90" w:type="dxa"/>
              <w:bottom w:w="60" w:type="dxa"/>
              <w:right w:w="90" w:type="dxa"/>
            </w:tcMar>
          </w:tcPr>
          <w:p w14:paraId="068A2616" w14:textId="77777777" w:rsidR="00F008E3" w:rsidRPr="00675D78" w:rsidRDefault="00000000">
            <w:pPr>
              <w:spacing w:after="0" w:line="264" w:lineRule="auto"/>
              <w:rPr>
                <w:lang w:val="de-DE"/>
              </w:rPr>
            </w:pPr>
            <w:r w:rsidRPr="00675D78">
              <w:rPr>
                <w:sz w:val="18"/>
                <w:lang w:val="de-DE"/>
              </w:rPr>
              <w:t>Wesentlich, ausschlaggebend oder besonders einsichtsvoll: Überlegungen zu den nächsten Schritten, Implikationen der Ergebnisse, Stärken und Schwächen verschiedener Zugänge, verschiedene Perspektiven.</w:t>
            </w:r>
          </w:p>
        </w:tc>
        <w:tc>
          <w:tcPr>
            <w:tcW w:w="4226" w:type="dxa"/>
            <w:shd w:val="clear" w:color="auto" w:fill="F1F4EC"/>
            <w:tcMar>
              <w:top w:w="60" w:type="dxa"/>
              <w:left w:w="90" w:type="dxa"/>
              <w:bottom w:w="60" w:type="dxa"/>
              <w:right w:w="90" w:type="dxa"/>
            </w:tcMar>
          </w:tcPr>
          <w:p w14:paraId="7CE3C839" w14:textId="77777777" w:rsidR="00F008E3" w:rsidRPr="00675D78" w:rsidRDefault="00000000">
            <w:pPr>
              <w:spacing w:after="0" w:line="264" w:lineRule="auto"/>
              <w:rPr>
                <w:lang w:val="de-DE"/>
              </w:rPr>
            </w:pPr>
            <w:r w:rsidRPr="00675D78">
              <w:rPr>
                <w:sz w:val="18"/>
                <w:lang w:val="de-DE"/>
              </w:rPr>
              <w:t>„Sechs Prozent sind zu viel für einen Messfehler. Rechnet man die Wandstärke von 4 mm heraus, bleiben 0,8 Prozent – falsch war also meine Annahme, nicht meine Messung. Für eine dünnwandige Vase wäre das erste Modell brauchbar gewesen.“</w:t>
            </w:r>
          </w:p>
        </w:tc>
      </w:tr>
      <w:tr w:rsidR="00F008E3" w14:paraId="55D64CF7" w14:textId="77777777">
        <w:trPr>
          <w:cantSplit/>
        </w:trPr>
        <w:tc>
          <w:tcPr>
            <w:tcW w:w="1700" w:type="dxa"/>
            <w:tcMar>
              <w:top w:w="60" w:type="dxa"/>
              <w:left w:w="90" w:type="dxa"/>
              <w:bottom w:w="60" w:type="dxa"/>
              <w:right w:w="90" w:type="dxa"/>
            </w:tcMar>
          </w:tcPr>
          <w:p w14:paraId="1262BFEF" w14:textId="77777777" w:rsidR="00F008E3" w:rsidRDefault="00000000">
            <w:pPr>
              <w:spacing w:after="0" w:line="264" w:lineRule="auto"/>
            </w:pPr>
            <w:proofErr w:type="spellStart"/>
            <w:r>
              <w:rPr>
                <w:b/>
                <w:sz w:val="18"/>
              </w:rPr>
              <w:t>Umfangreiche</w:t>
            </w:r>
            <w:proofErr w:type="spellEnd"/>
            <w:r>
              <w:rPr>
                <w:b/>
                <w:sz w:val="18"/>
              </w:rPr>
              <w:t xml:space="preserve"> </w:t>
            </w:r>
            <w:proofErr w:type="spellStart"/>
            <w:r>
              <w:rPr>
                <w:b/>
                <w:sz w:val="18"/>
              </w:rPr>
              <w:t>Belege</w:t>
            </w:r>
            <w:proofErr w:type="spellEnd"/>
          </w:p>
        </w:tc>
        <w:tc>
          <w:tcPr>
            <w:tcW w:w="3100" w:type="dxa"/>
            <w:tcMar>
              <w:top w:w="60" w:type="dxa"/>
              <w:left w:w="90" w:type="dxa"/>
              <w:bottom w:w="60" w:type="dxa"/>
              <w:right w:w="90" w:type="dxa"/>
            </w:tcMar>
          </w:tcPr>
          <w:p w14:paraId="7169FEE6" w14:textId="77777777" w:rsidR="00F008E3" w:rsidRPr="00675D78" w:rsidRDefault="00000000">
            <w:pPr>
              <w:spacing w:after="0" w:line="264" w:lineRule="auto"/>
              <w:rPr>
                <w:lang w:val="de-DE"/>
              </w:rPr>
            </w:pPr>
            <w:r w:rsidRPr="00675D78">
              <w:rPr>
                <w:sz w:val="18"/>
                <w:lang w:val="de-DE"/>
              </w:rPr>
              <w:t>Die kritische Reflexion zieht sich durch die ganze Arbeit. Steht sie nur am Ende, muss sie von hoher Qualität sein und zeigen, wie sie die Arbeit vorangebracht hat.</w:t>
            </w:r>
          </w:p>
        </w:tc>
        <w:tc>
          <w:tcPr>
            <w:tcW w:w="4226" w:type="dxa"/>
            <w:tcMar>
              <w:top w:w="60" w:type="dxa"/>
              <w:left w:w="90" w:type="dxa"/>
              <w:bottom w:w="60" w:type="dxa"/>
              <w:right w:w="90" w:type="dxa"/>
            </w:tcMar>
          </w:tcPr>
          <w:p w14:paraId="0A64BDE9" w14:textId="77777777" w:rsidR="00F008E3" w:rsidRDefault="00000000">
            <w:pPr>
              <w:spacing w:after="0" w:line="264" w:lineRule="auto"/>
            </w:pPr>
            <w:r w:rsidRPr="00675D78">
              <w:rPr>
                <w:sz w:val="18"/>
                <w:lang w:val="de-DE"/>
              </w:rPr>
              <w:t xml:space="preserve">Mitten in der Arbeit, nicht erst im Fazit: „An dieser Stelle musste ich mich zwischen einer Parabel und einer </w:t>
            </w:r>
            <w:proofErr w:type="spellStart"/>
            <w:r w:rsidRPr="00675D78">
              <w:rPr>
                <w:sz w:val="18"/>
                <w:lang w:val="de-DE"/>
              </w:rPr>
              <w:t>Kosinusfunktion</w:t>
            </w:r>
            <w:proofErr w:type="spellEnd"/>
            <w:r w:rsidRPr="00675D78">
              <w:rPr>
                <w:sz w:val="18"/>
                <w:lang w:val="de-DE"/>
              </w:rPr>
              <w:t xml:space="preserve"> als Umriss entscheiden. Ich habe beide durchgerechnet und die Parabel genommen, weil ihre Stammfunktion ohne Substitution auskommt. </w:t>
            </w:r>
            <w:proofErr w:type="spellStart"/>
            <w:r>
              <w:rPr>
                <w:sz w:val="18"/>
              </w:rPr>
              <w:t>Diese</w:t>
            </w:r>
            <w:proofErr w:type="spellEnd"/>
            <w:r>
              <w:rPr>
                <w:sz w:val="18"/>
              </w:rPr>
              <w:t xml:space="preserve"> </w:t>
            </w:r>
            <w:proofErr w:type="spellStart"/>
            <w:r>
              <w:rPr>
                <w:sz w:val="18"/>
              </w:rPr>
              <w:t>Entscheidung</w:t>
            </w:r>
            <w:proofErr w:type="spellEnd"/>
            <w:r>
              <w:rPr>
                <w:sz w:val="18"/>
              </w:rPr>
              <w:t xml:space="preserve"> </w:t>
            </w:r>
            <w:proofErr w:type="spellStart"/>
            <w:r>
              <w:rPr>
                <w:sz w:val="18"/>
              </w:rPr>
              <w:t>bestimmt</w:t>
            </w:r>
            <w:proofErr w:type="spellEnd"/>
            <w:r>
              <w:rPr>
                <w:sz w:val="18"/>
              </w:rPr>
              <w:t xml:space="preserve"> die ganze zweite Hälfte der Arbeit.“</w:t>
            </w:r>
          </w:p>
        </w:tc>
      </w:tr>
    </w:tbl>
    <w:p w14:paraId="195377D9" w14:textId="77777777" w:rsidR="00F008E3" w:rsidRDefault="00F008E3"/>
    <w:p w14:paraId="32298AB0" w14:textId="77777777" w:rsidR="00F008E3" w:rsidRDefault="00000000">
      <w:r>
        <w:br w:type="page"/>
      </w:r>
    </w:p>
    <w:p w14:paraId="7EBA4705" w14:textId="77777777" w:rsidR="00F008E3" w:rsidRPr="00675D78" w:rsidRDefault="00000000">
      <w:pPr>
        <w:pStyle w:val="KPAbschnitt"/>
        <w:rPr>
          <w:lang w:val="de-DE"/>
        </w:rPr>
      </w:pPr>
      <w:r w:rsidRPr="00675D78">
        <w:rPr>
          <w:color w:val="8FB840"/>
          <w:lang w:val="de-DE"/>
        </w:rPr>
        <w:lastRenderedPageBreak/>
        <w:t xml:space="preserve">0–6 </w:t>
      </w:r>
      <w:proofErr w:type="gramStart"/>
      <w:r w:rsidRPr="00675D78">
        <w:rPr>
          <w:color w:val="8FB840"/>
          <w:lang w:val="de-DE"/>
        </w:rPr>
        <w:t>Punkte  ·</w:t>
      </w:r>
      <w:proofErr w:type="gramEnd"/>
      <w:r w:rsidRPr="00675D78">
        <w:rPr>
          <w:color w:val="8FB840"/>
          <w:lang w:val="de-DE"/>
        </w:rPr>
        <w:t xml:space="preserve">  Hier unterscheiden sich die beiden Kurse   </w:t>
      </w:r>
      <w:r w:rsidRPr="00675D78">
        <w:rPr>
          <w:lang w:val="de-DE"/>
        </w:rPr>
        <w:t>Kriterium E: Nutzung der Mathematik</w:t>
      </w:r>
    </w:p>
    <w:p w14:paraId="4B4376CA" w14:textId="77777777" w:rsidR="00F008E3" w:rsidRDefault="00000000">
      <w:pPr>
        <w:pStyle w:val="KPUnterpunkt"/>
      </w:pPr>
      <w:r>
        <w:t>Standard Level</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900"/>
        <w:gridCol w:w="8126"/>
      </w:tblGrid>
      <w:tr w:rsidR="00F008E3" w14:paraId="5803ADD7" w14:textId="77777777">
        <w:trPr>
          <w:cantSplit/>
          <w:tblHeader/>
        </w:trPr>
        <w:tc>
          <w:tcPr>
            <w:tcW w:w="900" w:type="dxa"/>
            <w:shd w:val="clear" w:color="auto" w:fill="0F3D2A"/>
            <w:tcMar>
              <w:top w:w="60" w:type="dxa"/>
              <w:left w:w="90" w:type="dxa"/>
              <w:bottom w:w="60" w:type="dxa"/>
              <w:right w:w="90" w:type="dxa"/>
            </w:tcMar>
          </w:tcPr>
          <w:p w14:paraId="7630F37A" w14:textId="77777777" w:rsidR="00F008E3" w:rsidRDefault="00000000">
            <w:pPr>
              <w:spacing w:after="0" w:line="252" w:lineRule="auto"/>
            </w:pPr>
            <w:r>
              <w:rPr>
                <w:rFonts w:ascii="Calibri" w:hAnsi="Calibri"/>
                <w:b/>
                <w:color w:val="FFFFFF"/>
                <w:sz w:val="17"/>
              </w:rPr>
              <w:t>Ebene</w:t>
            </w:r>
          </w:p>
        </w:tc>
        <w:tc>
          <w:tcPr>
            <w:tcW w:w="8126" w:type="dxa"/>
            <w:shd w:val="clear" w:color="auto" w:fill="0F3D2A"/>
            <w:tcMar>
              <w:top w:w="60" w:type="dxa"/>
              <w:left w:w="90" w:type="dxa"/>
              <w:bottom w:w="60" w:type="dxa"/>
              <w:right w:w="90" w:type="dxa"/>
            </w:tcMar>
          </w:tcPr>
          <w:p w14:paraId="4EF99631" w14:textId="77777777" w:rsidR="00F008E3" w:rsidRDefault="00000000">
            <w:pPr>
              <w:spacing w:after="0" w:line="252" w:lineRule="auto"/>
            </w:pPr>
            <w:r>
              <w:rPr>
                <w:rFonts w:ascii="Calibri" w:hAnsi="Calibri"/>
                <w:b/>
                <w:color w:val="FFFFFF"/>
                <w:sz w:val="17"/>
              </w:rPr>
              <w:t>Leistungshorizont</w:t>
            </w:r>
          </w:p>
        </w:tc>
      </w:tr>
      <w:tr w:rsidR="00F008E3" w:rsidRPr="00675D78" w14:paraId="147C44F1" w14:textId="77777777">
        <w:trPr>
          <w:cantSplit/>
        </w:trPr>
        <w:tc>
          <w:tcPr>
            <w:tcW w:w="900" w:type="dxa"/>
            <w:tcMar>
              <w:top w:w="60" w:type="dxa"/>
              <w:left w:w="90" w:type="dxa"/>
              <w:bottom w:w="60" w:type="dxa"/>
              <w:right w:w="90" w:type="dxa"/>
            </w:tcMar>
          </w:tcPr>
          <w:p w14:paraId="2030FB5B" w14:textId="77777777" w:rsidR="00F008E3" w:rsidRDefault="00000000">
            <w:pPr>
              <w:spacing w:after="0" w:line="264" w:lineRule="auto"/>
            </w:pPr>
            <w:r>
              <w:rPr>
                <w:sz w:val="19"/>
              </w:rPr>
              <w:t>1</w:t>
            </w:r>
          </w:p>
        </w:tc>
        <w:tc>
          <w:tcPr>
            <w:tcW w:w="8126" w:type="dxa"/>
            <w:tcMar>
              <w:top w:w="60" w:type="dxa"/>
              <w:left w:w="90" w:type="dxa"/>
              <w:bottom w:w="60" w:type="dxa"/>
              <w:right w:w="90" w:type="dxa"/>
            </w:tcMar>
          </w:tcPr>
          <w:p w14:paraId="12279B44" w14:textId="77777777" w:rsidR="00F008E3" w:rsidRPr="00675D78" w:rsidRDefault="00000000">
            <w:pPr>
              <w:spacing w:after="0" w:line="264" w:lineRule="auto"/>
              <w:rPr>
                <w:lang w:val="de-DE"/>
              </w:rPr>
            </w:pPr>
            <w:r w:rsidRPr="00675D78">
              <w:rPr>
                <w:sz w:val="19"/>
                <w:lang w:val="de-DE"/>
              </w:rPr>
              <w:t>Es wird wenig relevante Mathematik benutzt.</w:t>
            </w:r>
          </w:p>
        </w:tc>
      </w:tr>
      <w:tr w:rsidR="00F008E3" w:rsidRPr="00675D78" w14:paraId="29266B8E" w14:textId="77777777">
        <w:trPr>
          <w:cantSplit/>
        </w:trPr>
        <w:tc>
          <w:tcPr>
            <w:tcW w:w="900" w:type="dxa"/>
            <w:shd w:val="clear" w:color="auto" w:fill="F1F4EC"/>
            <w:tcMar>
              <w:top w:w="60" w:type="dxa"/>
              <w:left w:w="90" w:type="dxa"/>
              <w:bottom w:w="60" w:type="dxa"/>
              <w:right w:w="90" w:type="dxa"/>
            </w:tcMar>
          </w:tcPr>
          <w:p w14:paraId="7E6D7EBB" w14:textId="77777777" w:rsidR="00F008E3" w:rsidRDefault="00000000">
            <w:pPr>
              <w:spacing w:after="0" w:line="264" w:lineRule="auto"/>
            </w:pPr>
            <w:r>
              <w:rPr>
                <w:sz w:val="19"/>
              </w:rPr>
              <w:t>2</w:t>
            </w:r>
          </w:p>
        </w:tc>
        <w:tc>
          <w:tcPr>
            <w:tcW w:w="8126" w:type="dxa"/>
            <w:shd w:val="clear" w:color="auto" w:fill="F1F4EC"/>
            <w:tcMar>
              <w:top w:w="60" w:type="dxa"/>
              <w:left w:w="90" w:type="dxa"/>
              <w:bottom w:w="60" w:type="dxa"/>
              <w:right w:w="90" w:type="dxa"/>
            </w:tcMar>
          </w:tcPr>
          <w:p w14:paraId="49A3BA14" w14:textId="77777777" w:rsidR="00F008E3" w:rsidRPr="00675D78" w:rsidRDefault="00000000">
            <w:pPr>
              <w:spacing w:after="0" w:line="264" w:lineRule="auto"/>
              <w:rPr>
                <w:lang w:val="de-DE"/>
              </w:rPr>
            </w:pPr>
            <w:r w:rsidRPr="00675D78">
              <w:rPr>
                <w:sz w:val="19"/>
                <w:lang w:val="de-DE"/>
              </w:rPr>
              <w:t>Es wird wenig relevante Mathematik benutzt. Ein begrenztes Verständnis wird demonstriert.</w:t>
            </w:r>
          </w:p>
        </w:tc>
      </w:tr>
      <w:tr w:rsidR="00F008E3" w14:paraId="46A54C58" w14:textId="77777777">
        <w:trPr>
          <w:cantSplit/>
        </w:trPr>
        <w:tc>
          <w:tcPr>
            <w:tcW w:w="900" w:type="dxa"/>
            <w:tcMar>
              <w:top w:w="60" w:type="dxa"/>
              <w:left w:w="90" w:type="dxa"/>
              <w:bottom w:w="60" w:type="dxa"/>
              <w:right w:w="90" w:type="dxa"/>
            </w:tcMar>
          </w:tcPr>
          <w:p w14:paraId="41F8FBB4" w14:textId="77777777" w:rsidR="00F008E3" w:rsidRDefault="00000000">
            <w:pPr>
              <w:spacing w:after="0" w:line="264" w:lineRule="auto"/>
            </w:pPr>
            <w:r>
              <w:rPr>
                <w:sz w:val="19"/>
              </w:rPr>
              <w:t>3</w:t>
            </w:r>
          </w:p>
        </w:tc>
        <w:tc>
          <w:tcPr>
            <w:tcW w:w="8126" w:type="dxa"/>
            <w:tcMar>
              <w:top w:w="60" w:type="dxa"/>
              <w:left w:w="90" w:type="dxa"/>
              <w:bottom w:w="60" w:type="dxa"/>
              <w:right w:w="90" w:type="dxa"/>
            </w:tcMar>
          </w:tcPr>
          <w:p w14:paraId="07DD0F6C" w14:textId="77777777" w:rsidR="00F008E3" w:rsidRDefault="00000000">
            <w:pPr>
              <w:spacing w:after="0" w:line="264" w:lineRule="auto"/>
            </w:pPr>
            <w:r w:rsidRPr="00675D78">
              <w:rPr>
                <w:sz w:val="19"/>
                <w:lang w:val="de-DE"/>
              </w:rPr>
              <w:t xml:space="preserve">Es wird relevante Mathematik passend zum Niveau des Kurses benutzt. </w:t>
            </w:r>
            <w:r>
              <w:rPr>
                <w:sz w:val="19"/>
              </w:rPr>
              <w:t xml:space="preserve">Ein </w:t>
            </w:r>
            <w:proofErr w:type="spellStart"/>
            <w:r>
              <w:rPr>
                <w:sz w:val="19"/>
              </w:rPr>
              <w:t>begrenztes</w:t>
            </w:r>
            <w:proofErr w:type="spellEnd"/>
            <w:r>
              <w:rPr>
                <w:sz w:val="19"/>
              </w:rPr>
              <w:t xml:space="preserve"> </w:t>
            </w:r>
            <w:proofErr w:type="spellStart"/>
            <w:r>
              <w:rPr>
                <w:sz w:val="19"/>
              </w:rPr>
              <w:t>Verständnis</w:t>
            </w:r>
            <w:proofErr w:type="spellEnd"/>
            <w:r>
              <w:rPr>
                <w:sz w:val="19"/>
              </w:rPr>
              <w:t xml:space="preserve"> </w:t>
            </w:r>
            <w:proofErr w:type="spellStart"/>
            <w:r>
              <w:rPr>
                <w:sz w:val="19"/>
              </w:rPr>
              <w:t>wird</w:t>
            </w:r>
            <w:proofErr w:type="spellEnd"/>
            <w:r>
              <w:rPr>
                <w:sz w:val="19"/>
              </w:rPr>
              <w:t xml:space="preserve"> demonstriert.</w:t>
            </w:r>
          </w:p>
        </w:tc>
      </w:tr>
      <w:tr w:rsidR="00F008E3" w:rsidRPr="00675D78" w14:paraId="731CEECE" w14:textId="77777777">
        <w:trPr>
          <w:cantSplit/>
        </w:trPr>
        <w:tc>
          <w:tcPr>
            <w:tcW w:w="900" w:type="dxa"/>
            <w:shd w:val="clear" w:color="auto" w:fill="F1F4EC"/>
            <w:tcMar>
              <w:top w:w="60" w:type="dxa"/>
              <w:left w:w="90" w:type="dxa"/>
              <w:bottom w:w="60" w:type="dxa"/>
              <w:right w:w="90" w:type="dxa"/>
            </w:tcMar>
          </w:tcPr>
          <w:p w14:paraId="4E6EA8F4" w14:textId="77777777" w:rsidR="00F008E3" w:rsidRDefault="00000000">
            <w:pPr>
              <w:spacing w:after="0" w:line="264" w:lineRule="auto"/>
            </w:pPr>
            <w:r>
              <w:rPr>
                <w:sz w:val="19"/>
              </w:rPr>
              <w:t>4</w:t>
            </w:r>
          </w:p>
        </w:tc>
        <w:tc>
          <w:tcPr>
            <w:tcW w:w="8126" w:type="dxa"/>
            <w:shd w:val="clear" w:color="auto" w:fill="F1F4EC"/>
            <w:tcMar>
              <w:top w:w="60" w:type="dxa"/>
              <w:left w:w="90" w:type="dxa"/>
              <w:bottom w:w="60" w:type="dxa"/>
              <w:right w:w="90" w:type="dxa"/>
            </w:tcMar>
          </w:tcPr>
          <w:p w14:paraId="06548271" w14:textId="77777777" w:rsidR="00F008E3" w:rsidRPr="00675D78" w:rsidRDefault="00000000">
            <w:pPr>
              <w:spacing w:after="0" w:line="264" w:lineRule="auto"/>
              <w:rPr>
                <w:lang w:val="de-DE"/>
              </w:rPr>
            </w:pPr>
            <w:r w:rsidRPr="00675D78">
              <w:rPr>
                <w:sz w:val="19"/>
                <w:lang w:val="de-DE"/>
              </w:rPr>
              <w:t xml:space="preserve">Es wird relevante Mathematik passend zum Niveau des Kurses benutzt. Die Mathematik der Erkundungsarbeit ist teilweise korrekt. Etwas Wissen und Verständnis werden </w:t>
            </w:r>
            <w:proofErr w:type="gramStart"/>
            <w:r w:rsidRPr="00675D78">
              <w:rPr>
                <w:sz w:val="19"/>
                <w:lang w:val="de-DE"/>
              </w:rPr>
              <w:t>demonstriert</w:t>
            </w:r>
            <w:proofErr w:type="gramEnd"/>
            <w:r w:rsidRPr="00675D78">
              <w:rPr>
                <w:sz w:val="19"/>
                <w:lang w:val="de-DE"/>
              </w:rPr>
              <w:t>.</w:t>
            </w:r>
          </w:p>
        </w:tc>
      </w:tr>
      <w:tr w:rsidR="00F008E3" w:rsidRPr="00675D78" w14:paraId="5E0873B6" w14:textId="77777777">
        <w:trPr>
          <w:cantSplit/>
        </w:trPr>
        <w:tc>
          <w:tcPr>
            <w:tcW w:w="900" w:type="dxa"/>
            <w:tcMar>
              <w:top w:w="60" w:type="dxa"/>
              <w:left w:w="90" w:type="dxa"/>
              <w:bottom w:w="60" w:type="dxa"/>
              <w:right w:w="90" w:type="dxa"/>
            </w:tcMar>
          </w:tcPr>
          <w:p w14:paraId="38025929" w14:textId="77777777" w:rsidR="00F008E3" w:rsidRDefault="00000000">
            <w:pPr>
              <w:spacing w:after="0" w:line="264" w:lineRule="auto"/>
            </w:pPr>
            <w:r>
              <w:rPr>
                <w:sz w:val="19"/>
              </w:rPr>
              <w:t>5</w:t>
            </w:r>
          </w:p>
        </w:tc>
        <w:tc>
          <w:tcPr>
            <w:tcW w:w="8126" w:type="dxa"/>
            <w:tcMar>
              <w:top w:w="60" w:type="dxa"/>
              <w:left w:w="90" w:type="dxa"/>
              <w:bottom w:w="60" w:type="dxa"/>
              <w:right w:w="90" w:type="dxa"/>
            </w:tcMar>
          </w:tcPr>
          <w:p w14:paraId="4D234B31" w14:textId="77777777" w:rsidR="00F008E3" w:rsidRPr="00675D78" w:rsidRDefault="00000000">
            <w:pPr>
              <w:spacing w:after="0" w:line="264" w:lineRule="auto"/>
              <w:rPr>
                <w:lang w:val="de-DE"/>
              </w:rPr>
            </w:pPr>
            <w:r w:rsidRPr="00675D78">
              <w:rPr>
                <w:sz w:val="19"/>
                <w:lang w:val="de-DE"/>
              </w:rPr>
              <w:t>Es wird relevante Mathematik passend zum Niveau des Kurses benutzt. Die Mathematik der Erkundungsarbeit ist meist korrekt. Gutes Wissen und Verständnis werden demonstriert.</w:t>
            </w:r>
          </w:p>
        </w:tc>
      </w:tr>
      <w:tr w:rsidR="00F008E3" w:rsidRPr="00675D78" w14:paraId="52BC671E" w14:textId="77777777">
        <w:trPr>
          <w:cantSplit/>
        </w:trPr>
        <w:tc>
          <w:tcPr>
            <w:tcW w:w="900" w:type="dxa"/>
            <w:shd w:val="clear" w:color="auto" w:fill="F1F4EC"/>
            <w:tcMar>
              <w:top w:w="60" w:type="dxa"/>
              <w:left w:w="90" w:type="dxa"/>
              <w:bottom w:w="60" w:type="dxa"/>
              <w:right w:w="90" w:type="dxa"/>
            </w:tcMar>
          </w:tcPr>
          <w:p w14:paraId="054BEFF4" w14:textId="77777777" w:rsidR="00F008E3" w:rsidRDefault="00000000">
            <w:pPr>
              <w:spacing w:after="0" w:line="264" w:lineRule="auto"/>
            </w:pPr>
            <w:r>
              <w:rPr>
                <w:sz w:val="19"/>
              </w:rPr>
              <w:t>6</w:t>
            </w:r>
          </w:p>
        </w:tc>
        <w:tc>
          <w:tcPr>
            <w:tcW w:w="8126" w:type="dxa"/>
            <w:shd w:val="clear" w:color="auto" w:fill="F1F4EC"/>
            <w:tcMar>
              <w:top w:w="60" w:type="dxa"/>
              <w:left w:w="90" w:type="dxa"/>
              <w:bottom w:w="60" w:type="dxa"/>
              <w:right w:w="90" w:type="dxa"/>
            </w:tcMar>
          </w:tcPr>
          <w:p w14:paraId="4D410728" w14:textId="77777777" w:rsidR="00F008E3" w:rsidRPr="00675D78" w:rsidRDefault="00000000">
            <w:pPr>
              <w:spacing w:after="0" w:line="264" w:lineRule="auto"/>
              <w:rPr>
                <w:lang w:val="de-DE"/>
              </w:rPr>
            </w:pPr>
            <w:r w:rsidRPr="00675D78">
              <w:rPr>
                <w:sz w:val="19"/>
                <w:lang w:val="de-DE"/>
              </w:rPr>
              <w:t>Es wird relevante Mathematik passend zum Niveau des Kurses benutzt. Die Mathematik der Erkundungsarbeit ist korrekt. Umfassendes Wissen und Verständnis werden demonstriert.</w:t>
            </w:r>
          </w:p>
        </w:tc>
      </w:tr>
    </w:tbl>
    <w:p w14:paraId="20CCBEB8" w14:textId="77777777" w:rsidR="00F008E3" w:rsidRPr="00675D78" w:rsidRDefault="00F008E3">
      <w:pPr>
        <w:rPr>
          <w:lang w:val="de-DE"/>
        </w:rPr>
      </w:pPr>
    </w:p>
    <w:p w14:paraId="69BD63FF" w14:textId="77777777" w:rsidR="00F008E3" w:rsidRDefault="00000000">
      <w:pPr>
        <w:pStyle w:val="KPUnterpunkt"/>
      </w:pPr>
      <w:r>
        <w:t>Higher Level</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900"/>
        <w:gridCol w:w="8126"/>
      </w:tblGrid>
      <w:tr w:rsidR="00F008E3" w14:paraId="1C48C947" w14:textId="77777777">
        <w:trPr>
          <w:cantSplit/>
          <w:tblHeader/>
        </w:trPr>
        <w:tc>
          <w:tcPr>
            <w:tcW w:w="900" w:type="dxa"/>
            <w:shd w:val="clear" w:color="auto" w:fill="0F3D2A"/>
            <w:tcMar>
              <w:top w:w="60" w:type="dxa"/>
              <w:left w:w="90" w:type="dxa"/>
              <w:bottom w:w="60" w:type="dxa"/>
              <w:right w:w="90" w:type="dxa"/>
            </w:tcMar>
          </w:tcPr>
          <w:p w14:paraId="21B20E99" w14:textId="77777777" w:rsidR="00F008E3" w:rsidRDefault="00000000">
            <w:pPr>
              <w:spacing w:after="0" w:line="252" w:lineRule="auto"/>
            </w:pPr>
            <w:r>
              <w:rPr>
                <w:rFonts w:ascii="Calibri" w:hAnsi="Calibri"/>
                <w:b/>
                <w:color w:val="FFFFFF"/>
                <w:sz w:val="17"/>
              </w:rPr>
              <w:t>Ebene</w:t>
            </w:r>
          </w:p>
        </w:tc>
        <w:tc>
          <w:tcPr>
            <w:tcW w:w="8126" w:type="dxa"/>
            <w:shd w:val="clear" w:color="auto" w:fill="0F3D2A"/>
            <w:tcMar>
              <w:top w:w="60" w:type="dxa"/>
              <w:left w:w="90" w:type="dxa"/>
              <w:bottom w:w="60" w:type="dxa"/>
              <w:right w:w="90" w:type="dxa"/>
            </w:tcMar>
          </w:tcPr>
          <w:p w14:paraId="46E6B8B5" w14:textId="77777777" w:rsidR="00F008E3" w:rsidRDefault="00000000">
            <w:pPr>
              <w:spacing w:after="0" w:line="252" w:lineRule="auto"/>
            </w:pPr>
            <w:r>
              <w:rPr>
                <w:rFonts w:ascii="Calibri" w:hAnsi="Calibri"/>
                <w:b/>
                <w:color w:val="FFFFFF"/>
                <w:sz w:val="17"/>
              </w:rPr>
              <w:t>Leistungshorizont</w:t>
            </w:r>
          </w:p>
        </w:tc>
      </w:tr>
      <w:tr w:rsidR="00F008E3" w:rsidRPr="00675D78" w14:paraId="39894D10" w14:textId="77777777">
        <w:trPr>
          <w:cantSplit/>
        </w:trPr>
        <w:tc>
          <w:tcPr>
            <w:tcW w:w="900" w:type="dxa"/>
            <w:tcMar>
              <w:top w:w="60" w:type="dxa"/>
              <w:left w:w="90" w:type="dxa"/>
              <w:bottom w:w="60" w:type="dxa"/>
              <w:right w:w="90" w:type="dxa"/>
            </w:tcMar>
          </w:tcPr>
          <w:p w14:paraId="2F5E743F" w14:textId="77777777" w:rsidR="00F008E3" w:rsidRDefault="00000000">
            <w:pPr>
              <w:spacing w:after="0" w:line="264" w:lineRule="auto"/>
            </w:pPr>
            <w:r>
              <w:rPr>
                <w:sz w:val="19"/>
              </w:rPr>
              <w:t>1</w:t>
            </w:r>
          </w:p>
        </w:tc>
        <w:tc>
          <w:tcPr>
            <w:tcW w:w="8126" w:type="dxa"/>
            <w:tcMar>
              <w:top w:w="60" w:type="dxa"/>
              <w:left w:w="90" w:type="dxa"/>
              <w:bottom w:w="60" w:type="dxa"/>
              <w:right w:w="90" w:type="dxa"/>
            </w:tcMar>
          </w:tcPr>
          <w:p w14:paraId="559E6B5A" w14:textId="77777777" w:rsidR="00F008E3" w:rsidRPr="00675D78" w:rsidRDefault="00000000">
            <w:pPr>
              <w:spacing w:after="0" w:line="264" w:lineRule="auto"/>
              <w:rPr>
                <w:lang w:val="de-DE"/>
              </w:rPr>
            </w:pPr>
            <w:r w:rsidRPr="00675D78">
              <w:rPr>
                <w:sz w:val="19"/>
                <w:lang w:val="de-DE"/>
              </w:rPr>
              <w:t>Es wird wenig relevante Mathematik benutzt. Ein begrenztes Verständnis wird demonstriert.</w:t>
            </w:r>
          </w:p>
        </w:tc>
      </w:tr>
      <w:tr w:rsidR="00F008E3" w14:paraId="3F33AEF2" w14:textId="77777777">
        <w:trPr>
          <w:cantSplit/>
        </w:trPr>
        <w:tc>
          <w:tcPr>
            <w:tcW w:w="900" w:type="dxa"/>
            <w:shd w:val="clear" w:color="auto" w:fill="F1F4EC"/>
            <w:tcMar>
              <w:top w:w="60" w:type="dxa"/>
              <w:left w:w="90" w:type="dxa"/>
              <w:bottom w:w="60" w:type="dxa"/>
              <w:right w:w="90" w:type="dxa"/>
            </w:tcMar>
          </w:tcPr>
          <w:p w14:paraId="635E31D5" w14:textId="77777777" w:rsidR="00F008E3" w:rsidRDefault="00000000">
            <w:pPr>
              <w:spacing w:after="0" w:line="264" w:lineRule="auto"/>
            </w:pPr>
            <w:r>
              <w:rPr>
                <w:sz w:val="19"/>
              </w:rPr>
              <w:t>2</w:t>
            </w:r>
          </w:p>
        </w:tc>
        <w:tc>
          <w:tcPr>
            <w:tcW w:w="8126" w:type="dxa"/>
            <w:shd w:val="clear" w:color="auto" w:fill="F1F4EC"/>
            <w:tcMar>
              <w:top w:w="60" w:type="dxa"/>
              <w:left w:w="90" w:type="dxa"/>
              <w:bottom w:w="60" w:type="dxa"/>
              <w:right w:w="90" w:type="dxa"/>
            </w:tcMar>
          </w:tcPr>
          <w:p w14:paraId="2FAA9C1C" w14:textId="77777777" w:rsidR="00F008E3" w:rsidRDefault="00000000">
            <w:pPr>
              <w:spacing w:after="0" w:line="264" w:lineRule="auto"/>
            </w:pPr>
            <w:r w:rsidRPr="00675D78">
              <w:rPr>
                <w:sz w:val="19"/>
                <w:lang w:val="de-DE"/>
              </w:rPr>
              <w:t xml:space="preserve">Es wird wenig relevante Mathematik benutzt. Die Mathematik der Erkundungsarbeit ist teilweise korrekt. </w:t>
            </w:r>
            <w:proofErr w:type="spellStart"/>
            <w:r>
              <w:rPr>
                <w:sz w:val="19"/>
              </w:rPr>
              <w:t>Etwas</w:t>
            </w:r>
            <w:proofErr w:type="spellEnd"/>
            <w:r>
              <w:rPr>
                <w:sz w:val="19"/>
              </w:rPr>
              <w:t xml:space="preserve"> Wissen und </w:t>
            </w:r>
            <w:proofErr w:type="spellStart"/>
            <w:r>
              <w:rPr>
                <w:sz w:val="19"/>
              </w:rPr>
              <w:t>Verständnis</w:t>
            </w:r>
            <w:proofErr w:type="spellEnd"/>
            <w:r>
              <w:rPr>
                <w:sz w:val="19"/>
              </w:rPr>
              <w:t xml:space="preserve"> werden demonstriert.</w:t>
            </w:r>
          </w:p>
        </w:tc>
      </w:tr>
      <w:tr w:rsidR="00F008E3" w:rsidRPr="00675D78" w14:paraId="39594320" w14:textId="77777777">
        <w:trPr>
          <w:cantSplit/>
        </w:trPr>
        <w:tc>
          <w:tcPr>
            <w:tcW w:w="900" w:type="dxa"/>
            <w:tcMar>
              <w:top w:w="60" w:type="dxa"/>
              <w:left w:w="90" w:type="dxa"/>
              <w:bottom w:w="60" w:type="dxa"/>
              <w:right w:w="90" w:type="dxa"/>
            </w:tcMar>
          </w:tcPr>
          <w:p w14:paraId="3CCB4C69" w14:textId="77777777" w:rsidR="00F008E3" w:rsidRDefault="00000000">
            <w:pPr>
              <w:spacing w:after="0" w:line="264" w:lineRule="auto"/>
            </w:pPr>
            <w:r>
              <w:rPr>
                <w:sz w:val="19"/>
              </w:rPr>
              <w:t>3</w:t>
            </w:r>
          </w:p>
        </w:tc>
        <w:tc>
          <w:tcPr>
            <w:tcW w:w="8126" w:type="dxa"/>
            <w:tcMar>
              <w:top w:w="60" w:type="dxa"/>
              <w:left w:w="90" w:type="dxa"/>
              <w:bottom w:w="60" w:type="dxa"/>
              <w:right w:w="90" w:type="dxa"/>
            </w:tcMar>
          </w:tcPr>
          <w:p w14:paraId="5E3F3175" w14:textId="77777777" w:rsidR="00F008E3" w:rsidRPr="00675D78" w:rsidRDefault="00000000">
            <w:pPr>
              <w:spacing w:after="0" w:line="264" w:lineRule="auto"/>
              <w:rPr>
                <w:lang w:val="de-DE"/>
              </w:rPr>
            </w:pPr>
            <w:r w:rsidRPr="00675D78">
              <w:rPr>
                <w:sz w:val="19"/>
                <w:lang w:val="de-DE"/>
              </w:rPr>
              <w:t xml:space="preserve">Es wird relevante Mathematik passend zum Niveau des Kurses benutzt. Die Mathematik ist korrekt. Etwas Wissen und Verständnis werden </w:t>
            </w:r>
            <w:proofErr w:type="gramStart"/>
            <w:r w:rsidRPr="00675D78">
              <w:rPr>
                <w:sz w:val="19"/>
                <w:lang w:val="de-DE"/>
              </w:rPr>
              <w:t>demonstriert</w:t>
            </w:r>
            <w:proofErr w:type="gramEnd"/>
            <w:r w:rsidRPr="00675D78">
              <w:rPr>
                <w:sz w:val="19"/>
                <w:lang w:val="de-DE"/>
              </w:rPr>
              <w:t>.</w:t>
            </w:r>
          </w:p>
        </w:tc>
      </w:tr>
      <w:tr w:rsidR="00F008E3" w:rsidRPr="00675D78" w14:paraId="2E229DDA" w14:textId="77777777">
        <w:trPr>
          <w:cantSplit/>
        </w:trPr>
        <w:tc>
          <w:tcPr>
            <w:tcW w:w="900" w:type="dxa"/>
            <w:shd w:val="clear" w:color="auto" w:fill="F1F4EC"/>
            <w:tcMar>
              <w:top w:w="60" w:type="dxa"/>
              <w:left w:w="90" w:type="dxa"/>
              <w:bottom w:w="60" w:type="dxa"/>
              <w:right w:w="90" w:type="dxa"/>
            </w:tcMar>
          </w:tcPr>
          <w:p w14:paraId="3070F280" w14:textId="77777777" w:rsidR="00F008E3" w:rsidRDefault="00000000">
            <w:pPr>
              <w:spacing w:after="0" w:line="264" w:lineRule="auto"/>
            </w:pPr>
            <w:r>
              <w:rPr>
                <w:sz w:val="19"/>
              </w:rPr>
              <w:t>4</w:t>
            </w:r>
          </w:p>
        </w:tc>
        <w:tc>
          <w:tcPr>
            <w:tcW w:w="8126" w:type="dxa"/>
            <w:shd w:val="clear" w:color="auto" w:fill="F1F4EC"/>
            <w:tcMar>
              <w:top w:w="60" w:type="dxa"/>
              <w:left w:w="90" w:type="dxa"/>
              <w:bottom w:w="60" w:type="dxa"/>
              <w:right w:w="90" w:type="dxa"/>
            </w:tcMar>
          </w:tcPr>
          <w:p w14:paraId="7813E419" w14:textId="77777777" w:rsidR="00F008E3" w:rsidRPr="00675D78" w:rsidRDefault="00000000">
            <w:pPr>
              <w:spacing w:after="0" w:line="264" w:lineRule="auto"/>
              <w:rPr>
                <w:lang w:val="de-DE"/>
              </w:rPr>
            </w:pPr>
            <w:r w:rsidRPr="00675D78">
              <w:rPr>
                <w:sz w:val="19"/>
                <w:lang w:val="de-DE"/>
              </w:rPr>
              <w:t>Es wird relevante Mathematik passend zum Niveau des Kurses benutzt. Die Mathematik ist korrekt. Gutes Wissen und Verständnis werden demonstriert.</w:t>
            </w:r>
          </w:p>
        </w:tc>
      </w:tr>
      <w:tr w:rsidR="00F008E3" w:rsidRPr="00675D78" w14:paraId="621E509E" w14:textId="77777777">
        <w:trPr>
          <w:cantSplit/>
        </w:trPr>
        <w:tc>
          <w:tcPr>
            <w:tcW w:w="900" w:type="dxa"/>
            <w:tcMar>
              <w:top w:w="60" w:type="dxa"/>
              <w:left w:w="90" w:type="dxa"/>
              <w:bottom w:w="60" w:type="dxa"/>
              <w:right w:w="90" w:type="dxa"/>
            </w:tcMar>
          </w:tcPr>
          <w:p w14:paraId="010E76F6" w14:textId="77777777" w:rsidR="00F008E3" w:rsidRDefault="00000000">
            <w:pPr>
              <w:spacing w:after="0" w:line="264" w:lineRule="auto"/>
            </w:pPr>
            <w:r>
              <w:rPr>
                <w:sz w:val="19"/>
              </w:rPr>
              <w:t>5</w:t>
            </w:r>
          </w:p>
        </w:tc>
        <w:tc>
          <w:tcPr>
            <w:tcW w:w="8126" w:type="dxa"/>
            <w:tcMar>
              <w:top w:w="60" w:type="dxa"/>
              <w:left w:w="90" w:type="dxa"/>
              <w:bottom w:w="60" w:type="dxa"/>
              <w:right w:w="90" w:type="dxa"/>
            </w:tcMar>
          </w:tcPr>
          <w:p w14:paraId="22F668C7" w14:textId="77777777" w:rsidR="00F008E3" w:rsidRPr="00675D78" w:rsidRDefault="00000000">
            <w:pPr>
              <w:spacing w:after="0" w:line="264" w:lineRule="auto"/>
              <w:rPr>
                <w:lang w:val="de-DE"/>
              </w:rPr>
            </w:pPr>
            <w:r w:rsidRPr="00675D78">
              <w:rPr>
                <w:sz w:val="19"/>
                <w:lang w:val="de-DE"/>
              </w:rPr>
              <w:t>Es wird relevante Mathematik passend zum Niveau des Kurses benutzt. Die Mathematik ist korrekt und demonstriert Anspruch oder Stringenz. Umfassendes Wissen und Verständnis werden demonstriert.</w:t>
            </w:r>
          </w:p>
        </w:tc>
      </w:tr>
      <w:tr w:rsidR="00F008E3" w:rsidRPr="00675D78" w14:paraId="5F737E4E" w14:textId="77777777">
        <w:trPr>
          <w:cantSplit/>
        </w:trPr>
        <w:tc>
          <w:tcPr>
            <w:tcW w:w="900" w:type="dxa"/>
            <w:shd w:val="clear" w:color="auto" w:fill="F1F4EC"/>
            <w:tcMar>
              <w:top w:w="60" w:type="dxa"/>
              <w:left w:w="90" w:type="dxa"/>
              <w:bottom w:w="60" w:type="dxa"/>
              <w:right w:w="90" w:type="dxa"/>
            </w:tcMar>
          </w:tcPr>
          <w:p w14:paraId="400796D3" w14:textId="77777777" w:rsidR="00F008E3" w:rsidRDefault="00000000">
            <w:pPr>
              <w:spacing w:after="0" w:line="264" w:lineRule="auto"/>
            </w:pPr>
            <w:r>
              <w:rPr>
                <w:sz w:val="19"/>
              </w:rPr>
              <w:t>6</w:t>
            </w:r>
          </w:p>
        </w:tc>
        <w:tc>
          <w:tcPr>
            <w:tcW w:w="8126" w:type="dxa"/>
            <w:shd w:val="clear" w:color="auto" w:fill="F1F4EC"/>
            <w:tcMar>
              <w:top w:w="60" w:type="dxa"/>
              <w:left w:w="90" w:type="dxa"/>
              <w:bottom w:w="60" w:type="dxa"/>
              <w:right w:w="90" w:type="dxa"/>
            </w:tcMar>
          </w:tcPr>
          <w:p w14:paraId="7E320194" w14:textId="77777777" w:rsidR="00F008E3" w:rsidRPr="00675D78" w:rsidRDefault="00000000">
            <w:pPr>
              <w:spacing w:after="0" w:line="264" w:lineRule="auto"/>
              <w:rPr>
                <w:lang w:val="de-DE"/>
              </w:rPr>
            </w:pPr>
            <w:r w:rsidRPr="00675D78">
              <w:rPr>
                <w:sz w:val="19"/>
                <w:lang w:val="de-DE"/>
              </w:rPr>
              <w:t>Es wird relevante Mathematik passend zum Niveau des Kurses benutzt. Die Mathematik ist präzise und demonstriert Anspruch und Stringenz. Umfassendes Wissen und Verständnis werden demonstriert.</w:t>
            </w:r>
          </w:p>
        </w:tc>
      </w:tr>
    </w:tbl>
    <w:p w14:paraId="6CC1539F" w14:textId="77777777" w:rsidR="00F008E3" w:rsidRPr="00675D78" w:rsidRDefault="00F008E3">
      <w:pPr>
        <w:rPr>
          <w:lang w:val="de-DE"/>
        </w:rPr>
      </w:pPr>
    </w:p>
    <w:p w14:paraId="4FB1DA12" w14:textId="77777777" w:rsidR="00F008E3" w:rsidRDefault="00000000">
      <w:pPr>
        <w:pStyle w:val="KPUnterpunkt"/>
      </w:pPr>
      <w:proofErr w:type="gramStart"/>
      <w:r>
        <w:t>Was die</w:t>
      </w:r>
      <w:proofErr w:type="gramEnd"/>
      <w:r>
        <w:t xml:space="preserve"> </w:t>
      </w:r>
      <w:proofErr w:type="spellStart"/>
      <w:r>
        <w:t>Wörter</w:t>
      </w:r>
      <w:proofErr w:type="spellEnd"/>
      <w:r>
        <w:t xml:space="preserve"> </w:t>
      </w:r>
      <w:proofErr w:type="spellStart"/>
      <w:r>
        <w:t>bedeuten</w:t>
      </w:r>
      <w:proofErr w:type="spellEnd"/>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700"/>
        <w:gridCol w:w="3100"/>
        <w:gridCol w:w="4226"/>
      </w:tblGrid>
      <w:tr w:rsidR="00F008E3" w14:paraId="712A405C" w14:textId="77777777">
        <w:trPr>
          <w:cantSplit/>
          <w:tblHeader/>
        </w:trPr>
        <w:tc>
          <w:tcPr>
            <w:tcW w:w="1700" w:type="dxa"/>
            <w:shd w:val="clear" w:color="auto" w:fill="0F3D2A"/>
            <w:tcMar>
              <w:top w:w="60" w:type="dxa"/>
              <w:left w:w="90" w:type="dxa"/>
              <w:bottom w:w="60" w:type="dxa"/>
              <w:right w:w="90" w:type="dxa"/>
            </w:tcMar>
          </w:tcPr>
          <w:p w14:paraId="7507C02C" w14:textId="77777777" w:rsidR="00F008E3" w:rsidRDefault="00000000">
            <w:pPr>
              <w:spacing w:after="0" w:line="252" w:lineRule="auto"/>
            </w:pPr>
            <w:r>
              <w:rPr>
                <w:rFonts w:ascii="Calibri" w:hAnsi="Calibri"/>
                <w:b/>
                <w:color w:val="FFFFFF"/>
                <w:sz w:val="17"/>
              </w:rPr>
              <w:t>Wort</w:t>
            </w:r>
          </w:p>
        </w:tc>
        <w:tc>
          <w:tcPr>
            <w:tcW w:w="3100" w:type="dxa"/>
            <w:shd w:val="clear" w:color="auto" w:fill="0F3D2A"/>
            <w:tcMar>
              <w:top w:w="60" w:type="dxa"/>
              <w:left w:w="90" w:type="dxa"/>
              <w:bottom w:w="60" w:type="dxa"/>
              <w:right w:w="90" w:type="dxa"/>
            </w:tcMar>
          </w:tcPr>
          <w:p w14:paraId="45645DCE" w14:textId="77777777" w:rsidR="00F008E3" w:rsidRDefault="00000000">
            <w:pPr>
              <w:spacing w:after="0" w:line="252" w:lineRule="auto"/>
            </w:pPr>
            <w:r>
              <w:rPr>
                <w:rFonts w:ascii="Calibri" w:hAnsi="Calibri"/>
                <w:b/>
                <w:color w:val="FFFFFF"/>
                <w:sz w:val="17"/>
              </w:rPr>
              <w:t>Was es heißt</w:t>
            </w:r>
          </w:p>
        </w:tc>
        <w:tc>
          <w:tcPr>
            <w:tcW w:w="4226" w:type="dxa"/>
            <w:shd w:val="clear" w:color="auto" w:fill="0F3D2A"/>
            <w:tcMar>
              <w:top w:w="60" w:type="dxa"/>
              <w:left w:w="90" w:type="dxa"/>
              <w:bottom w:w="60" w:type="dxa"/>
              <w:right w:w="90" w:type="dxa"/>
            </w:tcMar>
          </w:tcPr>
          <w:p w14:paraId="366F9169" w14:textId="77777777" w:rsidR="00F008E3" w:rsidRDefault="00000000">
            <w:pPr>
              <w:spacing w:after="0" w:line="252" w:lineRule="auto"/>
            </w:pPr>
            <w:r>
              <w:rPr>
                <w:rFonts w:ascii="Calibri" w:hAnsi="Calibri"/>
                <w:b/>
                <w:color w:val="FFFFFF"/>
                <w:sz w:val="17"/>
              </w:rPr>
              <w:t>Beispiel</w:t>
            </w:r>
          </w:p>
        </w:tc>
      </w:tr>
      <w:tr w:rsidR="00F008E3" w14:paraId="398C9CAC" w14:textId="77777777">
        <w:trPr>
          <w:cantSplit/>
        </w:trPr>
        <w:tc>
          <w:tcPr>
            <w:tcW w:w="1700" w:type="dxa"/>
            <w:tcMar>
              <w:top w:w="60" w:type="dxa"/>
              <w:left w:w="90" w:type="dxa"/>
              <w:bottom w:w="60" w:type="dxa"/>
              <w:right w:w="90" w:type="dxa"/>
            </w:tcMar>
          </w:tcPr>
          <w:p w14:paraId="7CF3F3BE" w14:textId="77777777" w:rsidR="00F008E3" w:rsidRDefault="00000000">
            <w:pPr>
              <w:spacing w:after="0" w:line="264" w:lineRule="auto"/>
            </w:pPr>
            <w:r>
              <w:rPr>
                <w:b/>
                <w:sz w:val="18"/>
              </w:rPr>
              <w:t>Relevant</w:t>
            </w:r>
          </w:p>
        </w:tc>
        <w:tc>
          <w:tcPr>
            <w:tcW w:w="3100" w:type="dxa"/>
            <w:tcMar>
              <w:top w:w="60" w:type="dxa"/>
              <w:left w:w="90" w:type="dxa"/>
              <w:bottom w:w="60" w:type="dxa"/>
              <w:right w:w="90" w:type="dxa"/>
            </w:tcMar>
          </w:tcPr>
          <w:p w14:paraId="35DAB6A3" w14:textId="77777777" w:rsidR="00F008E3" w:rsidRPr="00675D78" w:rsidRDefault="00000000">
            <w:pPr>
              <w:spacing w:after="0" w:line="264" w:lineRule="auto"/>
              <w:rPr>
                <w:lang w:val="de-DE"/>
              </w:rPr>
            </w:pPr>
            <w:r w:rsidRPr="00675D78">
              <w:rPr>
                <w:sz w:val="18"/>
                <w:lang w:val="de-DE"/>
              </w:rPr>
              <w:t>Die Mathematik bringt deine Arbeit dem Ziel näher. Überkomplizierte Mathematik dort, wo einfache reicht, ist nicht relevant.</w:t>
            </w:r>
          </w:p>
        </w:tc>
        <w:tc>
          <w:tcPr>
            <w:tcW w:w="4226" w:type="dxa"/>
            <w:tcMar>
              <w:top w:w="60" w:type="dxa"/>
              <w:left w:w="90" w:type="dxa"/>
              <w:bottom w:w="60" w:type="dxa"/>
              <w:right w:w="90" w:type="dxa"/>
            </w:tcMar>
          </w:tcPr>
          <w:p w14:paraId="229D535F" w14:textId="77777777" w:rsidR="00F008E3" w:rsidRPr="00675D78" w:rsidRDefault="00000000">
            <w:pPr>
              <w:spacing w:after="40" w:line="264" w:lineRule="auto"/>
              <w:rPr>
                <w:lang w:val="de-DE"/>
              </w:rPr>
            </w:pPr>
            <w:r w:rsidRPr="00675D78">
              <w:rPr>
                <w:sz w:val="18"/>
                <w:lang w:val="de-DE"/>
              </w:rPr>
              <w:t>Du willst wissen, wann dein Kaffee trinkbar ist. Dafür brauchst du eine Exponentialfunktion und eine Exponentialgleichung – das ist relevant.</w:t>
            </w:r>
          </w:p>
          <w:p w14:paraId="08943A48" w14:textId="77777777" w:rsidR="00F008E3" w:rsidRDefault="00000000">
            <w:pPr>
              <w:spacing w:after="0" w:line="264" w:lineRule="auto"/>
            </w:pPr>
            <w:r w:rsidRPr="00675D78">
              <w:rPr>
                <w:sz w:val="18"/>
                <w:lang w:val="de-DE"/>
              </w:rPr>
              <w:t xml:space="preserve">Nicht relevant: Du hängst zusätzlich eine vollständige Kurvendiskussion mit Wendepunkten an, obwohl deine Frage sie nirgends braucht. </w:t>
            </w:r>
            <w:r>
              <w:rPr>
                <w:sz w:val="18"/>
              </w:rPr>
              <w:t xml:space="preserve">Das </w:t>
            </w:r>
            <w:proofErr w:type="spellStart"/>
            <w:r>
              <w:rPr>
                <w:sz w:val="18"/>
              </w:rPr>
              <w:t>sieht</w:t>
            </w:r>
            <w:proofErr w:type="spellEnd"/>
            <w:r>
              <w:rPr>
                <w:sz w:val="18"/>
              </w:rPr>
              <w:t xml:space="preserve"> </w:t>
            </w:r>
            <w:proofErr w:type="spellStart"/>
            <w:r>
              <w:rPr>
                <w:sz w:val="18"/>
              </w:rPr>
              <w:t>schwerer</w:t>
            </w:r>
            <w:proofErr w:type="spellEnd"/>
            <w:r>
              <w:rPr>
                <w:sz w:val="18"/>
              </w:rPr>
              <w:t xml:space="preserve"> </w:t>
            </w:r>
            <w:proofErr w:type="spellStart"/>
            <w:r>
              <w:rPr>
                <w:sz w:val="18"/>
              </w:rPr>
              <w:t>aus</w:t>
            </w:r>
            <w:proofErr w:type="spellEnd"/>
            <w:r>
              <w:rPr>
                <w:sz w:val="18"/>
              </w:rPr>
              <w:t xml:space="preserve"> und bringt keinen Punkt.</w:t>
            </w:r>
          </w:p>
        </w:tc>
      </w:tr>
      <w:tr w:rsidR="00F008E3" w14:paraId="5E8829CF" w14:textId="77777777">
        <w:trPr>
          <w:cantSplit/>
        </w:trPr>
        <w:tc>
          <w:tcPr>
            <w:tcW w:w="1700" w:type="dxa"/>
            <w:shd w:val="clear" w:color="auto" w:fill="F1F4EC"/>
            <w:tcMar>
              <w:top w:w="60" w:type="dxa"/>
              <w:left w:w="90" w:type="dxa"/>
              <w:bottom w:w="60" w:type="dxa"/>
              <w:right w:w="90" w:type="dxa"/>
            </w:tcMar>
          </w:tcPr>
          <w:p w14:paraId="62633505" w14:textId="77777777" w:rsidR="00F008E3" w:rsidRDefault="00000000">
            <w:pPr>
              <w:spacing w:after="0" w:line="264" w:lineRule="auto"/>
            </w:pPr>
            <w:r>
              <w:rPr>
                <w:b/>
                <w:sz w:val="18"/>
              </w:rPr>
              <w:lastRenderedPageBreak/>
              <w:t>Passend zum Niveau</w:t>
            </w:r>
          </w:p>
        </w:tc>
        <w:tc>
          <w:tcPr>
            <w:tcW w:w="3100" w:type="dxa"/>
            <w:shd w:val="clear" w:color="auto" w:fill="F1F4EC"/>
            <w:tcMar>
              <w:top w:w="60" w:type="dxa"/>
              <w:left w:w="90" w:type="dxa"/>
              <w:bottom w:w="60" w:type="dxa"/>
              <w:right w:w="90" w:type="dxa"/>
            </w:tcMar>
          </w:tcPr>
          <w:p w14:paraId="12F5E60C" w14:textId="77777777" w:rsidR="00F008E3" w:rsidRDefault="00000000">
            <w:pPr>
              <w:spacing w:after="0" w:line="264" w:lineRule="auto"/>
            </w:pPr>
            <w:r w:rsidRPr="00675D78">
              <w:rPr>
                <w:sz w:val="18"/>
                <w:lang w:val="de-DE"/>
              </w:rPr>
              <w:t xml:space="preserve">Deine Arbeit darf nicht ausschließlich auf Mathematik beruhen, die schon in der Liste der notwendigen Vorkenntnisse steht. </w:t>
            </w:r>
            <w:proofErr w:type="spellStart"/>
            <w:r>
              <w:rPr>
                <w:sz w:val="18"/>
              </w:rPr>
              <w:t>Über</w:t>
            </w:r>
            <w:proofErr w:type="spellEnd"/>
            <w:r>
              <w:rPr>
                <w:sz w:val="18"/>
              </w:rPr>
              <w:t xml:space="preserve"> den </w:t>
            </w:r>
            <w:proofErr w:type="spellStart"/>
            <w:r>
              <w:rPr>
                <w:sz w:val="18"/>
              </w:rPr>
              <w:t>Lehrplan</w:t>
            </w:r>
            <w:proofErr w:type="spellEnd"/>
            <w:r>
              <w:rPr>
                <w:sz w:val="18"/>
              </w:rPr>
              <w:t xml:space="preserve"> </w:t>
            </w:r>
            <w:proofErr w:type="spellStart"/>
            <w:r>
              <w:rPr>
                <w:sz w:val="18"/>
              </w:rPr>
              <w:t>hinaus</w:t>
            </w:r>
            <w:proofErr w:type="spellEnd"/>
            <w:r>
              <w:rPr>
                <w:sz w:val="18"/>
              </w:rPr>
              <w:t xml:space="preserve"> ist nie nötig.</w:t>
            </w:r>
          </w:p>
        </w:tc>
        <w:tc>
          <w:tcPr>
            <w:tcW w:w="4226" w:type="dxa"/>
            <w:shd w:val="clear" w:color="auto" w:fill="F1F4EC"/>
            <w:tcMar>
              <w:top w:w="60" w:type="dxa"/>
              <w:left w:w="90" w:type="dxa"/>
              <w:bottom w:w="60" w:type="dxa"/>
              <w:right w:w="90" w:type="dxa"/>
            </w:tcMar>
          </w:tcPr>
          <w:p w14:paraId="7E871D0B" w14:textId="77777777" w:rsidR="00F008E3" w:rsidRPr="00675D78" w:rsidRDefault="00000000">
            <w:pPr>
              <w:spacing w:after="40" w:line="264" w:lineRule="auto"/>
              <w:rPr>
                <w:lang w:val="de-DE"/>
              </w:rPr>
            </w:pPr>
            <w:r w:rsidRPr="00675D78">
              <w:rPr>
                <w:sz w:val="18"/>
                <w:lang w:val="de-DE"/>
              </w:rPr>
              <w:t>Zu niedrig: Du vergleichst drei Handytarife nur mit Prozentrechnung und Dreisatz.</w:t>
            </w:r>
          </w:p>
          <w:p w14:paraId="2072222A" w14:textId="77777777" w:rsidR="00F008E3" w:rsidRPr="00675D78" w:rsidRDefault="00000000">
            <w:pPr>
              <w:spacing w:after="40" w:line="264" w:lineRule="auto"/>
              <w:rPr>
                <w:lang w:val="de-DE"/>
              </w:rPr>
            </w:pPr>
            <w:r w:rsidRPr="00675D78">
              <w:rPr>
                <w:sz w:val="18"/>
                <w:lang w:val="de-DE"/>
              </w:rPr>
              <w:t>Passend: Dieselbe Frage, aber du stellst für jeden Tarif eine Kostenfunktion auf, bestimmst die Schnittpunkte und begründest, ab welcher Nutzungsmenge welcher Tarif gewinnt.</w:t>
            </w:r>
          </w:p>
          <w:p w14:paraId="55955FC7" w14:textId="77777777" w:rsidR="00F008E3" w:rsidRDefault="00000000">
            <w:pPr>
              <w:spacing w:after="0" w:line="264" w:lineRule="auto"/>
            </w:pPr>
            <w:r w:rsidRPr="00675D78">
              <w:rPr>
                <w:sz w:val="18"/>
                <w:lang w:val="de-DE"/>
              </w:rPr>
              <w:t xml:space="preserve">Darüber hinaus: Du benutzt ein Verfahren aus der Universitätsmathematik. </w:t>
            </w:r>
            <w:proofErr w:type="spellStart"/>
            <w:r>
              <w:rPr>
                <w:sz w:val="18"/>
              </w:rPr>
              <w:t>Erlaubt</w:t>
            </w:r>
            <w:proofErr w:type="spellEnd"/>
            <w:r>
              <w:rPr>
                <w:sz w:val="18"/>
              </w:rPr>
              <w:t xml:space="preserve">, </w:t>
            </w:r>
            <w:proofErr w:type="spellStart"/>
            <w:r>
              <w:rPr>
                <w:sz w:val="18"/>
              </w:rPr>
              <w:t>aber</w:t>
            </w:r>
            <w:proofErr w:type="spellEnd"/>
            <w:r>
              <w:rPr>
                <w:sz w:val="18"/>
              </w:rPr>
              <w:t xml:space="preserve"> es </w:t>
            </w:r>
            <w:proofErr w:type="spellStart"/>
            <w:r>
              <w:rPr>
                <w:sz w:val="18"/>
              </w:rPr>
              <w:t>bringt</w:t>
            </w:r>
            <w:proofErr w:type="spellEnd"/>
            <w:r>
              <w:rPr>
                <w:sz w:val="18"/>
              </w:rPr>
              <w:t xml:space="preserve"> keinen zusätzlichen Punkt.</w:t>
            </w:r>
          </w:p>
        </w:tc>
      </w:tr>
      <w:tr w:rsidR="00F008E3" w14:paraId="7ACC011F" w14:textId="77777777">
        <w:trPr>
          <w:cantSplit/>
        </w:trPr>
        <w:tc>
          <w:tcPr>
            <w:tcW w:w="1700" w:type="dxa"/>
            <w:tcMar>
              <w:top w:w="60" w:type="dxa"/>
              <w:left w:w="90" w:type="dxa"/>
              <w:bottom w:w="60" w:type="dxa"/>
              <w:right w:w="90" w:type="dxa"/>
            </w:tcMar>
          </w:tcPr>
          <w:p w14:paraId="28B8E635" w14:textId="77777777" w:rsidR="00F008E3" w:rsidRDefault="00000000">
            <w:pPr>
              <w:spacing w:after="0" w:line="264" w:lineRule="auto"/>
            </w:pPr>
            <w:r>
              <w:rPr>
                <w:b/>
                <w:sz w:val="18"/>
              </w:rPr>
              <w:t>Demonstriert</w:t>
            </w:r>
          </w:p>
        </w:tc>
        <w:tc>
          <w:tcPr>
            <w:tcW w:w="3100" w:type="dxa"/>
            <w:tcMar>
              <w:top w:w="60" w:type="dxa"/>
              <w:left w:w="90" w:type="dxa"/>
              <w:bottom w:w="60" w:type="dxa"/>
              <w:right w:w="90" w:type="dxa"/>
            </w:tcMar>
          </w:tcPr>
          <w:p w14:paraId="58644A55" w14:textId="77777777" w:rsidR="00F008E3" w:rsidRPr="00675D78" w:rsidRDefault="00000000">
            <w:pPr>
              <w:spacing w:after="0" w:line="264" w:lineRule="auto"/>
              <w:rPr>
                <w:lang w:val="de-DE"/>
              </w:rPr>
            </w:pPr>
            <w:r w:rsidRPr="00675D78">
              <w:rPr>
                <w:sz w:val="18"/>
                <w:lang w:val="de-DE"/>
              </w:rPr>
              <w:t>Durch Argumente oder Rechnungen verdeutlichen, mit Beispielen oder praktischer Anwendung veranschaulichen. Nur die richtige Antwort hinzuschreiben, reicht nicht – auch nicht für Ebene 2.</w:t>
            </w:r>
          </w:p>
        </w:tc>
        <w:tc>
          <w:tcPr>
            <w:tcW w:w="4226" w:type="dxa"/>
            <w:tcMar>
              <w:top w:w="60" w:type="dxa"/>
              <w:left w:w="90" w:type="dxa"/>
              <w:bottom w:w="60" w:type="dxa"/>
              <w:right w:w="90" w:type="dxa"/>
            </w:tcMar>
          </w:tcPr>
          <w:p w14:paraId="1A8478DF" w14:textId="77777777" w:rsidR="00F008E3" w:rsidRPr="00675D78" w:rsidRDefault="00000000">
            <w:pPr>
              <w:spacing w:after="40" w:line="264" w:lineRule="auto"/>
              <w:rPr>
                <w:lang w:val="de-DE"/>
              </w:rPr>
            </w:pPr>
            <w:r w:rsidRPr="00675D78">
              <w:rPr>
                <w:sz w:val="18"/>
                <w:lang w:val="de-DE"/>
              </w:rPr>
              <w:t>Nicht demonstriert: „Mit dem Taschenrechner ergibt sich k = 0,0406.“</w:t>
            </w:r>
          </w:p>
          <w:p w14:paraId="671DBC41" w14:textId="77777777" w:rsidR="00F008E3" w:rsidRDefault="00000000">
            <w:pPr>
              <w:spacing w:after="0" w:line="264" w:lineRule="auto"/>
            </w:pPr>
            <w:r w:rsidRPr="00675D78">
              <w:rPr>
                <w:sz w:val="18"/>
                <w:lang w:val="de-DE"/>
              </w:rPr>
              <w:t xml:space="preserve">Demonstriert: „Ich logarithmiere Gleichung (1) und erhalte eine Geradengleichung. Die Steigung der Regressionsgeraden ist −k, also ist k = 0,0406 pro Minute. </w:t>
            </w:r>
            <w:r>
              <w:rPr>
                <w:sz w:val="18"/>
              </w:rPr>
              <w:t xml:space="preserve">Das </w:t>
            </w:r>
            <w:proofErr w:type="spellStart"/>
            <w:r>
              <w:rPr>
                <w:sz w:val="18"/>
              </w:rPr>
              <w:t>Vorzeichen</w:t>
            </w:r>
            <w:proofErr w:type="spellEnd"/>
            <w:r>
              <w:rPr>
                <w:sz w:val="18"/>
              </w:rPr>
              <w:t xml:space="preserve"> muss </w:t>
            </w:r>
            <w:proofErr w:type="spellStart"/>
            <w:r>
              <w:rPr>
                <w:sz w:val="18"/>
              </w:rPr>
              <w:t>negativ</w:t>
            </w:r>
            <w:proofErr w:type="spellEnd"/>
            <w:r>
              <w:rPr>
                <w:sz w:val="18"/>
              </w:rPr>
              <w:t xml:space="preserve"> sein, weil die Temperaturdifferenz abnimmt.“</w:t>
            </w:r>
          </w:p>
        </w:tc>
      </w:tr>
      <w:tr w:rsidR="00F008E3" w:rsidRPr="00675D78" w14:paraId="4074A03D" w14:textId="77777777">
        <w:trPr>
          <w:cantSplit/>
        </w:trPr>
        <w:tc>
          <w:tcPr>
            <w:tcW w:w="1700" w:type="dxa"/>
            <w:shd w:val="clear" w:color="auto" w:fill="F1F4EC"/>
            <w:tcMar>
              <w:top w:w="60" w:type="dxa"/>
              <w:left w:w="90" w:type="dxa"/>
              <w:bottom w:w="60" w:type="dxa"/>
              <w:right w:w="90" w:type="dxa"/>
            </w:tcMar>
          </w:tcPr>
          <w:p w14:paraId="7F53F799" w14:textId="77777777" w:rsidR="00F008E3" w:rsidRDefault="00000000">
            <w:pPr>
              <w:spacing w:after="0" w:line="264" w:lineRule="auto"/>
            </w:pPr>
            <w:r>
              <w:rPr>
                <w:b/>
                <w:sz w:val="18"/>
              </w:rPr>
              <w:t>Korrekt</w:t>
            </w:r>
          </w:p>
        </w:tc>
        <w:tc>
          <w:tcPr>
            <w:tcW w:w="3100" w:type="dxa"/>
            <w:shd w:val="clear" w:color="auto" w:fill="F1F4EC"/>
            <w:tcMar>
              <w:top w:w="60" w:type="dxa"/>
              <w:left w:w="90" w:type="dxa"/>
              <w:bottom w:w="60" w:type="dxa"/>
              <w:right w:w="90" w:type="dxa"/>
            </w:tcMar>
          </w:tcPr>
          <w:p w14:paraId="534E93A7" w14:textId="77777777" w:rsidR="00F008E3" w:rsidRPr="00675D78" w:rsidRDefault="00000000">
            <w:pPr>
              <w:spacing w:after="0" w:line="264" w:lineRule="auto"/>
              <w:rPr>
                <w:lang w:val="de-DE"/>
              </w:rPr>
            </w:pPr>
            <w:r w:rsidRPr="00675D78">
              <w:rPr>
                <w:sz w:val="18"/>
                <w:lang w:val="de-DE"/>
              </w:rPr>
              <w:t>Gelegentliche kleine Fehler sind zulässig, solange sie den Fluss nicht stören und nicht zu einem unangemessenen Ergebnis führen.</w:t>
            </w:r>
          </w:p>
        </w:tc>
        <w:tc>
          <w:tcPr>
            <w:tcW w:w="4226" w:type="dxa"/>
            <w:shd w:val="clear" w:color="auto" w:fill="F1F4EC"/>
            <w:tcMar>
              <w:top w:w="60" w:type="dxa"/>
              <w:left w:w="90" w:type="dxa"/>
              <w:bottom w:w="60" w:type="dxa"/>
              <w:right w:w="90" w:type="dxa"/>
            </w:tcMar>
          </w:tcPr>
          <w:p w14:paraId="08835D3D" w14:textId="77777777" w:rsidR="00F008E3" w:rsidRPr="00675D78" w:rsidRDefault="00000000">
            <w:pPr>
              <w:spacing w:after="40" w:line="264" w:lineRule="auto"/>
              <w:rPr>
                <w:lang w:val="de-DE"/>
              </w:rPr>
            </w:pPr>
            <w:r w:rsidRPr="00675D78">
              <w:rPr>
                <w:sz w:val="18"/>
                <w:lang w:val="de-DE"/>
              </w:rPr>
              <w:t>Noch korrekt: Du rundest an einer Stelle auf zwei statt auf drei Stellen; das Ergebnis bleibt sinnvoll.</w:t>
            </w:r>
          </w:p>
          <w:p w14:paraId="329CB265" w14:textId="77777777" w:rsidR="00F008E3" w:rsidRPr="00675D78" w:rsidRDefault="00000000">
            <w:pPr>
              <w:spacing w:after="0" w:line="264" w:lineRule="auto"/>
              <w:rPr>
                <w:lang w:val="de-DE"/>
              </w:rPr>
            </w:pPr>
            <w:r w:rsidRPr="00675D78">
              <w:rPr>
                <w:sz w:val="18"/>
                <w:lang w:val="de-DE"/>
              </w:rPr>
              <w:t>Nicht mehr korrekt: Du verrechnest dich im Exponenten und kommst auf eine Abkühlzeit von drei Sekunden, ohne dass dir das auffällt.</w:t>
            </w:r>
          </w:p>
        </w:tc>
      </w:tr>
      <w:tr w:rsidR="00F008E3" w:rsidRPr="00675D78" w14:paraId="2A880CC6" w14:textId="77777777">
        <w:trPr>
          <w:cantSplit/>
        </w:trPr>
        <w:tc>
          <w:tcPr>
            <w:tcW w:w="1700" w:type="dxa"/>
            <w:tcMar>
              <w:top w:w="60" w:type="dxa"/>
              <w:left w:w="90" w:type="dxa"/>
              <w:bottom w:w="60" w:type="dxa"/>
              <w:right w:w="90" w:type="dxa"/>
            </w:tcMar>
          </w:tcPr>
          <w:p w14:paraId="55340BF1" w14:textId="77777777" w:rsidR="00F008E3" w:rsidRDefault="00000000">
            <w:pPr>
              <w:spacing w:after="0" w:line="264" w:lineRule="auto"/>
            </w:pPr>
            <w:proofErr w:type="spellStart"/>
            <w:r>
              <w:rPr>
                <w:b/>
                <w:sz w:val="18"/>
              </w:rPr>
              <w:t>Präzise</w:t>
            </w:r>
            <w:proofErr w:type="spellEnd"/>
          </w:p>
        </w:tc>
        <w:tc>
          <w:tcPr>
            <w:tcW w:w="3100" w:type="dxa"/>
            <w:tcMar>
              <w:top w:w="60" w:type="dxa"/>
              <w:left w:w="90" w:type="dxa"/>
              <w:bottom w:w="60" w:type="dxa"/>
              <w:right w:w="90" w:type="dxa"/>
            </w:tcMar>
          </w:tcPr>
          <w:p w14:paraId="48BAF6D7" w14:textId="77777777" w:rsidR="00F008E3" w:rsidRPr="00675D78" w:rsidRDefault="00000000">
            <w:pPr>
              <w:spacing w:after="0" w:line="264" w:lineRule="auto"/>
              <w:rPr>
                <w:lang w:val="de-DE"/>
              </w:rPr>
            </w:pPr>
            <w:r w:rsidRPr="00675D78">
              <w:rPr>
                <w:sz w:val="18"/>
                <w:lang w:val="de-DE"/>
              </w:rPr>
              <w:t>Nur Higher Level, Ebene 6: fehlerfrei und stets in angemessener Genauigkeit.</w:t>
            </w:r>
          </w:p>
        </w:tc>
        <w:tc>
          <w:tcPr>
            <w:tcW w:w="4226" w:type="dxa"/>
            <w:tcMar>
              <w:top w:w="60" w:type="dxa"/>
              <w:left w:w="90" w:type="dxa"/>
              <w:bottom w:w="60" w:type="dxa"/>
              <w:right w:w="90" w:type="dxa"/>
            </w:tcMar>
          </w:tcPr>
          <w:p w14:paraId="479C6B39" w14:textId="77777777" w:rsidR="00F008E3" w:rsidRPr="00675D78" w:rsidRDefault="00000000">
            <w:pPr>
              <w:spacing w:after="40" w:line="264" w:lineRule="auto"/>
              <w:rPr>
                <w:lang w:val="de-DE"/>
              </w:rPr>
            </w:pPr>
            <w:r w:rsidRPr="00675D78">
              <w:rPr>
                <w:sz w:val="18"/>
                <w:lang w:val="de-DE"/>
              </w:rPr>
              <w:t>Präzise: „Die Standardabweichung beträgt 4,4 cm; ich runde auf zwei signifikante Stellen, weil das Maßband auf 0,1 cm genau ist.“</w:t>
            </w:r>
          </w:p>
          <w:p w14:paraId="56CA50BB" w14:textId="77777777" w:rsidR="00F008E3" w:rsidRPr="00675D78" w:rsidRDefault="00000000">
            <w:pPr>
              <w:spacing w:after="0" w:line="264" w:lineRule="auto"/>
              <w:rPr>
                <w:lang w:val="de-DE"/>
              </w:rPr>
            </w:pPr>
            <w:r w:rsidRPr="00675D78">
              <w:rPr>
                <w:sz w:val="18"/>
                <w:lang w:val="de-DE"/>
              </w:rPr>
              <w:t>Nicht präzise: „Die Standardabweichung beträgt 4,3568211 cm.“ Acht Messwerte tragen keine sieben Nachkommastellen.</w:t>
            </w:r>
          </w:p>
        </w:tc>
      </w:tr>
      <w:tr w:rsidR="00F008E3" w14:paraId="42757C1A" w14:textId="77777777">
        <w:trPr>
          <w:cantSplit/>
        </w:trPr>
        <w:tc>
          <w:tcPr>
            <w:tcW w:w="1700" w:type="dxa"/>
            <w:shd w:val="clear" w:color="auto" w:fill="F1F4EC"/>
            <w:tcMar>
              <w:top w:w="60" w:type="dxa"/>
              <w:left w:w="90" w:type="dxa"/>
              <w:bottom w:w="60" w:type="dxa"/>
              <w:right w:w="90" w:type="dxa"/>
            </w:tcMar>
          </w:tcPr>
          <w:p w14:paraId="405EBE8D" w14:textId="77777777" w:rsidR="00F008E3" w:rsidRDefault="00000000">
            <w:pPr>
              <w:spacing w:after="0" w:line="264" w:lineRule="auto"/>
            </w:pPr>
            <w:proofErr w:type="spellStart"/>
            <w:r>
              <w:rPr>
                <w:b/>
                <w:sz w:val="18"/>
              </w:rPr>
              <w:t>Anspruch</w:t>
            </w:r>
            <w:proofErr w:type="spellEnd"/>
          </w:p>
        </w:tc>
        <w:tc>
          <w:tcPr>
            <w:tcW w:w="3100" w:type="dxa"/>
            <w:shd w:val="clear" w:color="auto" w:fill="F1F4EC"/>
            <w:tcMar>
              <w:top w:w="60" w:type="dxa"/>
              <w:left w:w="90" w:type="dxa"/>
              <w:bottom w:w="60" w:type="dxa"/>
              <w:right w:w="90" w:type="dxa"/>
            </w:tcMar>
          </w:tcPr>
          <w:p w14:paraId="0DC11106" w14:textId="77777777" w:rsidR="00F008E3" w:rsidRPr="00675D78" w:rsidRDefault="00000000">
            <w:pPr>
              <w:spacing w:after="0" w:line="264" w:lineRule="auto"/>
              <w:rPr>
                <w:lang w:val="de-DE"/>
              </w:rPr>
            </w:pPr>
            <w:r w:rsidRPr="00675D78">
              <w:rPr>
                <w:sz w:val="18"/>
                <w:lang w:val="de-DE"/>
              </w:rPr>
              <w:t xml:space="preserve">Nur Higher Level: Mathematik auf dem Niveau des Higher-Level-Lehrplans – oder Mathematik aus dem Standard-Level-Lehrplan, die auf eine komplexe Weise eingesetzt wird, die über die Erwartungen an das </w:t>
            </w:r>
            <w:proofErr w:type="gramStart"/>
            <w:r w:rsidRPr="00675D78">
              <w:rPr>
                <w:sz w:val="18"/>
                <w:lang w:val="de-DE"/>
              </w:rPr>
              <w:t>Standard Level</w:t>
            </w:r>
            <w:proofErr w:type="gramEnd"/>
            <w:r w:rsidRPr="00675D78">
              <w:rPr>
                <w:sz w:val="18"/>
                <w:lang w:val="de-DE"/>
              </w:rPr>
              <w:t xml:space="preserve"> hinausgeht.</w:t>
            </w:r>
          </w:p>
        </w:tc>
        <w:tc>
          <w:tcPr>
            <w:tcW w:w="4226" w:type="dxa"/>
            <w:shd w:val="clear" w:color="auto" w:fill="F1F4EC"/>
            <w:tcMar>
              <w:top w:w="60" w:type="dxa"/>
              <w:left w:w="90" w:type="dxa"/>
              <w:bottom w:w="60" w:type="dxa"/>
              <w:right w:w="90" w:type="dxa"/>
            </w:tcMar>
          </w:tcPr>
          <w:p w14:paraId="42B6D8F0" w14:textId="77777777" w:rsidR="00F008E3" w:rsidRPr="00675D78" w:rsidRDefault="00000000">
            <w:pPr>
              <w:spacing w:after="40" w:line="264" w:lineRule="auto"/>
              <w:rPr>
                <w:lang w:val="de-DE"/>
              </w:rPr>
            </w:pPr>
            <w:r w:rsidRPr="00675D78">
              <w:rPr>
                <w:sz w:val="18"/>
                <w:lang w:val="de-DE"/>
              </w:rPr>
              <w:t xml:space="preserve">Anspruch: Du optimierst deinen Laufweg über eine Wiese, stellst die Bedingung für das Minimum um, bis dort sin </w:t>
            </w:r>
            <w:r>
              <w:rPr>
                <w:sz w:val="18"/>
              </w:rPr>
              <w:t>θ</w:t>
            </w:r>
            <w:r w:rsidRPr="00675D78">
              <w:rPr>
                <w:sz w:val="18"/>
                <w:lang w:val="de-DE"/>
              </w:rPr>
              <w:t xml:space="preserve"> geteilt durch die Geschwindigkeit steht – und erkennst darin das Brechungsgesetz aus der Optik. Danach leitest du den allgemeinen Fall für zwei Bereiche her.</w:t>
            </w:r>
          </w:p>
          <w:p w14:paraId="7BAD4D25" w14:textId="77777777" w:rsidR="00F008E3" w:rsidRDefault="00000000">
            <w:pPr>
              <w:spacing w:after="0" w:line="264" w:lineRule="auto"/>
            </w:pPr>
            <w:r w:rsidRPr="00675D78">
              <w:rPr>
                <w:sz w:val="18"/>
                <w:lang w:val="de-DE"/>
              </w:rPr>
              <w:t xml:space="preserve">Kein Anspruch: dieselbe Optimierungsaufgabe, nur mit einer komplizierteren Funktion gerechnet. </w:t>
            </w:r>
            <w:r>
              <w:rPr>
                <w:sz w:val="18"/>
              </w:rPr>
              <w:t xml:space="preserve">Schwerer </w:t>
            </w:r>
            <w:proofErr w:type="spellStart"/>
            <w:r>
              <w:rPr>
                <w:sz w:val="18"/>
              </w:rPr>
              <w:t>heißt</w:t>
            </w:r>
            <w:proofErr w:type="spellEnd"/>
            <w:r>
              <w:rPr>
                <w:sz w:val="18"/>
              </w:rPr>
              <w:t xml:space="preserve"> </w:t>
            </w:r>
            <w:proofErr w:type="spellStart"/>
            <w:r>
              <w:rPr>
                <w:sz w:val="18"/>
              </w:rPr>
              <w:t>nicht</w:t>
            </w:r>
            <w:proofErr w:type="spellEnd"/>
            <w:r>
              <w:rPr>
                <w:sz w:val="18"/>
              </w:rPr>
              <w:t xml:space="preserve"> </w:t>
            </w:r>
            <w:proofErr w:type="spellStart"/>
            <w:r>
              <w:rPr>
                <w:sz w:val="18"/>
              </w:rPr>
              <w:t>anspruchsvoller</w:t>
            </w:r>
            <w:proofErr w:type="spellEnd"/>
            <w:r>
              <w:rPr>
                <w:sz w:val="18"/>
              </w:rPr>
              <w:t>.</w:t>
            </w:r>
          </w:p>
        </w:tc>
      </w:tr>
      <w:tr w:rsidR="00F008E3" w:rsidRPr="00675D78" w14:paraId="07CDF9CC" w14:textId="77777777">
        <w:trPr>
          <w:cantSplit/>
        </w:trPr>
        <w:tc>
          <w:tcPr>
            <w:tcW w:w="1700" w:type="dxa"/>
            <w:tcMar>
              <w:top w:w="60" w:type="dxa"/>
              <w:left w:w="90" w:type="dxa"/>
              <w:bottom w:w="60" w:type="dxa"/>
              <w:right w:w="90" w:type="dxa"/>
            </w:tcMar>
          </w:tcPr>
          <w:p w14:paraId="3026CE6F" w14:textId="77777777" w:rsidR="00F008E3" w:rsidRDefault="00000000">
            <w:pPr>
              <w:spacing w:after="0" w:line="264" w:lineRule="auto"/>
            </w:pPr>
            <w:r>
              <w:rPr>
                <w:b/>
                <w:sz w:val="18"/>
              </w:rPr>
              <w:t>Stringenz</w:t>
            </w:r>
          </w:p>
        </w:tc>
        <w:tc>
          <w:tcPr>
            <w:tcW w:w="3100" w:type="dxa"/>
            <w:tcMar>
              <w:top w:w="60" w:type="dxa"/>
              <w:left w:w="90" w:type="dxa"/>
              <w:bottom w:w="60" w:type="dxa"/>
              <w:right w:w="90" w:type="dxa"/>
            </w:tcMar>
          </w:tcPr>
          <w:p w14:paraId="5BCA3BC2" w14:textId="77777777" w:rsidR="00F008E3" w:rsidRDefault="00000000">
            <w:pPr>
              <w:spacing w:after="0" w:line="264" w:lineRule="auto"/>
            </w:pPr>
            <w:r w:rsidRPr="00675D78">
              <w:rPr>
                <w:sz w:val="18"/>
                <w:lang w:val="de-DE"/>
              </w:rPr>
              <w:t xml:space="preserve">Nur Higher Level: Klarheit von Logik und Sprache beim Abfassen mathematischer Argumente. </w:t>
            </w:r>
            <w:proofErr w:type="spellStart"/>
            <w:r>
              <w:rPr>
                <w:sz w:val="18"/>
              </w:rPr>
              <w:t>Relevante</w:t>
            </w:r>
            <w:proofErr w:type="spellEnd"/>
            <w:r>
              <w:rPr>
                <w:sz w:val="18"/>
              </w:rPr>
              <w:t xml:space="preserve"> </w:t>
            </w:r>
            <w:proofErr w:type="spellStart"/>
            <w:r>
              <w:rPr>
                <w:sz w:val="18"/>
              </w:rPr>
              <w:t>Behauptungen</w:t>
            </w:r>
            <w:proofErr w:type="spellEnd"/>
            <w:r>
              <w:rPr>
                <w:sz w:val="18"/>
              </w:rPr>
              <w:t xml:space="preserve"> </w:t>
            </w:r>
            <w:proofErr w:type="spellStart"/>
            <w:r>
              <w:rPr>
                <w:sz w:val="18"/>
              </w:rPr>
              <w:t>werden</w:t>
            </w:r>
            <w:proofErr w:type="spellEnd"/>
            <w:r>
              <w:rPr>
                <w:sz w:val="18"/>
              </w:rPr>
              <w:t xml:space="preserve"> </w:t>
            </w:r>
            <w:proofErr w:type="spellStart"/>
            <w:r>
              <w:rPr>
                <w:sz w:val="18"/>
              </w:rPr>
              <w:t>begründet</w:t>
            </w:r>
            <w:proofErr w:type="spellEnd"/>
            <w:r>
              <w:rPr>
                <w:sz w:val="18"/>
              </w:rPr>
              <w:t xml:space="preserve"> oder bewiesen.</w:t>
            </w:r>
          </w:p>
        </w:tc>
        <w:tc>
          <w:tcPr>
            <w:tcW w:w="4226" w:type="dxa"/>
            <w:tcMar>
              <w:top w:w="60" w:type="dxa"/>
              <w:left w:w="90" w:type="dxa"/>
              <w:bottom w:w="60" w:type="dxa"/>
              <w:right w:w="90" w:type="dxa"/>
            </w:tcMar>
          </w:tcPr>
          <w:p w14:paraId="78636D98" w14:textId="77777777" w:rsidR="00F008E3" w:rsidRPr="00675D78" w:rsidRDefault="00000000">
            <w:pPr>
              <w:spacing w:after="40" w:line="264" w:lineRule="auto"/>
              <w:rPr>
                <w:lang w:val="de-DE"/>
              </w:rPr>
            </w:pPr>
            <w:r w:rsidRPr="00675D78">
              <w:rPr>
                <w:sz w:val="18"/>
                <w:lang w:val="de-DE"/>
              </w:rPr>
              <w:t xml:space="preserve">Stringenz: Du zeigst mit der zweiten Ableitung, dass die gefundene Stelle wirklich ein Minimum ist, statt es zu behaupten. Du schreibst dazu, dass du quadrieren darfst, weil beide Seiten für x &gt; 0 positiv sind. Du gibst den Definitionsbereich an und sagst, warum der </w:t>
            </w:r>
            <w:proofErr w:type="spellStart"/>
            <w:r w:rsidRPr="00675D78">
              <w:rPr>
                <w:sz w:val="18"/>
                <w:lang w:val="de-DE"/>
              </w:rPr>
              <w:t>Randfall</w:t>
            </w:r>
            <w:proofErr w:type="spellEnd"/>
            <w:r w:rsidRPr="00675D78">
              <w:rPr>
                <w:sz w:val="18"/>
                <w:lang w:val="de-DE"/>
              </w:rPr>
              <w:t xml:space="preserve"> nicht eintritt.</w:t>
            </w:r>
          </w:p>
          <w:p w14:paraId="1970648B" w14:textId="77777777" w:rsidR="00F008E3" w:rsidRPr="00675D78" w:rsidRDefault="00000000">
            <w:pPr>
              <w:spacing w:after="0" w:line="264" w:lineRule="auto"/>
              <w:rPr>
                <w:lang w:val="de-DE"/>
              </w:rPr>
            </w:pPr>
            <w:r w:rsidRPr="00675D78">
              <w:rPr>
                <w:sz w:val="18"/>
                <w:lang w:val="de-DE"/>
              </w:rPr>
              <w:t>Keine Stringenz: „Offensichtlich ist das das Minimum.“</w:t>
            </w:r>
          </w:p>
        </w:tc>
      </w:tr>
    </w:tbl>
    <w:p w14:paraId="03F4BDA9" w14:textId="77777777" w:rsidR="00F008E3" w:rsidRPr="00675D78" w:rsidRDefault="00F008E3">
      <w:pPr>
        <w:rPr>
          <w:lang w:val="de-DE"/>
        </w:rPr>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9026"/>
      </w:tblGrid>
      <w:tr w:rsidR="00F008E3" w:rsidRPr="00675D78" w14:paraId="7494E8D7" w14:textId="77777777">
        <w:trPr>
          <w:cantSplit/>
        </w:trPr>
        <w:tc>
          <w:tcPr>
            <w:tcW w:w="9026" w:type="dxa"/>
            <w:tcBorders>
              <w:left w:val="single" w:sz="26" w:space="0" w:color="8FB840"/>
            </w:tcBorders>
            <w:shd w:val="clear" w:color="auto" w:fill="E7EFD8"/>
            <w:tcMar>
              <w:top w:w="150" w:type="dxa"/>
              <w:left w:w="220" w:type="dxa"/>
              <w:bottom w:w="150" w:type="dxa"/>
              <w:right w:w="200" w:type="dxa"/>
            </w:tcMar>
          </w:tcPr>
          <w:p w14:paraId="5F1CB8DC" w14:textId="77777777" w:rsidR="00F008E3" w:rsidRPr="00675D78" w:rsidRDefault="00000000">
            <w:pPr>
              <w:spacing w:after="80"/>
              <w:rPr>
                <w:lang w:val="de-DE"/>
              </w:rPr>
            </w:pPr>
            <w:r w:rsidRPr="00675D78">
              <w:rPr>
                <w:rFonts w:ascii="Calibri" w:hAnsi="Calibri"/>
                <w:b/>
                <w:color w:val="0F3D2A"/>
                <w:lang w:val="de-DE"/>
              </w:rPr>
              <w:t>Die Faustregel für beide Kurse</w:t>
            </w:r>
          </w:p>
          <w:p w14:paraId="6BECC029" w14:textId="77777777" w:rsidR="00F008E3" w:rsidRPr="00675D78" w:rsidRDefault="00000000">
            <w:pPr>
              <w:spacing w:after="60"/>
              <w:rPr>
                <w:lang w:val="de-DE"/>
              </w:rPr>
            </w:pPr>
            <w:r w:rsidRPr="00675D78">
              <w:rPr>
                <w:sz w:val="20"/>
                <w:lang w:val="de-DE"/>
              </w:rPr>
              <w:t>Es muss nur die Mathematik angewendet werden, die für die Entwicklung deiner Arbeit gebraucht wird. Das können wenige Elemente sein oder sogar ein einziges Unterthema des Lehrplans. Wenige Dinge gut ist besser als viele Dinge nicht so gut.</w:t>
            </w:r>
          </w:p>
        </w:tc>
      </w:tr>
    </w:tbl>
    <w:p w14:paraId="0FB57B5E" w14:textId="77777777" w:rsidR="00F008E3" w:rsidRPr="00090388" w:rsidRDefault="00F008E3"/>
    <w:p w14:paraId="404A70FB" w14:textId="77777777" w:rsidR="00F008E3" w:rsidRPr="00675D78" w:rsidRDefault="00000000">
      <w:pPr>
        <w:rPr>
          <w:lang w:val="de-DE"/>
        </w:rPr>
      </w:pPr>
      <w:r w:rsidRPr="00675D78">
        <w:rPr>
          <w:lang w:val="de-DE"/>
        </w:rPr>
        <w:lastRenderedPageBreak/>
        <w:br w:type="page"/>
      </w:r>
    </w:p>
    <w:p w14:paraId="02DD30FE" w14:textId="77777777" w:rsidR="00F008E3" w:rsidRPr="00675D78" w:rsidRDefault="00000000">
      <w:pPr>
        <w:pStyle w:val="KPKapitel"/>
        <w:rPr>
          <w:lang w:val="de-DE"/>
        </w:rPr>
      </w:pPr>
      <w:r w:rsidRPr="00675D78">
        <w:rPr>
          <w:color w:val="8FB840"/>
          <w:lang w:val="de-DE"/>
        </w:rPr>
        <w:lastRenderedPageBreak/>
        <w:t xml:space="preserve">M 5   </w:t>
      </w:r>
      <w:r w:rsidRPr="00675D78">
        <w:rPr>
          <w:lang w:val="de-DE"/>
        </w:rPr>
        <w:t>Werkstatt: Finde den Fehler</w:t>
      </w:r>
    </w:p>
    <w:p w14:paraId="7AAD31A6" w14:textId="77777777" w:rsidR="00F008E3" w:rsidRPr="00675D78" w:rsidRDefault="00000000">
      <w:pPr>
        <w:pStyle w:val="KPKlein"/>
        <w:rPr>
          <w:lang w:val="de-DE"/>
        </w:rPr>
      </w:pPr>
      <w:r w:rsidRPr="00675D78">
        <w:rPr>
          <w:lang w:val="de-DE"/>
        </w:rPr>
        <w:t>Acht Ausschnitte aus Arbeiten, die es so ähnlich wirklich gegeben hat. Zu jedem Ausschnitt: Welches Kriterium ist betroffen, A oder B? Welcher Teil des Deskriptors ist verletzt? Schreibt bei mindestens vier Ausschnitten die verbesserte Fassung auf.</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4400"/>
        <w:gridCol w:w="1200"/>
        <w:gridCol w:w="2826"/>
      </w:tblGrid>
      <w:tr w:rsidR="00F008E3" w14:paraId="143E6A6C" w14:textId="77777777">
        <w:trPr>
          <w:cantSplit/>
          <w:tblHeader/>
        </w:trPr>
        <w:tc>
          <w:tcPr>
            <w:tcW w:w="600" w:type="dxa"/>
            <w:shd w:val="clear" w:color="auto" w:fill="0F3D2A"/>
            <w:tcMar>
              <w:top w:w="60" w:type="dxa"/>
              <w:left w:w="90" w:type="dxa"/>
              <w:bottom w:w="60" w:type="dxa"/>
              <w:right w:w="90" w:type="dxa"/>
            </w:tcMar>
          </w:tcPr>
          <w:p w14:paraId="6156A20B" w14:textId="77777777" w:rsidR="00F008E3" w:rsidRDefault="00000000">
            <w:pPr>
              <w:spacing w:after="0" w:line="252" w:lineRule="auto"/>
            </w:pPr>
            <w:r>
              <w:rPr>
                <w:rFonts w:ascii="Calibri" w:hAnsi="Calibri"/>
                <w:b/>
                <w:color w:val="FFFFFF"/>
                <w:sz w:val="17"/>
              </w:rPr>
              <w:t>Nr.</w:t>
            </w:r>
          </w:p>
        </w:tc>
        <w:tc>
          <w:tcPr>
            <w:tcW w:w="4400" w:type="dxa"/>
            <w:shd w:val="clear" w:color="auto" w:fill="0F3D2A"/>
            <w:tcMar>
              <w:top w:w="60" w:type="dxa"/>
              <w:left w:w="90" w:type="dxa"/>
              <w:bottom w:w="60" w:type="dxa"/>
              <w:right w:w="90" w:type="dxa"/>
            </w:tcMar>
          </w:tcPr>
          <w:p w14:paraId="5393709D" w14:textId="77777777" w:rsidR="00F008E3" w:rsidRDefault="00000000">
            <w:pPr>
              <w:spacing w:after="0" w:line="252" w:lineRule="auto"/>
            </w:pPr>
            <w:r>
              <w:rPr>
                <w:rFonts w:ascii="Calibri" w:hAnsi="Calibri"/>
                <w:b/>
                <w:color w:val="FFFFFF"/>
                <w:sz w:val="17"/>
              </w:rPr>
              <w:t>Ausschnitt</w:t>
            </w:r>
          </w:p>
        </w:tc>
        <w:tc>
          <w:tcPr>
            <w:tcW w:w="1200" w:type="dxa"/>
            <w:shd w:val="clear" w:color="auto" w:fill="0F3D2A"/>
            <w:tcMar>
              <w:top w:w="60" w:type="dxa"/>
              <w:left w:w="90" w:type="dxa"/>
              <w:bottom w:w="60" w:type="dxa"/>
              <w:right w:w="90" w:type="dxa"/>
            </w:tcMar>
          </w:tcPr>
          <w:p w14:paraId="5A541119" w14:textId="77777777" w:rsidR="00F008E3" w:rsidRDefault="00000000">
            <w:pPr>
              <w:spacing w:after="0" w:line="252" w:lineRule="auto"/>
            </w:pPr>
            <w:r>
              <w:rPr>
                <w:rFonts w:ascii="Calibri" w:hAnsi="Calibri"/>
                <w:b/>
                <w:color w:val="FFFFFF"/>
                <w:sz w:val="17"/>
              </w:rPr>
              <w:t>A oder B?</w:t>
            </w:r>
          </w:p>
        </w:tc>
        <w:tc>
          <w:tcPr>
            <w:tcW w:w="2826" w:type="dxa"/>
            <w:shd w:val="clear" w:color="auto" w:fill="0F3D2A"/>
            <w:tcMar>
              <w:top w:w="60" w:type="dxa"/>
              <w:left w:w="90" w:type="dxa"/>
              <w:bottom w:w="60" w:type="dxa"/>
              <w:right w:w="90" w:type="dxa"/>
            </w:tcMar>
          </w:tcPr>
          <w:p w14:paraId="6620D2A8" w14:textId="77777777" w:rsidR="00F008E3" w:rsidRDefault="00000000">
            <w:pPr>
              <w:spacing w:after="0" w:line="252" w:lineRule="auto"/>
            </w:pPr>
            <w:r>
              <w:rPr>
                <w:rFonts w:ascii="Calibri" w:hAnsi="Calibri"/>
                <w:b/>
                <w:color w:val="FFFFFF"/>
                <w:sz w:val="17"/>
              </w:rPr>
              <w:t>Was ist verletzt?</w:t>
            </w:r>
          </w:p>
        </w:tc>
      </w:tr>
      <w:tr w:rsidR="00F008E3" w:rsidRPr="00675D78" w14:paraId="6539B68C" w14:textId="77777777">
        <w:trPr>
          <w:cantSplit/>
        </w:trPr>
        <w:tc>
          <w:tcPr>
            <w:tcW w:w="600" w:type="dxa"/>
            <w:tcMar>
              <w:top w:w="60" w:type="dxa"/>
              <w:left w:w="90" w:type="dxa"/>
              <w:bottom w:w="60" w:type="dxa"/>
              <w:right w:w="90" w:type="dxa"/>
            </w:tcMar>
          </w:tcPr>
          <w:p w14:paraId="39858096" w14:textId="77777777" w:rsidR="00F008E3" w:rsidRDefault="00000000">
            <w:pPr>
              <w:spacing w:after="0" w:line="264" w:lineRule="auto"/>
            </w:pPr>
            <w:r>
              <w:rPr>
                <w:sz w:val="19"/>
              </w:rPr>
              <w:t>1</w:t>
            </w:r>
          </w:p>
        </w:tc>
        <w:tc>
          <w:tcPr>
            <w:tcW w:w="4400" w:type="dxa"/>
            <w:tcMar>
              <w:top w:w="60" w:type="dxa"/>
              <w:left w:w="90" w:type="dxa"/>
              <w:bottom w:w="60" w:type="dxa"/>
              <w:right w:w="90" w:type="dxa"/>
            </w:tcMar>
          </w:tcPr>
          <w:p w14:paraId="51A2BBAE" w14:textId="77777777" w:rsidR="00F008E3" w:rsidRPr="00675D78" w:rsidRDefault="00000000">
            <w:pPr>
              <w:spacing w:after="0" w:line="264" w:lineRule="auto"/>
              <w:rPr>
                <w:lang w:val="de-DE"/>
              </w:rPr>
            </w:pPr>
            <w:r w:rsidRPr="00675D78">
              <w:rPr>
                <w:sz w:val="19"/>
                <w:lang w:val="de-DE"/>
              </w:rPr>
              <w:t>„Ich habe die Gleichung x^2+3x-4=0 mit dem GDC gelöst und x=1 und x=-4 bekommen.“</w:t>
            </w:r>
          </w:p>
        </w:tc>
        <w:tc>
          <w:tcPr>
            <w:tcW w:w="1200" w:type="dxa"/>
            <w:tcMar>
              <w:top w:w="60" w:type="dxa"/>
              <w:left w:w="90" w:type="dxa"/>
              <w:bottom w:w="60" w:type="dxa"/>
              <w:right w:w="90" w:type="dxa"/>
            </w:tcMar>
          </w:tcPr>
          <w:p w14:paraId="6B06DD19" w14:textId="77777777" w:rsidR="00F008E3" w:rsidRPr="00675D78" w:rsidRDefault="00F008E3">
            <w:pPr>
              <w:spacing w:after="0" w:line="264" w:lineRule="auto"/>
              <w:rPr>
                <w:lang w:val="de-DE"/>
              </w:rPr>
            </w:pPr>
          </w:p>
        </w:tc>
        <w:tc>
          <w:tcPr>
            <w:tcW w:w="2826" w:type="dxa"/>
            <w:tcMar>
              <w:top w:w="60" w:type="dxa"/>
              <w:left w:w="90" w:type="dxa"/>
              <w:bottom w:w="60" w:type="dxa"/>
              <w:right w:w="90" w:type="dxa"/>
            </w:tcMar>
          </w:tcPr>
          <w:p w14:paraId="015CEE97" w14:textId="77777777" w:rsidR="00F008E3" w:rsidRPr="00675D78" w:rsidRDefault="00F008E3">
            <w:pPr>
              <w:spacing w:after="0" w:line="264" w:lineRule="auto"/>
              <w:rPr>
                <w:lang w:val="de-DE"/>
              </w:rPr>
            </w:pPr>
          </w:p>
        </w:tc>
      </w:tr>
      <w:tr w:rsidR="00F008E3" w14:paraId="6E5FA16B" w14:textId="77777777">
        <w:trPr>
          <w:cantSplit/>
        </w:trPr>
        <w:tc>
          <w:tcPr>
            <w:tcW w:w="600" w:type="dxa"/>
            <w:shd w:val="clear" w:color="auto" w:fill="F1F4EC"/>
            <w:tcMar>
              <w:top w:w="60" w:type="dxa"/>
              <w:left w:w="90" w:type="dxa"/>
              <w:bottom w:w="60" w:type="dxa"/>
              <w:right w:w="90" w:type="dxa"/>
            </w:tcMar>
          </w:tcPr>
          <w:p w14:paraId="721D12B1" w14:textId="77777777" w:rsidR="00F008E3" w:rsidRDefault="00000000">
            <w:pPr>
              <w:spacing w:after="0" w:line="264" w:lineRule="auto"/>
            </w:pPr>
            <w:r>
              <w:rPr>
                <w:sz w:val="19"/>
              </w:rPr>
              <w:t>2</w:t>
            </w:r>
          </w:p>
        </w:tc>
        <w:tc>
          <w:tcPr>
            <w:tcW w:w="4400" w:type="dxa"/>
            <w:shd w:val="clear" w:color="auto" w:fill="F1F4EC"/>
            <w:tcMar>
              <w:top w:w="60" w:type="dxa"/>
              <w:left w:w="90" w:type="dxa"/>
              <w:bottom w:w="60" w:type="dxa"/>
              <w:right w:w="90" w:type="dxa"/>
            </w:tcMar>
          </w:tcPr>
          <w:p w14:paraId="606302F0" w14:textId="77777777" w:rsidR="00F008E3" w:rsidRDefault="00000000">
            <w:pPr>
              <w:spacing w:after="0" w:line="264" w:lineRule="auto"/>
            </w:pPr>
            <w:r w:rsidRPr="00675D78">
              <w:rPr>
                <w:sz w:val="19"/>
                <w:lang w:val="de-DE"/>
              </w:rPr>
              <w:t xml:space="preserve">Eine Abbildung mit zwei Kurven, ohne Achsenbeschriftung, ohne Einheiten, ohne Legende. </w:t>
            </w:r>
            <w:proofErr w:type="spellStart"/>
            <w:r>
              <w:rPr>
                <w:sz w:val="19"/>
              </w:rPr>
              <w:t>Darunter</w:t>
            </w:r>
            <w:proofErr w:type="spellEnd"/>
            <w:r>
              <w:rPr>
                <w:sz w:val="19"/>
              </w:rPr>
              <w:t xml:space="preserve"> </w:t>
            </w:r>
            <w:proofErr w:type="spellStart"/>
            <w:r>
              <w:rPr>
                <w:sz w:val="19"/>
              </w:rPr>
              <w:t>steht</w:t>
            </w:r>
            <w:proofErr w:type="spellEnd"/>
            <w:r>
              <w:rPr>
                <w:sz w:val="19"/>
              </w:rPr>
              <w:t>: „Graph“.</w:t>
            </w:r>
          </w:p>
        </w:tc>
        <w:tc>
          <w:tcPr>
            <w:tcW w:w="1200" w:type="dxa"/>
            <w:shd w:val="clear" w:color="auto" w:fill="F1F4EC"/>
            <w:tcMar>
              <w:top w:w="60" w:type="dxa"/>
              <w:left w:w="90" w:type="dxa"/>
              <w:bottom w:w="60" w:type="dxa"/>
              <w:right w:w="90" w:type="dxa"/>
            </w:tcMar>
          </w:tcPr>
          <w:p w14:paraId="5174ADF1" w14:textId="77777777" w:rsidR="00F008E3" w:rsidRDefault="00F008E3">
            <w:pPr>
              <w:spacing w:after="0" w:line="264" w:lineRule="auto"/>
            </w:pPr>
          </w:p>
        </w:tc>
        <w:tc>
          <w:tcPr>
            <w:tcW w:w="2826" w:type="dxa"/>
            <w:shd w:val="clear" w:color="auto" w:fill="F1F4EC"/>
            <w:tcMar>
              <w:top w:w="60" w:type="dxa"/>
              <w:left w:w="90" w:type="dxa"/>
              <w:bottom w:w="60" w:type="dxa"/>
              <w:right w:w="90" w:type="dxa"/>
            </w:tcMar>
          </w:tcPr>
          <w:p w14:paraId="0441E0F4" w14:textId="77777777" w:rsidR="00F008E3" w:rsidRDefault="00F008E3">
            <w:pPr>
              <w:spacing w:after="0" w:line="264" w:lineRule="auto"/>
            </w:pPr>
          </w:p>
        </w:tc>
      </w:tr>
      <w:tr w:rsidR="00F008E3" w:rsidRPr="00675D78" w14:paraId="446F8439" w14:textId="77777777">
        <w:trPr>
          <w:cantSplit/>
        </w:trPr>
        <w:tc>
          <w:tcPr>
            <w:tcW w:w="600" w:type="dxa"/>
            <w:tcMar>
              <w:top w:w="60" w:type="dxa"/>
              <w:left w:w="90" w:type="dxa"/>
              <w:bottom w:w="60" w:type="dxa"/>
              <w:right w:w="90" w:type="dxa"/>
            </w:tcMar>
          </w:tcPr>
          <w:p w14:paraId="65C06939" w14:textId="77777777" w:rsidR="00F008E3" w:rsidRDefault="00000000">
            <w:pPr>
              <w:spacing w:after="0" w:line="264" w:lineRule="auto"/>
            </w:pPr>
            <w:r>
              <w:rPr>
                <w:sz w:val="19"/>
              </w:rPr>
              <w:t>3</w:t>
            </w:r>
          </w:p>
        </w:tc>
        <w:tc>
          <w:tcPr>
            <w:tcW w:w="4400" w:type="dxa"/>
            <w:tcMar>
              <w:top w:w="60" w:type="dxa"/>
              <w:left w:w="90" w:type="dxa"/>
              <w:bottom w:w="60" w:type="dxa"/>
              <w:right w:w="90" w:type="dxa"/>
            </w:tcMar>
          </w:tcPr>
          <w:p w14:paraId="2191AA5E" w14:textId="77777777" w:rsidR="00F008E3" w:rsidRPr="00675D78" w:rsidRDefault="00000000">
            <w:pPr>
              <w:spacing w:after="0" w:line="264" w:lineRule="auto"/>
              <w:rPr>
                <w:lang w:val="de-DE"/>
              </w:rPr>
            </w:pPr>
            <w:r w:rsidRPr="00675D78">
              <w:rPr>
                <w:sz w:val="19"/>
                <w:lang w:val="de-DE"/>
              </w:rPr>
              <w:t>„Die Funktion f beschreibt den Zusammenhang gut. Man sieht deutlich, dass a größer wird, wenn b kleiner wird.“ Die Buchstaben a und b kommen hier zum ersten Mal vor.</w:t>
            </w:r>
          </w:p>
        </w:tc>
        <w:tc>
          <w:tcPr>
            <w:tcW w:w="1200" w:type="dxa"/>
            <w:tcMar>
              <w:top w:w="60" w:type="dxa"/>
              <w:left w:w="90" w:type="dxa"/>
              <w:bottom w:w="60" w:type="dxa"/>
              <w:right w:w="90" w:type="dxa"/>
            </w:tcMar>
          </w:tcPr>
          <w:p w14:paraId="6C4198E2" w14:textId="77777777" w:rsidR="00F008E3" w:rsidRPr="00675D78" w:rsidRDefault="00F008E3">
            <w:pPr>
              <w:spacing w:after="0" w:line="264" w:lineRule="auto"/>
              <w:rPr>
                <w:lang w:val="de-DE"/>
              </w:rPr>
            </w:pPr>
          </w:p>
        </w:tc>
        <w:tc>
          <w:tcPr>
            <w:tcW w:w="2826" w:type="dxa"/>
            <w:tcMar>
              <w:top w:w="60" w:type="dxa"/>
              <w:left w:w="90" w:type="dxa"/>
              <w:bottom w:w="60" w:type="dxa"/>
              <w:right w:w="90" w:type="dxa"/>
            </w:tcMar>
          </w:tcPr>
          <w:p w14:paraId="2B9313E8" w14:textId="77777777" w:rsidR="00F008E3" w:rsidRPr="00675D78" w:rsidRDefault="00F008E3">
            <w:pPr>
              <w:spacing w:after="0" w:line="264" w:lineRule="auto"/>
              <w:rPr>
                <w:lang w:val="de-DE"/>
              </w:rPr>
            </w:pPr>
          </w:p>
        </w:tc>
      </w:tr>
      <w:tr w:rsidR="00F008E3" w:rsidRPr="00675D78" w14:paraId="13A3D3D4" w14:textId="77777777">
        <w:trPr>
          <w:cantSplit/>
        </w:trPr>
        <w:tc>
          <w:tcPr>
            <w:tcW w:w="600" w:type="dxa"/>
            <w:shd w:val="clear" w:color="auto" w:fill="F1F4EC"/>
            <w:tcMar>
              <w:top w:w="60" w:type="dxa"/>
              <w:left w:w="90" w:type="dxa"/>
              <w:bottom w:w="60" w:type="dxa"/>
              <w:right w:w="90" w:type="dxa"/>
            </w:tcMar>
          </w:tcPr>
          <w:p w14:paraId="0530497D" w14:textId="77777777" w:rsidR="00F008E3" w:rsidRDefault="00000000">
            <w:pPr>
              <w:spacing w:after="0" w:line="264" w:lineRule="auto"/>
            </w:pPr>
            <w:r>
              <w:rPr>
                <w:sz w:val="19"/>
              </w:rPr>
              <w:t>4</w:t>
            </w:r>
          </w:p>
        </w:tc>
        <w:tc>
          <w:tcPr>
            <w:tcW w:w="4400" w:type="dxa"/>
            <w:shd w:val="clear" w:color="auto" w:fill="F1F4EC"/>
            <w:tcMar>
              <w:top w:w="60" w:type="dxa"/>
              <w:left w:w="90" w:type="dxa"/>
              <w:bottom w:w="60" w:type="dxa"/>
              <w:right w:w="90" w:type="dxa"/>
            </w:tcMar>
          </w:tcPr>
          <w:p w14:paraId="287FFE87" w14:textId="77777777" w:rsidR="00F008E3" w:rsidRPr="00675D78" w:rsidRDefault="00000000">
            <w:pPr>
              <w:spacing w:after="0" w:line="264" w:lineRule="auto"/>
              <w:rPr>
                <w:lang w:val="de-DE"/>
              </w:rPr>
            </w:pPr>
            <w:r w:rsidRPr="00675D78">
              <w:rPr>
                <w:sz w:val="19"/>
                <w:lang w:val="de-DE"/>
              </w:rPr>
              <w:t>Im Text steht: „Die Regressionsgerade findet sich in Anhang 1.“ Anhang 1 enthält genau ein Diagramm, nämlich dieses.</w:t>
            </w:r>
          </w:p>
        </w:tc>
        <w:tc>
          <w:tcPr>
            <w:tcW w:w="1200" w:type="dxa"/>
            <w:shd w:val="clear" w:color="auto" w:fill="F1F4EC"/>
            <w:tcMar>
              <w:top w:w="60" w:type="dxa"/>
              <w:left w:w="90" w:type="dxa"/>
              <w:bottom w:w="60" w:type="dxa"/>
              <w:right w:w="90" w:type="dxa"/>
            </w:tcMar>
          </w:tcPr>
          <w:p w14:paraId="51544AC6" w14:textId="77777777" w:rsidR="00F008E3" w:rsidRPr="00675D78" w:rsidRDefault="00F008E3">
            <w:pPr>
              <w:spacing w:after="0" w:line="264" w:lineRule="auto"/>
              <w:rPr>
                <w:lang w:val="de-DE"/>
              </w:rPr>
            </w:pPr>
          </w:p>
        </w:tc>
        <w:tc>
          <w:tcPr>
            <w:tcW w:w="2826" w:type="dxa"/>
            <w:shd w:val="clear" w:color="auto" w:fill="F1F4EC"/>
            <w:tcMar>
              <w:top w:w="60" w:type="dxa"/>
              <w:left w:w="90" w:type="dxa"/>
              <w:bottom w:w="60" w:type="dxa"/>
              <w:right w:w="90" w:type="dxa"/>
            </w:tcMar>
          </w:tcPr>
          <w:p w14:paraId="29C55D95" w14:textId="77777777" w:rsidR="00F008E3" w:rsidRPr="00675D78" w:rsidRDefault="00F008E3">
            <w:pPr>
              <w:spacing w:after="0" w:line="264" w:lineRule="auto"/>
              <w:rPr>
                <w:lang w:val="de-DE"/>
              </w:rPr>
            </w:pPr>
          </w:p>
        </w:tc>
      </w:tr>
      <w:tr w:rsidR="00F008E3" w14:paraId="26BD257B" w14:textId="77777777">
        <w:trPr>
          <w:cantSplit/>
        </w:trPr>
        <w:tc>
          <w:tcPr>
            <w:tcW w:w="600" w:type="dxa"/>
            <w:tcMar>
              <w:top w:w="60" w:type="dxa"/>
              <w:left w:w="90" w:type="dxa"/>
              <w:bottom w:w="60" w:type="dxa"/>
              <w:right w:w="90" w:type="dxa"/>
            </w:tcMar>
          </w:tcPr>
          <w:p w14:paraId="0F02366C" w14:textId="77777777" w:rsidR="00F008E3" w:rsidRDefault="00000000">
            <w:pPr>
              <w:spacing w:after="0" w:line="264" w:lineRule="auto"/>
            </w:pPr>
            <w:r>
              <w:rPr>
                <w:sz w:val="19"/>
              </w:rPr>
              <w:t>5</w:t>
            </w:r>
          </w:p>
        </w:tc>
        <w:tc>
          <w:tcPr>
            <w:tcW w:w="4400" w:type="dxa"/>
            <w:tcMar>
              <w:top w:w="60" w:type="dxa"/>
              <w:left w:w="90" w:type="dxa"/>
              <w:bottom w:w="60" w:type="dxa"/>
              <w:right w:w="90" w:type="dxa"/>
            </w:tcMar>
          </w:tcPr>
          <w:p w14:paraId="62EE8EDF" w14:textId="77777777" w:rsidR="00F008E3" w:rsidRDefault="00000000">
            <w:pPr>
              <w:spacing w:after="0" w:line="264" w:lineRule="auto"/>
            </w:pPr>
            <w:r w:rsidRPr="00675D78">
              <w:rPr>
                <w:sz w:val="19"/>
                <w:lang w:val="de-DE"/>
              </w:rPr>
              <w:t xml:space="preserve">„In diesem Abschnitt wiederhole ich die Rechnung aus Abschnitt 3 noch einmal für n = 4, n = 5, n = 6, n = 7 und n = 8.“ </w:t>
            </w:r>
            <w:r>
              <w:rPr>
                <w:sz w:val="19"/>
              </w:rPr>
              <w:t xml:space="preserve">Es </w:t>
            </w:r>
            <w:proofErr w:type="spellStart"/>
            <w:r>
              <w:rPr>
                <w:sz w:val="19"/>
              </w:rPr>
              <w:t>folgen</w:t>
            </w:r>
            <w:proofErr w:type="spellEnd"/>
            <w:r>
              <w:rPr>
                <w:sz w:val="19"/>
              </w:rPr>
              <w:t xml:space="preserve"> </w:t>
            </w:r>
            <w:proofErr w:type="spellStart"/>
            <w:r>
              <w:rPr>
                <w:sz w:val="19"/>
              </w:rPr>
              <w:t>fünf</w:t>
            </w:r>
            <w:proofErr w:type="spellEnd"/>
            <w:r>
              <w:rPr>
                <w:sz w:val="19"/>
              </w:rPr>
              <w:t xml:space="preserve"> </w:t>
            </w:r>
            <w:proofErr w:type="spellStart"/>
            <w:r>
              <w:rPr>
                <w:sz w:val="19"/>
              </w:rPr>
              <w:t>identisch</w:t>
            </w:r>
            <w:proofErr w:type="spellEnd"/>
            <w:r>
              <w:rPr>
                <w:sz w:val="19"/>
              </w:rPr>
              <w:t xml:space="preserve"> aufgebaute Rechnungen über zweieinhalb Seiten.</w:t>
            </w:r>
          </w:p>
        </w:tc>
        <w:tc>
          <w:tcPr>
            <w:tcW w:w="1200" w:type="dxa"/>
            <w:tcMar>
              <w:top w:w="60" w:type="dxa"/>
              <w:left w:w="90" w:type="dxa"/>
              <w:bottom w:w="60" w:type="dxa"/>
              <w:right w:w="90" w:type="dxa"/>
            </w:tcMar>
          </w:tcPr>
          <w:p w14:paraId="74EBDF58" w14:textId="77777777" w:rsidR="00F008E3" w:rsidRDefault="00F008E3">
            <w:pPr>
              <w:spacing w:after="0" w:line="264" w:lineRule="auto"/>
            </w:pPr>
          </w:p>
        </w:tc>
        <w:tc>
          <w:tcPr>
            <w:tcW w:w="2826" w:type="dxa"/>
            <w:tcMar>
              <w:top w:w="60" w:type="dxa"/>
              <w:left w:w="90" w:type="dxa"/>
              <w:bottom w:w="60" w:type="dxa"/>
              <w:right w:w="90" w:type="dxa"/>
            </w:tcMar>
          </w:tcPr>
          <w:p w14:paraId="17E4271C" w14:textId="77777777" w:rsidR="00F008E3" w:rsidRDefault="00F008E3">
            <w:pPr>
              <w:spacing w:after="0" w:line="264" w:lineRule="auto"/>
            </w:pPr>
          </w:p>
        </w:tc>
      </w:tr>
      <w:tr w:rsidR="00F008E3" w:rsidRPr="00675D78" w14:paraId="287EEEAD" w14:textId="77777777">
        <w:trPr>
          <w:cantSplit/>
        </w:trPr>
        <w:tc>
          <w:tcPr>
            <w:tcW w:w="600" w:type="dxa"/>
            <w:shd w:val="clear" w:color="auto" w:fill="F1F4EC"/>
            <w:tcMar>
              <w:top w:w="60" w:type="dxa"/>
              <w:left w:w="90" w:type="dxa"/>
              <w:bottom w:w="60" w:type="dxa"/>
              <w:right w:w="90" w:type="dxa"/>
            </w:tcMar>
          </w:tcPr>
          <w:p w14:paraId="41539E06" w14:textId="77777777" w:rsidR="00F008E3" w:rsidRDefault="00000000">
            <w:pPr>
              <w:spacing w:after="0" w:line="264" w:lineRule="auto"/>
            </w:pPr>
            <w:r>
              <w:rPr>
                <w:sz w:val="19"/>
              </w:rPr>
              <w:t>6</w:t>
            </w:r>
          </w:p>
        </w:tc>
        <w:tc>
          <w:tcPr>
            <w:tcW w:w="4400" w:type="dxa"/>
            <w:shd w:val="clear" w:color="auto" w:fill="F1F4EC"/>
            <w:tcMar>
              <w:top w:w="60" w:type="dxa"/>
              <w:left w:w="90" w:type="dxa"/>
              <w:bottom w:w="60" w:type="dxa"/>
              <w:right w:w="90" w:type="dxa"/>
            </w:tcMar>
          </w:tcPr>
          <w:p w14:paraId="3FE22AD0" w14:textId="77777777" w:rsidR="00F008E3" w:rsidRPr="00675D78" w:rsidRDefault="00000000">
            <w:pPr>
              <w:spacing w:after="0" w:line="264" w:lineRule="auto"/>
              <w:rPr>
                <w:lang w:val="de-DE"/>
              </w:rPr>
            </w:pPr>
            <w:r w:rsidRPr="00675D78">
              <w:rPr>
                <w:sz w:val="19"/>
                <w:lang w:val="de-DE"/>
              </w:rPr>
              <w:t>Das Fazit beginnt mit: „Insgesamt zeigt sich, dass das zweite Modell besser geeignet ist.“ Ein zweites Modell kommt in der Arbeit an keiner anderen Stelle vor.</w:t>
            </w:r>
          </w:p>
        </w:tc>
        <w:tc>
          <w:tcPr>
            <w:tcW w:w="1200" w:type="dxa"/>
            <w:shd w:val="clear" w:color="auto" w:fill="F1F4EC"/>
            <w:tcMar>
              <w:top w:w="60" w:type="dxa"/>
              <w:left w:w="90" w:type="dxa"/>
              <w:bottom w:w="60" w:type="dxa"/>
              <w:right w:w="90" w:type="dxa"/>
            </w:tcMar>
          </w:tcPr>
          <w:p w14:paraId="62915736" w14:textId="77777777" w:rsidR="00F008E3" w:rsidRPr="00675D78" w:rsidRDefault="00F008E3">
            <w:pPr>
              <w:spacing w:after="0" w:line="264" w:lineRule="auto"/>
              <w:rPr>
                <w:lang w:val="de-DE"/>
              </w:rPr>
            </w:pPr>
          </w:p>
        </w:tc>
        <w:tc>
          <w:tcPr>
            <w:tcW w:w="2826" w:type="dxa"/>
            <w:shd w:val="clear" w:color="auto" w:fill="F1F4EC"/>
            <w:tcMar>
              <w:top w:w="60" w:type="dxa"/>
              <w:left w:w="90" w:type="dxa"/>
              <w:bottom w:w="60" w:type="dxa"/>
              <w:right w:w="90" w:type="dxa"/>
            </w:tcMar>
          </w:tcPr>
          <w:p w14:paraId="7CCB90CC" w14:textId="77777777" w:rsidR="00F008E3" w:rsidRPr="00675D78" w:rsidRDefault="00F008E3">
            <w:pPr>
              <w:spacing w:after="0" w:line="264" w:lineRule="auto"/>
              <w:rPr>
                <w:lang w:val="de-DE"/>
              </w:rPr>
            </w:pPr>
          </w:p>
        </w:tc>
      </w:tr>
      <w:tr w:rsidR="00F008E3" w:rsidRPr="00675D78" w14:paraId="554F58A1" w14:textId="77777777">
        <w:trPr>
          <w:cantSplit/>
        </w:trPr>
        <w:tc>
          <w:tcPr>
            <w:tcW w:w="600" w:type="dxa"/>
            <w:tcMar>
              <w:top w:w="60" w:type="dxa"/>
              <w:left w:w="90" w:type="dxa"/>
              <w:bottom w:w="60" w:type="dxa"/>
              <w:right w:w="90" w:type="dxa"/>
            </w:tcMar>
          </w:tcPr>
          <w:p w14:paraId="28973366" w14:textId="77777777" w:rsidR="00F008E3" w:rsidRDefault="00000000">
            <w:pPr>
              <w:spacing w:after="0" w:line="264" w:lineRule="auto"/>
            </w:pPr>
            <w:r>
              <w:rPr>
                <w:sz w:val="19"/>
              </w:rPr>
              <w:t>7</w:t>
            </w:r>
          </w:p>
        </w:tc>
        <w:tc>
          <w:tcPr>
            <w:tcW w:w="4400" w:type="dxa"/>
            <w:tcMar>
              <w:top w:w="60" w:type="dxa"/>
              <w:left w:w="90" w:type="dxa"/>
              <w:bottom w:w="60" w:type="dxa"/>
              <w:right w:w="90" w:type="dxa"/>
            </w:tcMar>
          </w:tcPr>
          <w:p w14:paraId="4B9B8DA5" w14:textId="77777777" w:rsidR="00F008E3" w:rsidRPr="00675D78" w:rsidRDefault="00000000">
            <w:pPr>
              <w:spacing w:after="0" w:line="264" w:lineRule="auto"/>
              <w:rPr>
                <w:lang w:val="de-DE"/>
              </w:rPr>
            </w:pPr>
            <w:r w:rsidRPr="00675D78">
              <w:rPr>
                <w:sz w:val="19"/>
                <w:lang w:val="de-DE"/>
              </w:rPr>
              <w:t>„Die Standardabweichung meiner acht Messwerte beträgt 4,3568211 cm.“</w:t>
            </w:r>
          </w:p>
        </w:tc>
        <w:tc>
          <w:tcPr>
            <w:tcW w:w="1200" w:type="dxa"/>
            <w:tcMar>
              <w:top w:w="60" w:type="dxa"/>
              <w:left w:w="90" w:type="dxa"/>
              <w:bottom w:w="60" w:type="dxa"/>
              <w:right w:w="90" w:type="dxa"/>
            </w:tcMar>
          </w:tcPr>
          <w:p w14:paraId="2995D89F" w14:textId="77777777" w:rsidR="00F008E3" w:rsidRPr="00675D78" w:rsidRDefault="00F008E3">
            <w:pPr>
              <w:spacing w:after="0" w:line="264" w:lineRule="auto"/>
              <w:rPr>
                <w:lang w:val="de-DE"/>
              </w:rPr>
            </w:pPr>
          </w:p>
        </w:tc>
        <w:tc>
          <w:tcPr>
            <w:tcW w:w="2826" w:type="dxa"/>
            <w:tcMar>
              <w:top w:w="60" w:type="dxa"/>
              <w:left w:w="90" w:type="dxa"/>
              <w:bottom w:w="60" w:type="dxa"/>
              <w:right w:w="90" w:type="dxa"/>
            </w:tcMar>
          </w:tcPr>
          <w:p w14:paraId="74A411E4" w14:textId="77777777" w:rsidR="00F008E3" w:rsidRPr="00675D78" w:rsidRDefault="00F008E3">
            <w:pPr>
              <w:spacing w:after="0" w:line="264" w:lineRule="auto"/>
              <w:rPr>
                <w:lang w:val="de-DE"/>
              </w:rPr>
            </w:pPr>
          </w:p>
        </w:tc>
      </w:tr>
      <w:tr w:rsidR="00F008E3" w:rsidRPr="00675D78" w14:paraId="43B94308" w14:textId="77777777">
        <w:trPr>
          <w:cantSplit/>
        </w:trPr>
        <w:tc>
          <w:tcPr>
            <w:tcW w:w="600" w:type="dxa"/>
            <w:shd w:val="clear" w:color="auto" w:fill="F1F4EC"/>
            <w:tcMar>
              <w:top w:w="60" w:type="dxa"/>
              <w:left w:w="90" w:type="dxa"/>
              <w:bottom w:w="60" w:type="dxa"/>
              <w:right w:w="90" w:type="dxa"/>
            </w:tcMar>
          </w:tcPr>
          <w:p w14:paraId="6007FB9E" w14:textId="77777777" w:rsidR="00F008E3" w:rsidRDefault="00000000">
            <w:pPr>
              <w:spacing w:after="0" w:line="264" w:lineRule="auto"/>
            </w:pPr>
            <w:r>
              <w:rPr>
                <w:sz w:val="19"/>
              </w:rPr>
              <w:t>8</w:t>
            </w:r>
          </w:p>
        </w:tc>
        <w:tc>
          <w:tcPr>
            <w:tcW w:w="4400" w:type="dxa"/>
            <w:shd w:val="clear" w:color="auto" w:fill="F1F4EC"/>
            <w:tcMar>
              <w:top w:w="60" w:type="dxa"/>
              <w:left w:w="90" w:type="dxa"/>
              <w:bottom w:w="60" w:type="dxa"/>
              <w:right w:w="90" w:type="dxa"/>
            </w:tcMar>
          </w:tcPr>
          <w:p w14:paraId="2D4CC227" w14:textId="77777777" w:rsidR="00F008E3" w:rsidRPr="00675D78" w:rsidRDefault="00000000">
            <w:pPr>
              <w:spacing w:after="0" w:line="264" w:lineRule="auto"/>
              <w:rPr>
                <w:lang w:val="de-DE"/>
              </w:rPr>
            </w:pPr>
            <w:r w:rsidRPr="00675D78">
              <w:rPr>
                <w:sz w:val="19"/>
                <w:lang w:val="de-DE"/>
              </w:rPr>
              <w:t>Die Arbeit beginnt mit der Überschrift „2. Theoretische Grundlagen“. Eine Einleitung gibt es nicht, das Ziel der Arbeit wird nirgends genannt.</w:t>
            </w:r>
          </w:p>
        </w:tc>
        <w:tc>
          <w:tcPr>
            <w:tcW w:w="1200" w:type="dxa"/>
            <w:shd w:val="clear" w:color="auto" w:fill="F1F4EC"/>
            <w:tcMar>
              <w:top w:w="60" w:type="dxa"/>
              <w:left w:w="90" w:type="dxa"/>
              <w:bottom w:w="60" w:type="dxa"/>
              <w:right w:w="90" w:type="dxa"/>
            </w:tcMar>
          </w:tcPr>
          <w:p w14:paraId="74C11F44" w14:textId="77777777" w:rsidR="00F008E3" w:rsidRPr="00675D78" w:rsidRDefault="00F008E3">
            <w:pPr>
              <w:spacing w:after="0" w:line="264" w:lineRule="auto"/>
              <w:rPr>
                <w:lang w:val="de-DE"/>
              </w:rPr>
            </w:pPr>
          </w:p>
        </w:tc>
        <w:tc>
          <w:tcPr>
            <w:tcW w:w="2826" w:type="dxa"/>
            <w:shd w:val="clear" w:color="auto" w:fill="F1F4EC"/>
            <w:tcMar>
              <w:top w:w="60" w:type="dxa"/>
              <w:left w:w="90" w:type="dxa"/>
              <w:bottom w:w="60" w:type="dxa"/>
              <w:right w:w="90" w:type="dxa"/>
            </w:tcMar>
          </w:tcPr>
          <w:p w14:paraId="2FD97063" w14:textId="77777777" w:rsidR="00F008E3" w:rsidRPr="00675D78" w:rsidRDefault="00F008E3">
            <w:pPr>
              <w:spacing w:after="0" w:line="264" w:lineRule="auto"/>
              <w:rPr>
                <w:lang w:val="de-DE"/>
              </w:rPr>
            </w:pPr>
          </w:p>
        </w:tc>
      </w:tr>
    </w:tbl>
    <w:p w14:paraId="354D652B" w14:textId="77777777" w:rsidR="00F008E3" w:rsidRPr="00675D78" w:rsidRDefault="00F008E3">
      <w:pPr>
        <w:rPr>
          <w:lang w:val="de-DE"/>
        </w:rPr>
      </w:pPr>
    </w:p>
    <w:p w14:paraId="752F0599" w14:textId="77777777" w:rsidR="00F008E3" w:rsidRDefault="00000000">
      <w:pPr>
        <w:pStyle w:val="KPAbschnitt"/>
      </w:pPr>
      <w:proofErr w:type="spellStart"/>
      <w:r>
        <w:t>Verbesserte</w:t>
      </w:r>
      <w:proofErr w:type="spellEnd"/>
      <w:r>
        <w:t xml:space="preserve"> </w:t>
      </w:r>
      <w:proofErr w:type="spellStart"/>
      <w:r>
        <w:t>Fassungen</w:t>
      </w:r>
      <w:proofErr w:type="spellEnd"/>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900"/>
        <w:gridCol w:w="8126"/>
      </w:tblGrid>
      <w:tr w:rsidR="00F008E3" w:rsidRPr="00675D78" w14:paraId="04F492A5" w14:textId="77777777">
        <w:trPr>
          <w:cantSplit/>
          <w:tblHeader/>
        </w:trPr>
        <w:tc>
          <w:tcPr>
            <w:tcW w:w="900" w:type="dxa"/>
            <w:shd w:val="clear" w:color="auto" w:fill="0F3D2A"/>
            <w:tcMar>
              <w:top w:w="60" w:type="dxa"/>
              <w:left w:w="90" w:type="dxa"/>
              <w:bottom w:w="60" w:type="dxa"/>
              <w:right w:w="90" w:type="dxa"/>
            </w:tcMar>
          </w:tcPr>
          <w:p w14:paraId="27F6BCC3" w14:textId="77777777" w:rsidR="00F008E3" w:rsidRDefault="00000000">
            <w:pPr>
              <w:spacing w:after="0" w:line="252" w:lineRule="auto"/>
            </w:pPr>
            <w:r>
              <w:rPr>
                <w:rFonts w:ascii="Calibri" w:hAnsi="Calibri"/>
                <w:b/>
                <w:color w:val="FFFFFF"/>
                <w:sz w:val="17"/>
              </w:rPr>
              <w:t>Nr.</w:t>
            </w:r>
          </w:p>
        </w:tc>
        <w:tc>
          <w:tcPr>
            <w:tcW w:w="8126" w:type="dxa"/>
            <w:shd w:val="clear" w:color="auto" w:fill="0F3D2A"/>
            <w:tcMar>
              <w:top w:w="60" w:type="dxa"/>
              <w:left w:w="90" w:type="dxa"/>
              <w:bottom w:w="60" w:type="dxa"/>
              <w:right w:w="90" w:type="dxa"/>
            </w:tcMar>
          </w:tcPr>
          <w:p w14:paraId="3FB45A2F" w14:textId="77777777" w:rsidR="00F008E3" w:rsidRPr="00675D78" w:rsidRDefault="00000000">
            <w:pPr>
              <w:spacing w:after="0" w:line="252" w:lineRule="auto"/>
              <w:rPr>
                <w:lang w:val="de-DE"/>
              </w:rPr>
            </w:pPr>
            <w:r w:rsidRPr="00675D78">
              <w:rPr>
                <w:rFonts w:ascii="Calibri" w:hAnsi="Calibri"/>
                <w:b/>
                <w:color w:val="FFFFFF"/>
                <w:sz w:val="17"/>
                <w:lang w:val="de-DE"/>
              </w:rPr>
              <w:t>So würde ich es schreiben</w:t>
            </w:r>
          </w:p>
        </w:tc>
      </w:tr>
      <w:tr w:rsidR="00F008E3" w:rsidRPr="00675D78" w14:paraId="23BB229D" w14:textId="77777777">
        <w:trPr>
          <w:cantSplit/>
        </w:trPr>
        <w:tc>
          <w:tcPr>
            <w:tcW w:w="900" w:type="dxa"/>
            <w:tcMar>
              <w:top w:w="60" w:type="dxa"/>
              <w:left w:w="90" w:type="dxa"/>
              <w:bottom w:w="60" w:type="dxa"/>
              <w:right w:w="90" w:type="dxa"/>
            </w:tcMar>
          </w:tcPr>
          <w:p w14:paraId="35AA880D" w14:textId="77777777" w:rsidR="00F008E3" w:rsidRPr="00675D78" w:rsidRDefault="00F008E3">
            <w:pPr>
              <w:spacing w:after="0" w:line="264" w:lineRule="auto"/>
              <w:rPr>
                <w:lang w:val="de-DE"/>
              </w:rPr>
            </w:pPr>
          </w:p>
        </w:tc>
        <w:tc>
          <w:tcPr>
            <w:tcW w:w="8126" w:type="dxa"/>
            <w:tcMar>
              <w:top w:w="60" w:type="dxa"/>
              <w:left w:w="90" w:type="dxa"/>
              <w:bottom w:w="60" w:type="dxa"/>
              <w:right w:w="90" w:type="dxa"/>
            </w:tcMar>
          </w:tcPr>
          <w:p w14:paraId="6A3238D5" w14:textId="77777777" w:rsidR="00F008E3" w:rsidRPr="00675D78" w:rsidRDefault="00F008E3">
            <w:pPr>
              <w:spacing w:after="0" w:line="264" w:lineRule="auto"/>
              <w:rPr>
                <w:lang w:val="de-DE"/>
              </w:rPr>
            </w:pPr>
          </w:p>
        </w:tc>
      </w:tr>
      <w:tr w:rsidR="00F008E3" w:rsidRPr="00675D78" w14:paraId="5A471C4B" w14:textId="77777777">
        <w:trPr>
          <w:cantSplit/>
        </w:trPr>
        <w:tc>
          <w:tcPr>
            <w:tcW w:w="900" w:type="dxa"/>
            <w:shd w:val="clear" w:color="auto" w:fill="F1F4EC"/>
            <w:tcMar>
              <w:top w:w="60" w:type="dxa"/>
              <w:left w:w="90" w:type="dxa"/>
              <w:bottom w:w="60" w:type="dxa"/>
              <w:right w:w="90" w:type="dxa"/>
            </w:tcMar>
          </w:tcPr>
          <w:p w14:paraId="5D2BB5B4" w14:textId="77777777" w:rsidR="00F008E3" w:rsidRPr="00675D78" w:rsidRDefault="00F008E3">
            <w:pPr>
              <w:spacing w:after="0" w:line="264" w:lineRule="auto"/>
              <w:rPr>
                <w:lang w:val="de-DE"/>
              </w:rPr>
            </w:pPr>
          </w:p>
        </w:tc>
        <w:tc>
          <w:tcPr>
            <w:tcW w:w="8126" w:type="dxa"/>
            <w:shd w:val="clear" w:color="auto" w:fill="F1F4EC"/>
            <w:tcMar>
              <w:top w:w="60" w:type="dxa"/>
              <w:left w:w="90" w:type="dxa"/>
              <w:bottom w:w="60" w:type="dxa"/>
              <w:right w:w="90" w:type="dxa"/>
            </w:tcMar>
          </w:tcPr>
          <w:p w14:paraId="70E69DF8" w14:textId="77777777" w:rsidR="00F008E3" w:rsidRPr="00675D78" w:rsidRDefault="00F008E3">
            <w:pPr>
              <w:spacing w:after="0" w:line="264" w:lineRule="auto"/>
              <w:rPr>
                <w:lang w:val="de-DE"/>
              </w:rPr>
            </w:pPr>
          </w:p>
        </w:tc>
      </w:tr>
      <w:tr w:rsidR="00F008E3" w:rsidRPr="00675D78" w14:paraId="1CC46DD6" w14:textId="77777777">
        <w:trPr>
          <w:cantSplit/>
        </w:trPr>
        <w:tc>
          <w:tcPr>
            <w:tcW w:w="900" w:type="dxa"/>
            <w:tcMar>
              <w:top w:w="60" w:type="dxa"/>
              <w:left w:w="90" w:type="dxa"/>
              <w:bottom w:w="60" w:type="dxa"/>
              <w:right w:w="90" w:type="dxa"/>
            </w:tcMar>
          </w:tcPr>
          <w:p w14:paraId="751543FB" w14:textId="77777777" w:rsidR="00F008E3" w:rsidRPr="00675D78" w:rsidRDefault="00F008E3">
            <w:pPr>
              <w:spacing w:after="0" w:line="264" w:lineRule="auto"/>
              <w:rPr>
                <w:lang w:val="de-DE"/>
              </w:rPr>
            </w:pPr>
          </w:p>
        </w:tc>
        <w:tc>
          <w:tcPr>
            <w:tcW w:w="8126" w:type="dxa"/>
            <w:tcMar>
              <w:top w:w="60" w:type="dxa"/>
              <w:left w:w="90" w:type="dxa"/>
              <w:bottom w:w="60" w:type="dxa"/>
              <w:right w:w="90" w:type="dxa"/>
            </w:tcMar>
          </w:tcPr>
          <w:p w14:paraId="4BDDF31D" w14:textId="77777777" w:rsidR="00F008E3" w:rsidRPr="00675D78" w:rsidRDefault="00F008E3">
            <w:pPr>
              <w:spacing w:after="0" w:line="264" w:lineRule="auto"/>
              <w:rPr>
                <w:lang w:val="de-DE"/>
              </w:rPr>
            </w:pPr>
          </w:p>
        </w:tc>
      </w:tr>
      <w:tr w:rsidR="00F008E3" w:rsidRPr="00675D78" w14:paraId="730E5B3F" w14:textId="77777777">
        <w:trPr>
          <w:cantSplit/>
        </w:trPr>
        <w:tc>
          <w:tcPr>
            <w:tcW w:w="900" w:type="dxa"/>
            <w:shd w:val="clear" w:color="auto" w:fill="F1F4EC"/>
            <w:tcMar>
              <w:top w:w="60" w:type="dxa"/>
              <w:left w:w="90" w:type="dxa"/>
              <w:bottom w:w="60" w:type="dxa"/>
              <w:right w:w="90" w:type="dxa"/>
            </w:tcMar>
          </w:tcPr>
          <w:p w14:paraId="36B67D77" w14:textId="77777777" w:rsidR="00F008E3" w:rsidRPr="00675D78" w:rsidRDefault="00F008E3">
            <w:pPr>
              <w:spacing w:after="0" w:line="264" w:lineRule="auto"/>
              <w:rPr>
                <w:lang w:val="de-DE"/>
              </w:rPr>
            </w:pPr>
          </w:p>
        </w:tc>
        <w:tc>
          <w:tcPr>
            <w:tcW w:w="8126" w:type="dxa"/>
            <w:shd w:val="clear" w:color="auto" w:fill="F1F4EC"/>
            <w:tcMar>
              <w:top w:w="60" w:type="dxa"/>
              <w:left w:w="90" w:type="dxa"/>
              <w:bottom w:w="60" w:type="dxa"/>
              <w:right w:w="90" w:type="dxa"/>
            </w:tcMar>
          </w:tcPr>
          <w:p w14:paraId="11F80617" w14:textId="77777777" w:rsidR="00F008E3" w:rsidRPr="00675D78" w:rsidRDefault="00F008E3">
            <w:pPr>
              <w:spacing w:after="0" w:line="264" w:lineRule="auto"/>
              <w:rPr>
                <w:lang w:val="de-DE"/>
              </w:rPr>
            </w:pPr>
          </w:p>
        </w:tc>
      </w:tr>
    </w:tbl>
    <w:p w14:paraId="08CF7740" w14:textId="77777777" w:rsidR="00F008E3" w:rsidRPr="00675D78" w:rsidRDefault="00F008E3">
      <w:pPr>
        <w:rPr>
          <w:lang w:val="de-DE"/>
        </w:rPr>
      </w:pPr>
    </w:p>
    <w:p w14:paraId="1A1E935E" w14:textId="77777777" w:rsidR="00F008E3" w:rsidRPr="00675D78" w:rsidRDefault="00000000">
      <w:pPr>
        <w:rPr>
          <w:lang w:val="de-DE"/>
        </w:rPr>
      </w:pPr>
      <w:r w:rsidRPr="00675D78">
        <w:rPr>
          <w:lang w:val="de-DE"/>
        </w:rPr>
        <w:br w:type="page"/>
      </w:r>
    </w:p>
    <w:p w14:paraId="22082AB5" w14:textId="77777777" w:rsidR="00F008E3" w:rsidRPr="00675D78" w:rsidRDefault="00000000">
      <w:pPr>
        <w:pStyle w:val="KPKapitel"/>
        <w:rPr>
          <w:lang w:val="de-DE"/>
        </w:rPr>
      </w:pPr>
      <w:r w:rsidRPr="00675D78">
        <w:rPr>
          <w:color w:val="8FB840"/>
          <w:lang w:val="de-DE"/>
        </w:rPr>
        <w:lastRenderedPageBreak/>
        <w:t xml:space="preserve">M 6   </w:t>
      </w:r>
      <w:r w:rsidRPr="00675D78">
        <w:rPr>
          <w:lang w:val="de-DE"/>
        </w:rPr>
        <w:t>Merkblatt: Notation und Form</w:t>
      </w:r>
    </w:p>
    <w:p w14:paraId="2E5B2604" w14:textId="77777777" w:rsidR="00F008E3" w:rsidRPr="00675D78" w:rsidRDefault="00000000">
      <w:pPr>
        <w:pStyle w:val="KPKlein"/>
        <w:rPr>
          <w:lang w:val="de-DE"/>
        </w:rPr>
      </w:pPr>
      <w:r w:rsidRPr="00675D78">
        <w:rPr>
          <w:lang w:val="de-DE"/>
        </w:rPr>
        <w:t>Diese sieben Regeln entscheiden über Kriterium B und einen Teil von Kriterium A. Sie sind die billigsten Punkte der ganzen Arbeit – sie kosten dich nur Sorgfalt, keine Mathematik.</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3800"/>
        <w:gridCol w:w="4626"/>
      </w:tblGrid>
      <w:tr w:rsidR="00F008E3" w14:paraId="37DAB378" w14:textId="77777777">
        <w:trPr>
          <w:cantSplit/>
          <w:tblHeader/>
        </w:trPr>
        <w:tc>
          <w:tcPr>
            <w:tcW w:w="600" w:type="dxa"/>
            <w:shd w:val="clear" w:color="auto" w:fill="0F3D2A"/>
            <w:tcMar>
              <w:top w:w="60" w:type="dxa"/>
              <w:left w:w="90" w:type="dxa"/>
              <w:bottom w:w="60" w:type="dxa"/>
              <w:right w:w="90" w:type="dxa"/>
            </w:tcMar>
          </w:tcPr>
          <w:p w14:paraId="79CE2D22" w14:textId="77777777" w:rsidR="00F008E3" w:rsidRDefault="00000000">
            <w:pPr>
              <w:spacing w:after="0" w:line="252" w:lineRule="auto"/>
            </w:pPr>
            <w:r>
              <w:rPr>
                <w:rFonts w:ascii="Calibri" w:hAnsi="Calibri"/>
                <w:b/>
                <w:color w:val="FFFFFF"/>
                <w:sz w:val="17"/>
              </w:rPr>
              <w:t>Nr.</w:t>
            </w:r>
          </w:p>
        </w:tc>
        <w:tc>
          <w:tcPr>
            <w:tcW w:w="3800" w:type="dxa"/>
            <w:shd w:val="clear" w:color="auto" w:fill="0F3D2A"/>
            <w:tcMar>
              <w:top w:w="60" w:type="dxa"/>
              <w:left w:w="90" w:type="dxa"/>
              <w:bottom w:w="60" w:type="dxa"/>
              <w:right w:w="90" w:type="dxa"/>
            </w:tcMar>
          </w:tcPr>
          <w:p w14:paraId="75A66EB4" w14:textId="77777777" w:rsidR="00F008E3" w:rsidRDefault="00000000">
            <w:pPr>
              <w:spacing w:after="0" w:line="252" w:lineRule="auto"/>
            </w:pPr>
            <w:r>
              <w:rPr>
                <w:rFonts w:ascii="Calibri" w:hAnsi="Calibri"/>
                <w:b/>
                <w:color w:val="FFFFFF"/>
                <w:sz w:val="17"/>
              </w:rPr>
              <w:t>Regel</w:t>
            </w:r>
          </w:p>
        </w:tc>
        <w:tc>
          <w:tcPr>
            <w:tcW w:w="4626" w:type="dxa"/>
            <w:shd w:val="clear" w:color="auto" w:fill="0F3D2A"/>
            <w:tcMar>
              <w:top w:w="60" w:type="dxa"/>
              <w:left w:w="90" w:type="dxa"/>
              <w:bottom w:w="60" w:type="dxa"/>
              <w:right w:w="90" w:type="dxa"/>
            </w:tcMar>
          </w:tcPr>
          <w:p w14:paraId="0CF1EB40" w14:textId="77777777" w:rsidR="00F008E3" w:rsidRDefault="00000000">
            <w:pPr>
              <w:spacing w:after="0" w:line="252" w:lineRule="auto"/>
            </w:pPr>
            <w:r>
              <w:rPr>
                <w:rFonts w:ascii="Calibri" w:hAnsi="Calibri"/>
                <w:b/>
                <w:color w:val="FFFFFF"/>
                <w:sz w:val="17"/>
              </w:rPr>
              <w:t>Statt dessen</w:t>
            </w:r>
          </w:p>
        </w:tc>
      </w:tr>
      <w:tr w:rsidR="00F008E3" w14:paraId="16101386" w14:textId="77777777">
        <w:trPr>
          <w:cantSplit/>
        </w:trPr>
        <w:tc>
          <w:tcPr>
            <w:tcW w:w="600" w:type="dxa"/>
            <w:tcMar>
              <w:top w:w="60" w:type="dxa"/>
              <w:left w:w="90" w:type="dxa"/>
              <w:bottom w:w="60" w:type="dxa"/>
              <w:right w:w="90" w:type="dxa"/>
            </w:tcMar>
          </w:tcPr>
          <w:p w14:paraId="5C23C56E" w14:textId="77777777" w:rsidR="00F008E3" w:rsidRDefault="00000000">
            <w:pPr>
              <w:spacing w:after="0" w:line="264" w:lineRule="auto"/>
            </w:pPr>
            <w:r>
              <w:rPr>
                <w:b/>
                <w:sz w:val="19"/>
              </w:rPr>
              <w:t>1</w:t>
            </w:r>
          </w:p>
        </w:tc>
        <w:tc>
          <w:tcPr>
            <w:tcW w:w="3800" w:type="dxa"/>
            <w:tcMar>
              <w:top w:w="60" w:type="dxa"/>
              <w:left w:w="90" w:type="dxa"/>
              <w:bottom w:w="60" w:type="dxa"/>
              <w:right w:w="90" w:type="dxa"/>
            </w:tcMar>
          </w:tcPr>
          <w:p w14:paraId="6359E7B3" w14:textId="77777777" w:rsidR="00F008E3" w:rsidRPr="00675D78" w:rsidRDefault="00000000">
            <w:pPr>
              <w:spacing w:after="0" w:line="264" w:lineRule="auto"/>
              <w:rPr>
                <w:lang w:val="de-DE"/>
              </w:rPr>
            </w:pPr>
            <w:r w:rsidRPr="00675D78">
              <w:rPr>
                <w:sz w:val="19"/>
                <w:lang w:val="de-DE"/>
              </w:rPr>
              <w:t>Taschenrechner- und Computerschreibweise nur, wenn sie von der Software erzeugt ist.</w:t>
            </w:r>
          </w:p>
        </w:tc>
        <w:tc>
          <w:tcPr>
            <w:tcW w:w="4626" w:type="dxa"/>
            <w:tcMar>
              <w:top w:w="60" w:type="dxa"/>
              <w:left w:w="90" w:type="dxa"/>
              <w:bottom w:w="60" w:type="dxa"/>
              <w:right w:w="90" w:type="dxa"/>
            </w:tcMar>
          </w:tcPr>
          <w:p w14:paraId="0B1A9699" w14:textId="77777777" w:rsidR="00F008E3" w:rsidRDefault="00000000">
            <w:pPr>
              <w:spacing w:after="0" w:line="264" w:lineRule="auto"/>
            </w:pPr>
            <w:r w:rsidRPr="00675D78">
              <w:rPr>
                <w:sz w:val="19"/>
                <w:lang w:val="de-DE"/>
              </w:rPr>
              <w:t xml:space="preserve">x², nicht x^2.  </w:t>
            </w:r>
            <w:r w:rsidRPr="00675D78">
              <w:rPr>
                <w:rFonts w:ascii="Cambria Math" w:hAnsi="Cambria Math"/>
                <w:sz w:val="19"/>
                <w:lang w:val="de-DE"/>
              </w:rPr>
              <w:t>√</w:t>
            </w:r>
            <w:r w:rsidRPr="00675D78">
              <w:rPr>
                <w:sz w:val="19"/>
                <w:lang w:val="de-DE"/>
              </w:rPr>
              <w:t xml:space="preserve">x, nicht </w:t>
            </w:r>
            <w:proofErr w:type="spellStart"/>
            <w:r w:rsidRPr="00675D78">
              <w:rPr>
                <w:sz w:val="19"/>
                <w:lang w:val="de-DE"/>
              </w:rPr>
              <w:t>sqrt</w:t>
            </w:r>
            <w:proofErr w:type="spellEnd"/>
            <w:r w:rsidRPr="00675D78">
              <w:rPr>
                <w:sz w:val="19"/>
                <w:lang w:val="de-DE"/>
              </w:rPr>
              <w:t xml:space="preserve">(x).  </w:t>
            </w:r>
            <w:r>
              <w:rPr>
                <w:sz w:val="19"/>
              </w:rPr>
              <w:t xml:space="preserve">1,23 · 10⁴, </w:t>
            </w:r>
            <w:proofErr w:type="spellStart"/>
            <w:r>
              <w:rPr>
                <w:sz w:val="19"/>
              </w:rPr>
              <w:t>nicht</w:t>
            </w:r>
            <w:proofErr w:type="spellEnd"/>
            <w:r>
              <w:rPr>
                <w:sz w:val="19"/>
              </w:rPr>
              <w:t xml:space="preserve"> 1.23E4.</w:t>
            </w:r>
          </w:p>
        </w:tc>
      </w:tr>
      <w:tr w:rsidR="00F008E3" w:rsidRPr="00675D78" w14:paraId="749B3B1E" w14:textId="77777777">
        <w:trPr>
          <w:cantSplit/>
        </w:trPr>
        <w:tc>
          <w:tcPr>
            <w:tcW w:w="600" w:type="dxa"/>
            <w:shd w:val="clear" w:color="auto" w:fill="F1F4EC"/>
            <w:tcMar>
              <w:top w:w="60" w:type="dxa"/>
              <w:left w:w="90" w:type="dxa"/>
              <w:bottom w:w="60" w:type="dxa"/>
              <w:right w:w="90" w:type="dxa"/>
            </w:tcMar>
          </w:tcPr>
          <w:p w14:paraId="01C9A80B" w14:textId="77777777" w:rsidR="00F008E3" w:rsidRDefault="00000000">
            <w:pPr>
              <w:spacing w:after="0" w:line="264" w:lineRule="auto"/>
            </w:pPr>
            <w:r>
              <w:rPr>
                <w:b/>
                <w:sz w:val="19"/>
              </w:rPr>
              <w:t>2</w:t>
            </w:r>
          </w:p>
        </w:tc>
        <w:tc>
          <w:tcPr>
            <w:tcW w:w="3800" w:type="dxa"/>
            <w:shd w:val="clear" w:color="auto" w:fill="F1F4EC"/>
            <w:tcMar>
              <w:top w:w="60" w:type="dxa"/>
              <w:left w:w="90" w:type="dxa"/>
              <w:bottom w:w="60" w:type="dxa"/>
              <w:right w:w="90" w:type="dxa"/>
            </w:tcMar>
          </w:tcPr>
          <w:p w14:paraId="30404F7E" w14:textId="77777777" w:rsidR="00F008E3" w:rsidRPr="00675D78" w:rsidRDefault="00000000">
            <w:pPr>
              <w:spacing w:after="0" w:line="264" w:lineRule="auto"/>
              <w:rPr>
                <w:lang w:val="de-DE"/>
              </w:rPr>
            </w:pPr>
            <w:r w:rsidRPr="00675D78">
              <w:rPr>
                <w:sz w:val="19"/>
                <w:lang w:val="de-DE"/>
              </w:rPr>
              <w:t>Jede Variable wird bei ihrem ersten Auftreten definiert, mit Einheit.</w:t>
            </w:r>
          </w:p>
        </w:tc>
        <w:tc>
          <w:tcPr>
            <w:tcW w:w="4626" w:type="dxa"/>
            <w:shd w:val="clear" w:color="auto" w:fill="F1F4EC"/>
            <w:tcMar>
              <w:top w:w="60" w:type="dxa"/>
              <w:left w:w="90" w:type="dxa"/>
              <w:bottom w:w="60" w:type="dxa"/>
              <w:right w:w="90" w:type="dxa"/>
            </w:tcMar>
          </w:tcPr>
          <w:p w14:paraId="2E364FAC" w14:textId="77777777" w:rsidR="00F008E3" w:rsidRPr="00675D78" w:rsidRDefault="00000000">
            <w:pPr>
              <w:spacing w:after="0" w:line="264" w:lineRule="auto"/>
              <w:rPr>
                <w:lang w:val="de-DE"/>
              </w:rPr>
            </w:pPr>
            <w:r w:rsidRPr="00675D78">
              <w:rPr>
                <w:sz w:val="19"/>
                <w:lang w:val="de-DE"/>
              </w:rPr>
              <w:t>„Dabei ist T(t) die Temperatur in °C zum Zeitpunkt t in Minuten.“</w:t>
            </w:r>
          </w:p>
        </w:tc>
      </w:tr>
      <w:tr w:rsidR="00F008E3" w:rsidRPr="00675D78" w14:paraId="3EE07F2B" w14:textId="77777777">
        <w:trPr>
          <w:cantSplit/>
        </w:trPr>
        <w:tc>
          <w:tcPr>
            <w:tcW w:w="600" w:type="dxa"/>
            <w:tcMar>
              <w:top w:w="60" w:type="dxa"/>
              <w:left w:w="90" w:type="dxa"/>
              <w:bottom w:w="60" w:type="dxa"/>
              <w:right w:w="90" w:type="dxa"/>
            </w:tcMar>
          </w:tcPr>
          <w:p w14:paraId="0237F29A" w14:textId="77777777" w:rsidR="00F008E3" w:rsidRDefault="00000000">
            <w:pPr>
              <w:spacing w:after="0" w:line="264" w:lineRule="auto"/>
            </w:pPr>
            <w:r>
              <w:rPr>
                <w:b/>
                <w:sz w:val="19"/>
              </w:rPr>
              <w:t>3</w:t>
            </w:r>
          </w:p>
        </w:tc>
        <w:tc>
          <w:tcPr>
            <w:tcW w:w="3800" w:type="dxa"/>
            <w:tcMar>
              <w:top w:w="60" w:type="dxa"/>
              <w:left w:w="90" w:type="dxa"/>
              <w:bottom w:w="60" w:type="dxa"/>
              <w:right w:w="90" w:type="dxa"/>
            </w:tcMar>
          </w:tcPr>
          <w:p w14:paraId="3762A56F" w14:textId="77777777" w:rsidR="00F008E3" w:rsidRPr="00675D78" w:rsidRDefault="00000000">
            <w:pPr>
              <w:spacing w:after="0" w:line="264" w:lineRule="auto"/>
              <w:rPr>
                <w:lang w:val="de-DE"/>
              </w:rPr>
            </w:pPr>
            <w:r w:rsidRPr="00675D78">
              <w:rPr>
                <w:sz w:val="19"/>
                <w:lang w:val="de-DE"/>
              </w:rPr>
              <w:t>Jede Achse hat Beschriftung und Einheit. Jede Abbildung hat Nummer und Unterschrift.</w:t>
            </w:r>
          </w:p>
        </w:tc>
        <w:tc>
          <w:tcPr>
            <w:tcW w:w="4626" w:type="dxa"/>
            <w:tcMar>
              <w:top w:w="60" w:type="dxa"/>
              <w:left w:w="90" w:type="dxa"/>
              <w:bottom w:w="60" w:type="dxa"/>
              <w:right w:w="90" w:type="dxa"/>
            </w:tcMar>
          </w:tcPr>
          <w:p w14:paraId="5E716299" w14:textId="77777777" w:rsidR="00F008E3" w:rsidRPr="00675D78" w:rsidRDefault="00000000">
            <w:pPr>
              <w:spacing w:after="0" w:line="264" w:lineRule="auto"/>
              <w:rPr>
                <w:lang w:val="de-DE"/>
              </w:rPr>
            </w:pPr>
            <w:r w:rsidRPr="00675D78">
              <w:rPr>
                <w:sz w:val="19"/>
                <w:lang w:val="de-DE"/>
              </w:rPr>
              <w:t>„Abbildung 3: Zusammenhang zwischen Trainingsumfang (in km/Woche) und Bestzeit (in min).“</w:t>
            </w:r>
          </w:p>
        </w:tc>
      </w:tr>
      <w:tr w:rsidR="00F008E3" w:rsidRPr="00675D78" w14:paraId="07A4495D" w14:textId="77777777">
        <w:trPr>
          <w:cantSplit/>
        </w:trPr>
        <w:tc>
          <w:tcPr>
            <w:tcW w:w="600" w:type="dxa"/>
            <w:shd w:val="clear" w:color="auto" w:fill="F1F4EC"/>
            <w:tcMar>
              <w:top w:w="60" w:type="dxa"/>
              <w:left w:w="90" w:type="dxa"/>
              <w:bottom w:w="60" w:type="dxa"/>
              <w:right w:w="90" w:type="dxa"/>
            </w:tcMar>
          </w:tcPr>
          <w:p w14:paraId="457B6A90" w14:textId="77777777" w:rsidR="00F008E3" w:rsidRDefault="00000000">
            <w:pPr>
              <w:spacing w:after="0" w:line="264" w:lineRule="auto"/>
            </w:pPr>
            <w:r>
              <w:rPr>
                <w:b/>
                <w:sz w:val="19"/>
              </w:rPr>
              <w:t>4</w:t>
            </w:r>
          </w:p>
        </w:tc>
        <w:tc>
          <w:tcPr>
            <w:tcW w:w="3800" w:type="dxa"/>
            <w:shd w:val="clear" w:color="auto" w:fill="F1F4EC"/>
            <w:tcMar>
              <w:top w:w="60" w:type="dxa"/>
              <w:left w:w="90" w:type="dxa"/>
              <w:bottom w:w="60" w:type="dxa"/>
              <w:right w:w="90" w:type="dxa"/>
            </w:tcMar>
          </w:tcPr>
          <w:p w14:paraId="2AB3FD44" w14:textId="77777777" w:rsidR="00F008E3" w:rsidRPr="00675D78" w:rsidRDefault="00000000">
            <w:pPr>
              <w:spacing w:after="0" w:line="264" w:lineRule="auto"/>
              <w:rPr>
                <w:lang w:val="de-DE"/>
              </w:rPr>
            </w:pPr>
            <w:r w:rsidRPr="00675D78">
              <w:rPr>
                <w:sz w:val="19"/>
                <w:lang w:val="de-DE"/>
              </w:rPr>
              <w:t>Gleichungen stehen abgesetzt und werden nummeriert, wenn du später auf sie verweist.</w:t>
            </w:r>
          </w:p>
        </w:tc>
        <w:tc>
          <w:tcPr>
            <w:tcW w:w="4626" w:type="dxa"/>
            <w:shd w:val="clear" w:color="auto" w:fill="F1F4EC"/>
            <w:tcMar>
              <w:top w:w="60" w:type="dxa"/>
              <w:left w:w="90" w:type="dxa"/>
              <w:bottom w:w="60" w:type="dxa"/>
              <w:right w:w="90" w:type="dxa"/>
            </w:tcMar>
          </w:tcPr>
          <w:p w14:paraId="5607E335" w14:textId="77777777" w:rsidR="00F008E3" w:rsidRPr="00675D78" w:rsidRDefault="00000000">
            <w:pPr>
              <w:spacing w:after="0" w:line="264" w:lineRule="auto"/>
              <w:rPr>
                <w:lang w:val="de-DE"/>
              </w:rPr>
            </w:pPr>
            <w:r w:rsidRPr="00675D78">
              <w:rPr>
                <w:sz w:val="19"/>
                <w:lang w:val="de-DE"/>
              </w:rPr>
              <w:t>Nicht mitten im Satz verstecken.</w:t>
            </w:r>
          </w:p>
        </w:tc>
      </w:tr>
      <w:tr w:rsidR="00F008E3" w:rsidRPr="00675D78" w14:paraId="05F78717" w14:textId="77777777">
        <w:trPr>
          <w:cantSplit/>
        </w:trPr>
        <w:tc>
          <w:tcPr>
            <w:tcW w:w="600" w:type="dxa"/>
            <w:tcMar>
              <w:top w:w="60" w:type="dxa"/>
              <w:left w:w="90" w:type="dxa"/>
              <w:bottom w:w="60" w:type="dxa"/>
              <w:right w:w="90" w:type="dxa"/>
            </w:tcMar>
          </w:tcPr>
          <w:p w14:paraId="449F37D9" w14:textId="77777777" w:rsidR="00F008E3" w:rsidRDefault="00000000">
            <w:pPr>
              <w:spacing w:after="0" w:line="264" w:lineRule="auto"/>
            </w:pPr>
            <w:r>
              <w:rPr>
                <w:b/>
                <w:sz w:val="19"/>
              </w:rPr>
              <w:t>5</w:t>
            </w:r>
          </w:p>
        </w:tc>
        <w:tc>
          <w:tcPr>
            <w:tcW w:w="3800" w:type="dxa"/>
            <w:tcMar>
              <w:top w:w="60" w:type="dxa"/>
              <w:left w:w="90" w:type="dxa"/>
              <w:bottom w:w="60" w:type="dxa"/>
              <w:right w:w="90" w:type="dxa"/>
            </w:tcMar>
          </w:tcPr>
          <w:p w14:paraId="2B2E491D" w14:textId="77777777" w:rsidR="00F008E3" w:rsidRPr="00675D78" w:rsidRDefault="00000000">
            <w:pPr>
              <w:spacing w:after="0" w:line="264" w:lineRule="auto"/>
              <w:rPr>
                <w:lang w:val="de-DE"/>
              </w:rPr>
            </w:pPr>
            <w:r w:rsidRPr="00675D78">
              <w:rPr>
                <w:sz w:val="19"/>
                <w:lang w:val="de-DE"/>
              </w:rPr>
              <w:t>Kein Gleichheitszeichen, das nicht stimmt.</w:t>
            </w:r>
          </w:p>
        </w:tc>
        <w:tc>
          <w:tcPr>
            <w:tcW w:w="4626" w:type="dxa"/>
            <w:tcMar>
              <w:top w:w="60" w:type="dxa"/>
              <w:left w:w="90" w:type="dxa"/>
              <w:bottom w:w="60" w:type="dxa"/>
              <w:right w:w="90" w:type="dxa"/>
            </w:tcMar>
          </w:tcPr>
          <w:p w14:paraId="29B7A9BD" w14:textId="77777777" w:rsidR="00F008E3" w:rsidRPr="00675D78" w:rsidRDefault="00000000">
            <w:pPr>
              <w:spacing w:after="0" w:line="264" w:lineRule="auto"/>
              <w:rPr>
                <w:lang w:val="de-DE"/>
              </w:rPr>
            </w:pPr>
            <w:r w:rsidRPr="00675D78">
              <w:rPr>
                <w:sz w:val="19"/>
                <w:lang w:val="de-DE"/>
              </w:rPr>
              <w:t>Eine Kette von Umformungen ist keine einzige Gleichung. Jede Zeile muss für sich richtig sein.</w:t>
            </w:r>
          </w:p>
        </w:tc>
      </w:tr>
      <w:tr w:rsidR="00F008E3" w:rsidRPr="00675D78" w14:paraId="71A7A7FB" w14:textId="77777777">
        <w:trPr>
          <w:cantSplit/>
        </w:trPr>
        <w:tc>
          <w:tcPr>
            <w:tcW w:w="600" w:type="dxa"/>
            <w:shd w:val="clear" w:color="auto" w:fill="F1F4EC"/>
            <w:tcMar>
              <w:top w:w="60" w:type="dxa"/>
              <w:left w:w="90" w:type="dxa"/>
              <w:bottom w:w="60" w:type="dxa"/>
              <w:right w:w="90" w:type="dxa"/>
            </w:tcMar>
          </w:tcPr>
          <w:p w14:paraId="04061F27" w14:textId="77777777" w:rsidR="00F008E3" w:rsidRDefault="00000000">
            <w:pPr>
              <w:spacing w:after="0" w:line="264" w:lineRule="auto"/>
            </w:pPr>
            <w:r>
              <w:rPr>
                <w:b/>
                <w:sz w:val="19"/>
              </w:rPr>
              <w:t>6</w:t>
            </w:r>
          </w:p>
        </w:tc>
        <w:tc>
          <w:tcPr>
            <w:tcW w:w="3800" w:type="dxa"/>
            <w:shd w:val="clear" w:color="auto" w:fill="F1F4EC"/>
            <w:tcMar>
              <w:top w:w="60" w:type="dxa"/>
              <w:left w:w="90" w:type="dxa"/>
              <w:bottom w:w="60" w:type="dxa"/>
              <w:right w:w="90" w:type="dxa"/>
            </w:tcMar>
          </w:tcPr>
          <w:p w14:paraId="79E5CB92" w14:textId="77777777" w:rsidR="00F008E3" w:rsidRPr="00675D78" w:rsidRDefault="00000000">
            <w:pPr>
              <w:spacing w:after="0" w:line="264" w:lineRule="auto"/>
              <w:rPr>
                <w:lang w:val="de-DE"/>
              </w:rPr>
            </w:pPr>
            <w:r w:rsidRPr="00675D78">
              <w:rPr>
                <w:sz w:val="19"/>
                <w:lang w:val="de-DE"/>
              </w:rPr>
              <w:t>Runden wird begründet und einheitlich gehandhabt.</w:t>
            </w:r>
          </w:p>
        </w:tc>
        <w:tc>
          <w:tcPr>
            <w:tcW w:w="4626" w:type="dxa"/>
            <w:shd w:val="clear" w:color="auto" w:fill="F1F4EC"/>
            <w:tcMar>
              <w:top w:w="60" w:type="dxa"/>
              <w:left w:w="90" w:type="dxa"/>
              <w:bottom w:w="60" w:type="dxa"/>
              <w:right w:w="90" w:type="dxa"/>
            </w:tcMar>
          </w:tcPr>
          <w:p w14:paraId="7FBF86E9" w14:textId="77777777" w:rsidR="00F008E3" w:rsidRPr="00675D78" w:rsidRDefault="00000000">
            <w:pPr>
              <w:spacing w:after="0" w:line="264" w:lineRule="auto"/>
              <w:rPr>
                <w:lang w:val="de-DE"/>
              </w:rPr>
            </w:pPr>
            <w:r w:rsidRPr="00675D78">
              <w:rPr>
                <w:sz w:val="19"/>
                <w:lang w:val="de-DE"/>
              </w:rPr>
              <w:t>„Alle Zeiten sind auf zwei Nachkommastellen gerundet, weil die Stoppuhr auf 0,01 s genau anzeigt.“</w:t>
            </w:r>
          </w:p>
        </w:tc>
      </w:tr>
      <w:tr w:rsidR="00F008E3" w:rsidRPr="00675D78" w14:paraId="64C4117D" w14:textId="77777777">
        <w:trPr>
          <w:cantSplit/>
        </w:trPr>
        <w:tc>
          <w:tcPr>
            <w:tcW w:w="600" w:type="dxa"/>
            <w:tcMar>
              <w:top w:w="60" w:type="dxa"/>
              <w:left w:w="90" w:type="dxa"/>
              <w:bottom w:w="60" w:type="dxa"/>
              <w:right w:w="90" w:type="dxa"/>
            </w:tcMar>
          </w:tcPr>
          <w:p w14:paraId="47E43474" w14:textId="77777777" w:rsidR="00F008E3" w:rsidRDefault="00000000">
            <w:pPr>
              <w:spacing w:after="0" w:line="264" w:lineRule="auto"/>
            </w:pPr>
            <w:r>
              <w:rPr>
                <w:b/>
                <w:sz w:val="19"/>
              </w:rPr>
              <w:t>7</w:t>
            </w:r>
          </w:p>
        </w:tc>
        <w:tc>
          <w:tcPr>
            <w:tcW w:w="3800" w:type="dxa"/>
            <w:tcMar>
              <w:top w:w="60" w:type="dxa"/>
              <w:left w:w="90" w:type="dxa"/>
              <w:bottom w:w="60" w:type="dxa"/>
              <w:right w:w="90" w:type="dxa"/>
            </w:tcMar>
          </w:tcPr>
          <w:p w14:paraId="18BD321D" w14:textId="77777777" w:rsidR="00F008E3" w:rsidRPr="00675D78" w:rsidRDefault="00000000">
            <w:pPr>
              <w:spacing w:after="0" w:line="264" w:lineRule="auto"/>
              <w:rPr>
                <w:lang w:val="de-DE"/>
              </w:rPr>
            </w:pPr>
            <w:r w:rsidRPr="00675D78">
              <w:rPr>
                <w:sz w:val="19"/>
                <w:lang w:val="de-DE"/>
              </w:rPr>
              <w:t>Bilder, Diagramme, Daten und Formeln aus fremden Quellen werden zitiert.</w:t>
            </w:r>
          </w:p>
        </w:tc>
        <w:tc>
          <w:tcPr>
            <w:tcW w:w="4626" w:type="dxa"/>
            <w:tcMar>
              <w:top w:w="60" w:type="dxa"/>
              <w:left w:w="90" w:type="dxa"/>
              <w:bottom w:w="60" w:type="dxa"/>
              <w:right w:w="90" w:type="dxa"/>
            </w:tcMar>
          </w:tcPr>
          <w:p w14:paraId="2D38528F" w14:textId="77777777" w:rsidR="00F008E3" w:rsidRPr="00675D78" w:rsidRDefault="00000000">
            <w:pPr>
              <w:spacing w:after="0" w:line="264" w:lineRule="auto"/>
              <w:rPr>
                <w:lang w:val="de-DE"/>
              </w:rPr>
            </w:pPr>
            <w:r w:rsidRPr="00675D78">
              <w:rPr>
                <w:sz w:val="19"/>
                <w:lang w:val="de-DE"/>
              </w:rPr>
              <w:t>Auch aus der Formelsammlung, auch aus dem Lehrbuch, auch aus dem Internet.</w:t>
            </w:r>
          </w:p>
        </w:tc>
      </w:tr>
    </w:tbl>
    <w:p w14:paraId="50DFC492" w14:textId="77777777" w:rsidR="00F008E3" w:rsidRPr="00675D78" w:rsidRDefault="00F008E3">
      <w:pPr>
        <w:rPr>
          <w:lang w:val="de-DE"/>
        </w:rPr>
      </w:pPr>
    </w:p>
    <w:p w14:paraId="3384FEEA" w14:textId="77777777" w:rsidR="00F008E3" w:rsidRPr="00675D78" w:rsidRDefault="00000000">
      <w:pPr>
        <w:pStyle w:val="KPAbschnitt"/>
        <w:rPr>
          <w:lang w:val="de-DE"/>
        </w:rPr>
      </w:pPr>
      <w:r w:rsidRPr="00675D78">
        <w:rPr>
          <w:lang w:val="de-DE"/>
        </w:rPr>
        <w:t>Und zur Form</w:t>
      </w:r>
    </w:p>
    <w:p w14:paraId="103423BD" w14:textId="77777777" w:rsidR="00F008E3" w:rsidRPr="00675D78" w:rsidRDefault="00000000">
      <w:pPr>
        <w:pStyle w:val="KPListe"/>
        <w:rPr>
          <w:lang w:val="de-DE"/>
        </w:rPr>
      </w:pPr>
      <w:r w:rsidRPr="00675D78">
        <w:rPr>
          <w:sz w:val="20"/>
          <w:lang w:val="de-DE"/>
        </w:rPr>
        <w:t>— Deckblatt: Titel und Anzahl der Seiten.</w:t>
      </w:r>
    </w:p>
    <w:p w14:paraId="3B4BBD23" w14:textId="77777777" w:rsidR="00F008E3" w:rsidRPr="00675D78" w:rsidRDefault="00000000">
      <w:pPr>
        <w:pStyle w:val="KPListe"/>
        <w:rPr>
          <w:lang w:val="de-DE"/>
        </w:rPr>
      </w:pPr>
      <w:r w:rsidRPr="00675D78">
        <w:rPr>
          <w:sz w:val="20"/>
          <w:lang w:val="de-DE"/>
        </w:rPr>
        <w:t>— Doppelter Zeilenabstand, 12 bis 20 Seiten mit Grafiken, ohne Quellenverzeichnis.</w:t>
      </w:r>
    </w:p>
    <w:p w14:paraId="63A3B963" w14:textId="77777777" w:rsidR="00F008E3" w:rsidRPr="00675D78" w:rsidRDefault="00000000">
      <w:pPr>
        <w:pStyle w:val="KPListe"/>
        <w:rPr>
          <w:lang w:val="de-DE"/>
        </w:rPr>
      </w:pPr>
      <w:r w:rsidRPr="00675D78">
        <w:rPr>
          <w:sz w:val="20"/>
          <w:lang w:val="de-DE"/>
        </w:rPr>
        <w:t>— Relevante Graphen, Tabellen und Diagramme gehören in den Text. In den Anhang gehören große Datenmengen und Zusatzmaterial.</w:t>
      </w:r>
    </w:p>
    <w:p w14:paraId="1B0BE45B" w14:textId="77777777" w:rsidR="00F008E3" w:rsidRPr="00675D78" w:rsidRDefault="00000000">
      <w:pPr>
        <w:pStyle w:val="KPListe"/>
        <w:rPr>
          <w:lang w:val="de-DE"/>
        </w:rPr>
      </w:pPr>
      <w:r w:rsidRPr="00675D78">
        <w:rPr>
          <w:sz w:val="20"/>
          <w:lang w:val="de-DE"/>
        </w:rPr>
        <w:t>— Quellenverzeichnis am Ende, vollständig. Direkte Zitate werden gekennzeichnet und belegt.</w:t>
      </w:r>
    </w:p>
    <w:p w14:paraId="32444549" w14:textId="77777777" w:rsidR="00F008E3" w:rsidRPr="00675D78" w:rsidRDefault="00000000">
      <w:pPr>
        <w:rPr>
          <w:lang w:val="de-DE"/>
        </w:rPr>
      </w:pPr>
      <w:r w:rsidRPr="00675D78">
        <w:rPr>
          <w:lang w:val="de-DE"/>
        </w:rPr>
        <w:br w:type="page"/>
      </w:r>
    </w:p>
    <w:p w14:paraId="0022CD47" w14:textId="77777777" w:rsidR="00F008E3" w:rsidRPr="00675D78" w:rsidRDefault="00000000">
      <w:pPr>
        <w:pStyle w:val="KPKapitel"/>
        <w:rPr>
          <w:lang w:val="de-DE"/>
        </w:rPr>
      </w:pPr>
      <w:r w:rsidRPr="00675D78">
        <w:rPr>
          <w:color w:val="8FB840"/>
          <w:lang w:val="de-DE"/>
        </w:rPr>
        <w:lastRenderedPageBreak/>
        <w:t xml:space="preserve">M 7   </w:t>
      </w:r>
      <w:r w:rsidRPr="00675D78">
        <w:rPr>
          <w:lang w:val="de-DE"/>
        </w:rPr>
        <w:t>Kartensatz: Einsatz und Reflexion</w:t>
      </w:r>
    </w:p>
    <w:p w14:paraId="5229C268" w14:textId="77777777" w:rsidR="00F008E3" w:rsidRPr="00675D78" w:rsidRDefault="00000000">
      <w:pPr>
        <w:pStyle w:val="KPKlein"/>
        <w:rPr>
          <w:lang w:val="de-DE"/>
        </w:rPr>
      </w:pPr>
      <w:r w:rsidRPr="00675D78">
        <w:rPr>
          <w:lang w:val="de-DE"/>
        </w:rPr>
        <w:t>Zum Ausschneiden. Legt jede Karte auf ein Feld der Matrix: Spalte C (persönlicher Einsatz) oder D (Reflexion), Zeile Ebene 1, 2 oder 3 – oder „zählt nicht“. Wenn ihr euch nach einer Minute nicht einigt, legt die Karte an den Rand und schreibt dazu, woran es hängt.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4513"/>
        <w:gridCol w:w="4513"/>
      </w:tblGrid>
      <w:tr w:rsidR="00F008E3" w14:paraId="2095269C" w14:textId="77777777">
        <w:trPr>
          <w:cantSplit/>
        </w:trPr>
        <w:tc>
          <w:tcPr>
            <w:tcW w:w="4513" w:type="dxa"/>
            <w:tcMar>
              <w:top w:w="60" w:type="dxa"/>
              <w:left w:w="90" w:type="dxa"/>
              <w:bottom w:w="60" w:type="dxa"/>
              <w:right w:w="90" w:type="dxa"/>
            </w:tcMar>
          </w:tcPr>
          <w:p w14:paraId="2713F0AB" w14:textId="77777777" w:rsidR="00F008E3" w:rsidRPr="00675D78" w:rsidRDefault="00000000">
            <w:pPr>
              <w:spacing w:after="0" w:line="264" w:lineRule="auto"/>
              <w:rPr>
                <w:lang w:val="de-DE"/>
              </w:rPr>
            </w:pPr>
            <w:r w:rsidRPr="00675D78">
              <w:rPr>
                <w:sz w:val="19"/>
                <w:lang w:val="de-DE"/>
              </w:rPr>
              <w:t>a)  Ich habe sehr viele Stunden in diese Arbeit investiert.</w:t>
            </w:r>
          </w:p>
        </w:tc>
        <w:tc>
          <w:tcPr>
            <w:tcW w:w="4513" w:type="dxa"/>
            <w:tcMar>
              <w:top w:w="60" w:type="dxa"/>
              <w:left w:w="90" w:type="dxa"/>
              <w:bottom w:w="60" w:type="dxa"/>
              <w:right w:w="90" w:type="dxa"/>
            </w:tcMar>
          </w:tcPr>
          <w:p w14:paraId="43048CAA" w14:textId="77777777" w:rsidR="00F008E3" w:rsidRDefault="00000000">
            <w:pPr>
              <w:spacing w:after="0" w:line="264" w:lineRule="auto"/>
            </w:pPr>
            <w:r>
              <w:rPr>
                <w:sz w:val="19"/>
              </w:rPr>
              <w:t xml:space="preserve">b)  Das </w:t>
            </w:r>
            <w:proofErr w:type="spellStart"/>
            <w:r>
              <w:rPr>
                <w:sz w:val="19"/>
              </w:rPr>
              <w:t>Ergebnis</w:t>
            </w:r>
            <w:proofErr w:type="spellEnd"/>
            <w:r>
              <w:rPr>
                <w:sz w:val="19"/>
              </w:rPr>
              <w:t xml:space="preserve"> </w:t>
            </w:r>
            <w:proofErr w:type="spellStart"/>
            <w:r>
              <w:rPr>
                <w:sz w:val="19"/>
              </w:rPr>
              <w:t>ist</w:t>
            </w:r>
            <w:proofErr w:type="spellEnd"/>
            <w:r>
              <w:rPr>
                <w:sz w:val="19"/>
              </w:rPr>
              <w:t xml:space="preserve"> 42,7.</w:t>
            </w:r>
          </w:p>
        </w:tc>
      </w:tr>
      <w:tr w:rsidR="00F008E3" w:rsidRPr="00675D78" w14:paraId="619C1941" w14:textId="77777777">
        <w:trPr>
          <w:cantSplit/>
        </w:trPr>
        <w:tc>
          <w:tcPr>
            <w:tcW w:w="4513" w:type="dxa"/>
            <w:tcMar>
              <w:top w:w="60" w:type="dxa"/>
              <w:left w:w="90" w:type="dxa"/>
              <w:bottom w:w="60" w:type="dxa"/>
              <w:right w:w="90" w:type="dxa"/>
            </w:tcMar>
          </w:tcPr>
          <w:p w14:paraId="14F6E1C7" w14:textId="77777777" w:rsidR="00F008E3" w:rsidRPr="00675D78" w:rsidRDefault="00000000">
            <w:pPr>
              <w:spacing w:after="0" w:line="264" w:lineRule="auto"/>
              <w:rPr>
                <w:lang w:val="de-DE"/>
              </w:rPr>
            </w:pPr>
            <w:r w:rsidRPr="00675D78">
              <w:rPr>
                <w:sz w:val="19"/>
                <w:lang w:val="de-DE"/>
              </w:rPr>
              <w:t>c)  Ich habe das Thema gewählt, weil mein Vater in der Qualitätssicherung arbeitet und mir von Toleranzgrenzen erzählt hat.</w:t>
            </w:r>
          </w:p>
        </w:tc>
        <w:tc>
          <w:tcPr>
            <w:tcW w:w="4513" w:type="dxa"/>
            <w:tcMar>
              <w:top w:w="60" w:type="dxa"/>
              <w:left w:w="90" w:type="dxa"/>
              <w:bottom w:w="60" w:type="dxa"/>
              <w:right w:w="90" w:type="dxa"/>
            </w:tcMar>
          </w:tcPr>
          <w:p w14:paraId="5E403E1F" w14:textId="77777777" w:rsidR="00F008E3" w:rsidRPr="00675D78" w:rsidRDefault="00000000">
            <w:pPr>
              <w:spacing w:after="0" w:line="264" w:lineRule="auto"/>
              <w:rPr>
                <w:lang w:val="de-DE"/>
              </w:rPr>
            </w:pPr>
            <w:r w:rsidRPr="00675D78">
              <w:rPr>
                <w:sz w:val="19"/>
                <w:lang w:val="de-DE"/>
              </w:rPr>
              <w:t>d)  Das Modell passt gut zu den Daten.</w:t>
            </w:r>
          </w:p>
        </w:tc>
      </w:tr>
      <w:tr w:rsidR="00F008E3" w14:paraId="05D3EBA8" w14:textId="77777777">
        <w:trPr>
          <w:cantSplit/>
        </w:trPr>
        <w:tc>
          <w:tcPr>
            <w:tcW w:w="4513" w:type="dxa"/>
            <w:tcMar>
              <w:top w:w="60" w:type="dxa"/>
              <w:left w:w="90" w:type="dxa"/>
              <w:bottom w:w="60" w:type="dxa"/>
              <w:right w:w="90" w:type="dxa"/>
            </w:tcMar>
          </w:tcPr>
          <w:p w14:paraId="3C81C554" w14:textId="77777777" w:rsidR="00F008E3" w:rsidRPr="00675D78" w:rsidRDefault="00000000">
            <w:pPr>
              <w:spacing w:after="0" w:line="264" w:lineRule="auto"/>
              <w:rPr>
                <w:lang w:val="de-DE"/>
              </w:rPr>
            </w:pPr>
            <w:r w:rsidRPr="00675D78">
              <w:rPr>
                <w:sz w:val="19"/>
                <w:lang w:val="de-DE"/>
              </w:rPr>
              <w:t>e)  Um die Formel zu verstehen, habe ich sie zuerst für n = 2 von Hand nachgerechnet und dann verallgemeinert.</w:t>
            </w:r>
          </w:p>
        </w:tc>
        <w:tc>
          <w:tcPr>
            <w:tcW w:w="4513" w:type="dxa"/>
            <w:tcMar>
              <w:top w:w="60" w:type="dxa"/>
              <w:left w:w="90" w:type="dxa"/>
              <w:bottom w:w="60" w:type="dxa"/>
              <w:right w:w="90" w:type="dxa"/>
            </w:tcMar>
          </w:tcPr>
          <w:p w14:paraId="597C04E0" w14:textId="77777777" w:rsidR="00F008E3" w:rsidRDefault="00000000">
            <w:pPr>
              <w:spacing w:after="0" w:line="264" w:lineRule="auto"/>
            </w:pPr>
            <w:r w:rsidRPr="00675D78">
              <w:rPr>
                <w:sz w:val="19"/>
                <w:lang w:val="de-DE"/>
              </w:rPr>
              <w:t xml:space="preserve">f)  Das Modell passt in den ersten 20 Minuten gut, danach liegt es systematisch zu tief. </w:t>
            </w:r>
            <w:r>
              <w:rPr>
                <w:sz w:val="19"/>
              </w:rPr>
              <w:t xml:space="preserve">Das </w:t>
            </w:r>
            <w:proofErr w:type="spellStart"/>
            <w:r>
              <w:rPr>
                <w:sz w:val="19"/>
              </w:rPr>
              <w:t>liegt</w:t>
            </w:r>
            <w:proofErr w:type="spellEnd"/>
            <w:r>
              <w:rPr>
                <w:sz w:val="19"/>
              </w:rPr>
              <w:t xml:space="preserve"> an </w:t>
            </w:r>
            <w:proofErr w:type="spellStart"/>
            <w:r>
              <w:rPr>
                <w:sz w:val="19"/>
              </w:rPr>
              <w:t>meiner</w:t>
            </w:r>
            <w:proofErr w:type="spellEnd"/>
            <w:r>
              <w:rPr>
                <w:sz w:val="19"/>
              </w:rPr>
              <w:t xml:space="preserve"> Annahme, die Umgebungstemperatur sei konstant.</w:t>
            </w:r>
          </w:p>
        </w:tc>
      </w:tr>
      <w:tr w:rsidR="00F008E3" w:rsidRPr="00675D78" w14:paraId="2B849156" w14:textId="77777777">
        <w:trPr>
          <w:cantSplit/>
        </w:trPr>
        <w:tc>
          <w:tcPr>
            <w:tcW w:w="4513" w:type="dxa"/>
            <w:tcMar>
              <w:top w:w="60" w:type="dxa"/>
              <w:left w:w="90" w:type="dxa"/>
              <w:bottom w:w="60" w:type="dxa"/>
              <w:right w:w="90" w:type="dxa"/>
            </w:tcMar>
          </w:tcPr>
          <w:p w14:paraId="2E043D30" w14:textId="77777777" w:rsidR="00F008E3" w:rsidRPr="00675D78" w:rsidRDefault="00000000">
            <w:pPr>
              <w:spacing w:after="0" w:line="264" w:lineRule="auto"/>
              <w:rPr>
                <w:lang w:val="de-DE"/>
              </w:rPr>
            </w:pPr>
            <w:r w:rsidRPr="00675D78">
              <w:rPr>
                <w:sz w:val="19"/>
                <w:lang w:val="de-DE"/>
              </w:rPr>
              <w:t>g)  Ich habe eine eigene Darstellung entwickelt, in der beide Modelle in einem Diagramm übereinanderliegen, weil der Vergleich in zwei getrennten Diagrammen nichts gezeigt hat.</w:t>
            </w:r>
          </w:p>
        </w:tc>
        <w:tc>
          <w:tcPr>
            <w:tcW w:w="4513" w:type="dxa"/>
            <w:tcMar>
              <w:top w:w="60" w:type="dxa"/>
              <w:left w:w="90" w:type="dxa"/>
              <w:bottom w:w="60" w:type="dxa"/>
              <w:right w:w="90" w:type="dxa"/>
            </w:tcMar>
          </w:tcPr>
          <w:p w14:paraId="73AC13E8" w14:textId="77777777" w:rsidR="00F008E3" w:rsidRPr="00675D78" w:rsidRDefault="00000000">
            <w:pPr>
              <w:spacing w:after="0" w:line="264" w:lineRule="auto"/>
              <w:rPr>
                <w:lang w:val="de-DE"/>
              </w:rPr>
            </w:pPr>
            <w:r w:rsidRPr="00675D78">
              <w:rPr>
                <w:sz w:val="19"/>
                <w:lang w:val="de-DE"/>
              </w:rPr>
              <w:t>h)  Ich habe beide Verfahren verglichen. Das zweite braucht weniger Schritte, reagiert aber empfindlicher auf den Startwert.</w:t>
            </w:r>
          </w:p>
        </w:tc>
      </w:tr>
      <w:tr w:rsidR="00F008E3" w:rsidRPr="00675D78" w14:paraId="7DE81E41" w14:textId="77777777">
        <w:trPr>
          <w:cantSplit/>
        </w:trPr>
        <w:tc>
          <w:tcPr>
            <w:tcW w:w="4513" w:type="dxa"/>
            <w:tcMar>
              <w:top w:w="60" w:type="dxa"/>
              <w:left w:w="90" w:type="dxa"/>
              <w:bottom w:w="60" w:type="dxa"/>
              <w:right w:w="90" w:type="dxa"/>
            </w:tcMar>
          </w:tcPr>
          <w:p w14:paraId="17C852DB" w14:textId="77777777" w:rsidR="00F008E3" w:rsidRDefault="00000000">
            <w:pPr>
              <w:spacing w:after="0" w:line="264" w:lineRule="auto"/>
            </w:pPr>
            <w:r w:rsidRPr="00675D78">
              <w:rPr>
                <w:sz w:val="19"/>
                <w:lang w:val="de-DE"/>
              </w:rPr>
              <w:t xml:space="preserve">i)  Bevor ich gerechnet habe, habe ich vorhergesagt, dass der Unterschied etwa zehn Prozent beträgt. </w:t>
            </w:r>
            <w:r>
              <w:rPr>
                <w:sz w:val="19"/>
              </w:rPr>
              <w:t xml:space="preserve">Er lag </w:t>
            </w:r>
            <w:proofErr w:type="spellStart"/>
            <w:r>
              <w:rPr>
                <w:sz w:val="19"/>
              </w:rPr>
              <w:t>bei</w:t>
            </w:r>
            <w:proofErr w:type="spellEnd"/>
            <w:r>
              <w:rPr>
                <w:sz w:val="19"/>
              </w:rPr>
              <w:t xml:space="preserve"> </w:t>
            </w:r>
            <w:proofErr w:type="spellStart"/>
            <w:r>
              <w:rPr>
                <w:sz w:val="19"/>
              </w:rPr>
              <w:t>drei</w:t>
            </w:r>
            <w:proofErr w:type="spellEnd"/>
            <w:r>
              <w:rPr>
                <w:sz w:val="19"/>
              </w:rPr>
              <w:t>.</w:t>
            </w:r>
          </w:p>
        </w:tc>
        <w:tc>
          <w:tcPr>
            <w:tcW w:w="4513" w:type="dxa"/>
            <w:tcMar>
              <w:top w:w="60" w:type="dxa"/>
              <w:left w:w="90" w:type="dxa"/>
              <w:bottom w:w="60" w:type="dxa"/>
              <w:right w:w="90" w:type="dxa"/>
            </w:tcMar>
          </w:tcPr>
          <w:p w14:paraId="7B1F6163" w14:textId="77777777" w:rsidR="00F008E3" w:rsidRPr="00675D78" w:rsidRDefault="00000000">
            <w:pPr>
              <w:spacing w:after="0" w:line="264" w:lineRule="auto"/>
              <w:rPr>
                <w:lang w:val="de-DE"/>
              </w:rPr>
            </w:pPr>
            <w:r w:rsidRPr="00675D78">
              <w:rPr>
                <w:sz w:val="19"/>
                <w:lang w:val="de-DE"/>
              </w:rPr>
              <w:t>j)  Die einseitige Abweichung zeigt, dass meine Annahme falsch ist und nicht nur ungenau. Für meine Frage spielt das keine Rolle, weil der gesuchte Zeitpunkt davor liegt – für eine längere Vorhersage müsste ich das Modell ändern.</w:t>
            </w:r>
          </w:p>
        </w:tc>
      </w:tr>
      <w:tr w:rsidR="00F008E3" w14:paraId="4187DB36" w14:textId="77777777">
        <w:trPr>
          <w:cantSplit/>
        </w:trPr>
        <w:tc>
          <w:tcPr>
            <w:tcW w:w="4513" w:type="dxa"/>
            <w:tcMar>
              <w:top w:w="60" w:type="dxa"/>
              <w:left w:w="90" w:type="dxa"/>
              <w:bottom w:w="60" w:type="dxa"/>
              <w:right w:w="90" w:type="dxa"/>
            </w:tcMar>
          </w:tcPr>
          <w:p w14:paraId="4CDD973A" w14:textId="77777777" w:rsidR="00F008E3" w:rsidRPr="00675D78" w:rsidRDefault="00000000">
            <w:pPr>
              <w:spacing w:after="0" w:line="264" w:lineRule="auto"/>
              <w:rPr>
                <w:lang w:val="de-DE"/>
              </w:rPr>
            </w:pPr>
            <w:r w:rsidRPr="00675D78">
              <w:rPr>
                <w:sz w:val="19"/>
                <w:lang w:val="de-DE"/>
              </w:rPr>
              <w:t>k)  Die Daten stammen aus einer Statistikdatenbank im Internet.</w:t>
            </w:r>
          </w:p>
        </w:tc>
        <w:tc>
          <w:tcPr>
            <w:tcW w:w="4513" w:type="dxa"/>
            <w:tcMar>
              <w:top w:w="60" w:type="dxa"/>
              <w:left w:w="90" w:type="dxa"/>
              <w:bottom w:w="60" w:type="dxa"/>
              <w:right w:w="90" w:type="dxa"/>
            </w:tcMar>
          </w:tcPr>
          <w:p w14:paraId="6BFF7066" w14:textId="77777777" w:rsidR="00F008E3" w:rsidRDefault="00000000">
            <w:pPr>
              <w:spacing w:after="0" w:line="264" w:lineRule="auto"/>
            </w:pPr>
            <w:r w:rsidRPr="00675D78">
              <w:rPr>
                <w:sz w:val="19"/>
                <w:lang w:val="de-DE"/>
              </w:rPr>
              <w:t xml:space="preserve">l)  Rückblickend war die Wahl der Schrittweite die wichtigste Entscheidung der Arbeit. Mit 0,1 statt 0,5 wäre der Aufwand viermal so hoch, der Gewinn aber gering gewesen. </w:t>
            </w:r>
            <w:proofErr w:type="spellStart"/>
            <w:r>
              <w:rPr>
                <w:sz w:val="19"/>
              </w:rPr>
              <w:t>Deshalb</w:t>
            </w:r>
            <w:proofErr w:type="spellEnd"/>
            <w:r>
              <w:rPr>
                <w:sz w:val="19"/>
              </w:rPr>
              <w:t xml:space="preserve"> </w:t>
            </w:r>
            <w:proofErr w:type="spellStart"/>
            <w:r>
              <w:rPr>
                <w:sz w:val="19"/>
              </w:rPr>
              <w:t>rechne</w:t>
            </w:r>
            <w:proofErr w:type="spellEnd"/>
            <w:r>
              <w:rPr>
                <w:sz w:val="19"/>
              </w:rPr>
              <w:t xml:space="preserve"> ich ab Abschnitt 4 mit 0,5 weiter.</w:t>
            </w:r>
          </w:p>
        </w:tc>
      </w:tr>
      <w:tr w:rsidR="00F008E3" w:rsidRPr="00675D78" w14:paraId="376D0895" w14:textId="77777777">
        <w:trPr>
          <w:cantSplit/>
        </w:trPr>
        <w:tc>
          <w:tcPr>
            <w:tcW w:w="4513" w:type="dxa"/>
            <w:tcMar>
              <w:top w:w="60" w:type="dxa"/>
              <w:left w:w="90" w:type="dxa"/>
              <w:bottom w:w="60" w:type="dxa"/>
              <w:right w:w="90" w:type="dxa"/>
            </w:tcMar>
          </w:tcPr>
          <w:p w14:paraId="13F17E83" w14:textId="77777777" w:rsidR="00F008E3" w:rsidRPr="00675D78" w:rsidRDefault="00000000">
            <w:pPr>
              <w:spacing w:after="0" w:line="264" w:lineRule="auto"/>
              <w:rPr>
                <w:lang w:val="de-DE"/>
              </w:rPr>
            </w:pPr>
            <w:r w:rsidRPr="00675D78">
              <w:rPr>
                <w:sz w:val="19"/>
                <w:lang w:val="de-DE"/>
              </w:rPr>
              <w:t>m)  Ich habe die Messungen selbst durchgeführt, weil ich zu den Werten aus der Literatur keine Angabe zur Messmethode gefunden habe.</w:t>
            </w:r>
          </w:p>
        </w:tc>
        <w:tc>
          <w:tcPr>
            <w:tcW w:w="4513" w:type="dxa"/>
            <w:tcMar>
              <w:top w:w="60" w:type="dxa"/>
              <w:left w:w="90" w:type="dxa"/>
              <w:bottom w:w="60" w:type="dxa"/>
              <w:right w:w="90" w:type="dxa"/>
            </w:tcMar>
          </w:tcPr>
          <w:p w14:paraId="328F1D8A" w14:textId="77777777" w:rsidR="00F008E3" w:rsidRPr="00675D78" w:rsidRDefault="00000000">
            <w:pPr>
              <w:spacing w:after="0" w:line="264" w:lineRule="auto"/>
              <w:rPr>
                <w:lang w:val="de-DE"/>
              </w:rPr>
            </w:pPr>
            <w:r w:rsidRPr="00675D78">
              <w:rPr>
                <w:sz w:val="19"/>
                <w:lang w:val="de-DE"/>
              </w:rPr>
              <w:t>n)  Ich habe viel gelernt und fand das Thema sehr spannend.</w:t>
            </w:r>
          </w:p>
        </w:tc>
      </w:tr>
    </w:tbl>
    <w:p w14:paraId="6CEF009C" w14:textId="77777777" w:rsidR="00F008E3" w:rsidRPr="00675D78" w:rsidRDefault="00F008E3">
      <w:pPr>
        <w:rPr>
          <w:lang w:val="de-DE"/>
        </w:rPr>
      </w:pPr>
    </w:p>
    <w:p w14:paraId="27F761A0" w14:textId="77777777" w:rsidR="00F008E3" w:rsidRDefault="00000000">
      <w:pPr>
        <w:pStyle w:val="KPAbschnitt"/>
      </w:pPr>
      <w:r>
        <w:t>Die Matrix</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400"/>
        <w:gridCol w:w="3813"/>
        <w:gridCol w:w="3813"/>
      </w:tblGrid>
      <w:tr w:rsidR="00F008E3" w14:paraId="1AD93F78" w14:textId="77777777">
        <w:trPr>
          <w:cantSplit/>
          <w:tblHeader/>
        </w:trPr>
        <w:tc>
          <w:tcPr>
            <w:tcW w:w="1400" w:type="dxa"/>
            <w:shd w:val="clear" w:color="auto" w:fill="0F3D2A"/>
            <w:tcMar>
              <w:top w:w="60" w:type="dxa"/>
              <w:left w:w="90" w:type="dxa"/>
              <w:bottom w:w="60" w:type="dxa"/>
              <w:right w:w="90" w:type="dxa"/>
            </w:tcMar>
          </w:tcPr>
          <w:p w14:paraId="586901D4" w14:textId="77777777" w:rsidR="00F008E3" w:rsidRDefault="00F008E3">
            <w:pPr>
              <w:spacing w:after="0" w:line="252" w:lineRule="auto"/>
            </w:pPr>
          </w:p>
        </w:tc>
        <w:tc>
          <w:tcPr>
            <w:tcW w:w="3813" w:type="dxa"/>
            <w:shd w:val="clear" w:color="auto" w:fill="0F3D2A"/>
            <w:tcMar>
              <w:top w:w="60" w:type="dxa"/>
              <w:left w:w="90" w:type="dxa"/>
              <w:bottom w:w="60" w:type="dxa"/>
              <w:right w:w="90" w:type="dxa"/>
            </w:tcMar>
          </w:tcPr>
          <w:p w14:paraId="4F77FF87" w14:textId="77777777" w:rsidR="00F008E3" w:rsidRDefault="00000000">
            <w:pPr>
              <w:spacing w:after="0" w:line="252" w:lineRule="auto"/>
            </w:pPr>
            <w:r>
              <w:rPr>
                <w:rFonts w:ascii="Calibri" w:hAnsi="Calibri"/>
                <w:b/>
                <w:color w:val="FFFFFF"/>
                <w:sz w:val="17"/>
              </w:rPr>
              <w:t>C – Persönlicher Einsatz</w:t>
            </w:r>
          </w:p>
        </w:tc>
        <w:tc>
          <w:tcPr>
            <w:tcW w:w="3813" w:type="dxa"/>
            <w:shd w:val="clear" w:color="auto" w:fill="0F3D2A"/>
            <w:tcMar>
              <w:top w:w="60" w:type="dxa"/>
              <w:left w:w="90" w:type="dxa"/>
              <w:bottom w:w="60" w:type="dxa"/>
              <w:right w:w="90" w:type="dxa"/>
            </w:tcMar>
          </w:tcPr>
          <w:p w14:paraId="4992ABE5" w14:textId="77777777" w:rsidR="00F008E3" w:rsidRDefault="00000000">
            <w:pPr>
              <w:spacing w:after="0" w:line="252" w:lineRule="auto"/>
            </w:pPr>
            <w:r>
              <w:rPr>
                <w:rFonts w:ascii="Calibri" w:hAnsi="Calibri"/>
                <w:b/>
                <w:color w:val="FFFFFF"/>
                <w:sz w:val="17"/>
              </w:rPr>
              <w:t>D – Reflexion</w:t>
            </w:r>
          </w:p>
        </w:tc>
      </w:tr>
      <w:tr w:rsidR="00F008E3" w14:paraId="56EC5846" w14:textId="77777777">
        <w:trPr>
          <w:cantSplit/>
        </w:trPr>
        <w:tc>
          <w:tcPr>
            <w:tcW w:w="1400" w:type="dxa"/>
            <w:tcMar>
              <w:top w:w="60" w:type="dxa"/>
              <w:left w:w="90" w:type="dxa"/>
              <w:bottom w:w="60" w:type="dxa"/>
              <w:right w:w="90" w:type="dxa"/>
            </w:tcMar>
          </w:tcPr>
          <w:p w14:paraId="1B6498D1" w14:textId="77777777" w:rsidR="00F008E3" w:rsidRDefault="00000000">
            <w:pPr>
              <w:spacing w:after="0" w:line="264" w:lineRule="auto"/>
            </w:pPr>
            <w:r>
              <w:rPr>
                <w:b/>
                <w:sz w:val="20"/>
              </w:rPr>
              <w:t>Ebene 3</w:t>
            </w:r>
          </w:p>
        </w:tc>
        <w:tc>
          <w:tcPr>
            <w:tcW w:w="3813" w:type="dxa"/>
            <w:tcMar>
              <w:top w:w="60" w:type="dxa"/>
              <w:left w:w="90" w:type="dxa"/>
              <w:bottom w:w="60" w:type="dxa"/>
              <w:right w:w="90" w:type="dxa"/>
            </w:tcMar>
          </w:tcPr>
          <w:p w14:paraId="7D474291" w14:textId="77777777" w:rsidR="00F008E3" w:rsidRDefault="00F008E3">
            <w:pPr>
              <w:spacing w:after="0" w:line="264" w:lineRule="auto"/>
            </w:pPr>
          </w:p>
        </w:tc>
        <w:tc>
          <w:tcPr>
            <w:tcW w:w="3813" w:type="dxa"/>
            <w:tcMar>
              <w:top w:w="60" w:type="dxa"/>
              <w:left w:w="90" w:type="dxa"/>
              <w:bottom w:w="60" w:type="dxa"/>
              <w:right w:w="90" w:type="dxa"/>
            </w:tcMar>
          </w:tcPr>
          <w:p w14:paraId="31D1C12B" w14:textId="77777777" w:rsidR="00F008E3" w:rsidRDefault="00F008E3">
            <w:pPr>
              <w:spacing w:after="0" w:line="264" w:lineRule="auto"/>
            </w:pPr>
          </w:p>
        </w:tc>
      </w:tr>
      <w:tr w:rsidR="00F008E3" w14:paraId="77675954" w14:textId="77777777">
        <w:trPr>
          <w:cantSplit/>
        </w:trPr>
        <w:tc>
          <w:tcPr>
            <w:tcW w:w="1400" w:type="dxa"/>
            <w:shd w:val="clear" w:color="auto" w:fill="F1F4EC"/>
            <w:tcMar>
              <w:top w:w="60" w:type="dxa"/>
              <w:left w:w="90" w:type="dxa"/>
              <w:bottom w:w="60" w:type="dxa"/>
              <w:right w:w="90" w:type="dxa"/>
            </w:tcMar>
          </w:tcPr>
          <w:p w14:paraId="44036479" w14:textId="77777777" w:rsidR="00F008E3" w:rsidRDefault="00000000">
            <w:pPr>
              <w:spacing w:after="0" w:line="264" w:lineRule="auto"/>
            </w:pPr>
            <w:r>
              <w:rPr>
                <w:b/>
                <w:sz w:val="20"/>
              </w:rPr>
              <w:t>Ebene 2</w:t>
            </w:r>
          </w:p>
        </w:tc>
        <w:tc>
          <w:tcPr>
            <w:tcW w:w="3813" w:type="dxa"/>
            <w:shd w:val="clear" w:color="auto" w:fill="F1F4EC"/>
            <w:tcMar>
              <w:top w:w="60" w:type="dxa"/>
              <w:left w:w="90" w:type="dxa"/>
              <w:bottom w:w="60" w:type="dxa"/>
              <w:right w:w="90" w:type="dxa"/>
            </w:tcMar>
          </w:tcPr>
          <w:p w14:paraId="51325723" w14:textId="77777777" w:rsidR="00F008E3" w:rsidRDefault="00F008E3">
            <w:pPr>
              <w:spacing w:after="0" w:line="264" w:lineRule="auto"/>
            </w:pPr>
          </w:p>
        </w:tc>
        <w:tc>
          <w:tcPr>
            <w:tcW w:w="3813" w:type="dxa"/>
            <w:shd w:val="clear" w:color="auto" w:fill="F1F4EC"/>
            <w:tcMar>
              <w:top w:w="60" w:type="dxa"/>
              <w:left w:w="90" w:type="dxa"/>
              <w:bottom w:w="60" w:type="dxa"/>
              <w:right w:w="90" w:type="dxa"/>
            </w:tcMar>
          </w:tcPr>
          <w:p w14:paraId="1345CA1C" w14:textId="77777777" w:rsidR="00F008E3" w:rsidRDefault="00F008E3">
            <w:pPr>
              <w:spacing w:after="0" w:line="264" w:lineRule="auto"/>
            </w:pPr>
          </w:p>
        </w:tc>
      </w:tr>
      <w:tr w:rsidR="00F008E3" w14:paraId="1D80224F" w14:textId="77777777">
        <w:trPr>
          <w:cantSplit/>
        </w:trPr>
        <w:tc>
          <w:tcPr>
            <w:tcW w:w="1400" w:type="dxa"/>
            <w:tcMar>
              <w:top w:w="60" w:type="dxa"/>
              <w:left w:w="90" w:type="dxa"/>
              <w:bottom w:w="60" w:type="dxa"/>
              <w:right w:w="90" w:type="dxa"/>
            </w:tcMar>
          </w:tcPr>
          <w:p w14:paraId="52DADE74" w14:textId="77777777" w:rsidR="00F008E3" w:rsidRDefault="00000000">
            <w:pPr>
              <w:spacing w:after="0" w:line="264" w:lineRule="auto"/>
            </w:pPr>
            <w:r>
              <w:rPr>
                <w:b/>
                <w:sz w:val="20"/>
              </w:rPr>
              <w:t>Ebene 1</w:t>
            </w:r>
          </w:p>
        </w:tc>
        <w:tc>
          <w:tcPr>
            <w:tcW w:w="3813" w:type="dxa"/>
            <w:tcMar>
              <w:top w:w="60" w:type="dxa"/>
              <w:left w:w="90" w:type="dxa"/>
              <w:bottom w:w="60" w:type="dxa"/>
              <w:right w:w="90" w:type="dxa"/>
            </w:tcMar>
          </w:tcPr>
          <w:p w14:paraId="3194FA68" w14:textId="77777777" w:rsidR="00F008E3" w:rsidRDefault="00F008E3">
            <w:pPr>
              <w:spacing w:after="0" w:line="264" w:lineRule="auto"/>
            </w:pPr>
          </w:p>
        </w:tc>
        <w:tc>
          <w:tcPr>
            <w:tcW w:w="3813" w:type="dxa"/>
            <w:tcMar>
              <w:top w:w="60" w:type="dxa"/>
              <w:left w:w="90" w:type="dxa"/>
              <w:bottom w:w="60" w:type="dxa"/>
              <w:right w:w="90" w:type="dxa"/>
            </w:tcMar>
          </w:tcPr>
          <w:p w14:paraId="3B5741B2" w14:textId="77777777" w:rsidR="00F008E3" w:rsidRDefault="00F008E3">
            <w:pPr>
              <w:spacing w:after="0" w:line="264" w:lineRule="auto"/>
            </w:pPr>
          </w:p>
        </w:tc>
      </w:tr>
      <w:tr w:rsidR="00F008E3" w14:paraId="22CCBC1D" w14:textId="77777777">
        <w:trPr>
          <w:cantSplit/>
        </w:trPr>
        <w:tc>
          <w:tcPr>
            <w:tcW w:w="1400" w:type="dxa"/>
            <w:shd w:val="clear" w:color="auto" w:fill="F1F4EC"/>
            <w:tcMar>
              <w:top w:w="60" w:type="dxa"/>
              <w:left w:w="90" w:type="dxa"/>
              <w:bottom w:w="60" w:type="dxa"/>
              <w:right w:w="90" w:type="dxa"/>
            </w:tcMar>
          </w:tcPr>
          <w:p w14:paraId="57B0DF9A" w14:textId="77777777" w:rsidR="00F008E3" w:rsidRDefault="00000000">
            <w:pPr>
              <w:spacing w:after="0" w:line="264" w:lineRule="auto"/>
            </w:pPr>
            <w:r>
              <w:rPr>
                <w:b/>
                <w:sz w:val="20"/>
              </w:rPr>
              <w:t>Zählt nicht</w:t>
            </w:r>
          </w:p>
        </w:tc>
        <w:tc>
          <w:tcPr>
            <w:tcW w:w="3813" w:type="dxa"/>
            <w:shd w:val="clear" w:color="auto" w:fill="F1F4EC"/>
            <w:tcMar>
              <w:top w:w="60" w:type="dxa"/>
              <w:left w:w="90" w:type="dxa"/>
              <w:bottom w:w="60" w:type="dxa"/>
              <w:right w:w="90" w:type="dxa"/>
            </w:tcMar>
          </w:tcPr>
          <w:p w14:paraId="377F0BE9" w14:textId="77777777" w:rsidR="00F008E3" w:rsidRDefault="00F008E3">
            <w:pPr>
              <w:spacing w:after="0" w:line="264" w:lineRule="auto"/>
            </w:pPr>
          </w:p>
        </w:tc>
        <w:tc>
          <w:tcPr>
            <w:tcW w:w="3813" w:type="dxa"/>
            <w:shd w:val="clear" w:color="auto" w:fill="F1F4EC"/>
            <w:tcMar>
              <w:top w:w="60" w:type="dxa"/>
              <w:left w:w="90" w:type="dxa"/>
              <w:bottom w:w="60" w:type="dxa"/>
              <w:right w:w="90" w:type="dxa"/>
            </w:tcMar>
          </w:tcPr>
          <w:p w14:paraId="1FF8B1E1" w14:textId="77777777" w:rsidR="00F008E3" w:rsidRDefault="00F008E3">
            <w:pPr>
              <w:spacing w:after="0" w:line="264" w:lineRule="auto"/>
            </w:pPr>
          </w:p>
        </w:tc>
      </w:tr>
    </w:tbl>
    <w:p w14:paraId="235960EE" w14:textId="77777777" w:rsidR="00F008E3" w:rsidRDefault="00F008E3"/>
    <w:p w14:paraId="36E84D5F" w14:textId="77777777" w:rsidR="00F008E3" w:rsidRDefault="00000000">
      <w:r>
        <w:br w:type="page"/>
      </w:r>
    </w:p>
    <w:p w14:paraId="08ED1739" w14:textId="77777777" w:rsidR="00F008E3" w:rsidRDefault="00000000">
      <w:pPr>
        <w:pStyle w:val="KPKapitel"/>
      </w:pPr>
      <w:r>
        <w:rPr>
          <w:color w:val="8FB840"/>
        </w:rPr>
        <w:lastRenderedPageBreak/>
        <w:t xml:space="preserve">M 8   </w:t>
      </w:r>
      <w:r>
        <w:t>Reicht die Mathematik?</w:t>
      </w:r>
    </w:p>
    <w:p w14:paraId="0AA093CB" w14:textId="77777777" w:rsidR="00F008E3" w:rsidRPr="00675D78" w:rsidRDefault="00000000">
      <w:pPr>
        <w:pStyle w:val="KPKlein"/>
        <w:rPr>
          <w:lang w:val="de-DE"/>
        </w:rPr>
      </w:pPr>
      <w:r w:rsidRPr="00675D78">
        <w:rPr>
          <w:lang w:val="de-DE"/>
        </w:rPr>
        <w:t xml:space="preserve">Sechs Themenvorschläge. Tragt zu jedem ein, welche Blöcke aus unserem Kursbuch man bräuchte – mit Nummer. Entscheidet dann: Trägt das Thema für euren Kurs, trägt es knapp, oder trägt es nicht? Arbeitet getrennt nach </w:t>
      </w:r>
      <w:proofErr w:type="gramStart"/>
      <w:r w:rsidRPr="00675D78">
        <w:rPr>
          <w:lang w:val="de-DE"/>
        </w:rPr>
        <w:t>Standard Level</w:t>
      </w:r>
      <w:proofErr w:type="gramEnd"/>
      <w:r w:rsidRPr="00675D78">
        <w:rPr>
          <w:lang w:val="de-DE"/>
        </w:rPr>
        <w:t xml:space="preserve"> und Higher Level und vergleicht danach.</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4200"/>
        <w:gridCol w:w="2400"/>
        <w:gridCol w:w="1826"/>
      </w:tblGrid>
      <w:tr w:rsidR="00F008E3" w14:paraId="54B77840" w14:textId="77777777">
        <w:trPr>
          <w:cantSplit/>
          <w:tblHeader/>
        </w:trPr>
        <w:tc>
          <w:tcPr>
            <w:tcW w:w="600" w:type="dxa"/>
            <w:shd w:val="clear" w:color="auto" w:fill="0F3D2A"/>
            <w:tcMar>
              <w:top w:w="60" w:type="dxa"/>
              <w:left w:w="90" w:type="dxa"/>
              <w:bottom w:w="60" w:type="dxa"/>
              <w:right w:w="90" w:type="dxa"/>
            </w:tcMar>
          </w:tcPr>
          <w:p w14:paraId="4D527B0F" w14:textId="77777777" w:rsidR="00F008E3" w:rsidRDefault="00000000">
            <w:pPr>
              <w:spacing w:after="0" w:line="252" w:lineRule="auto"/>
            </w:pPr>
            <w:r>
              <w:rPr>
                <w:rFonts w:ascii="Calibri" w:hAnsi="Calibri"/>
                <w:b/>
                <w:color w:val="FFFFFF"/>
                <w:sz w:val="17"/>
              </w:rPr>
              <w:t>Nr.</w:t>
            </w:r>
          </w:p>
        </w:tc>
        <w:tc>
          <w:tcPr>
            <w:tcW w:w="4200" w:type="dxa"/>
            <w:shd w:val="clear" w:color="auto" w:fill="0F3D2A"/>
            <w:tcMar>
              <w:top w:w="60" w:type="dxa"/>
              <w:left w:w="90" w:type="dxa"/>
              <w:bottom w:w="60" w:type="dxa"/>
              <w:right w:w="90" w:type="dxa"/>
            </w:tcMar>
          </w:tcPr>
          <w:p w14:paraId="7047BDA5" w14:textId="77777777" w:rsidR="00F008E3" w:rsidRDefault="00000000">
            <w:pPr>
              <w:spacing w:after="0" w:line="252" w:lineRule="auto"/>
            </w:pPr>
            <w:r>
              <w:rPr>
                <w:rFonts w:ascii="Calibri" w:hAnsi="Calibri"/>
                <w:b/>
                <w:color w:val="FFFFFF"/>
                <w:sz w:val="17"/>
              </w:rPr>
              <w:t>Thema</w:t>
            </w:r>
          </w:p>
        </w:tc>
        <w:tc>
          <w:tcPr>
            <w:tcW w:w="2400" w:type="dxa"/>
            <w:shd w:val="clear" w:color="auto" w:fill="0F3D2A"/>
            <w:tcMar>
              <w:top w:w="60" w:type="dxa"/>
              <w:left w:w="90" w:type="dxa"/>
              <w:bottom w:w="60" w:type="dxa"/>
              <w:right w:w="90" w:type="dxa"/>
            </w:tcMar>
          </w:tcPr>
          <w:p w14:paraId="0B4362EC" w14:textId="77777777" w:rsidR="00F008E3" w:rsidRDefault="00000000">
            <w:pPr>
              <w:spacing w:after="0" w:line="252" w:lineRule="auto"/>
            </w:pPr>
            <w:r>
              <w:rPr>
                <w:rFonts w:ascii="Calibri" w:hAnsi="Calibri"/>
                <w:b/>
                <w:color w:val="FFFFFF"/>
                <w:sz w:val="17"/>
              </w:rPr>
              <w:t>Welche Blöcke?</w:t>
            </w:r>
          </w:p>
        </w:tc>
        <w:tc>
          <w:tcPr>
            <w:tcW w:w="1826" w:type="dxa"/>
            <w:shd w:val="clear" w:color="auto" w:fill="0F3D2A"/>
            <w:tcMar>
              <w:top w:w="60" w:type="dxa"/>
              <w:left w:w="90" w:type="dxa"/>
              <w:bottom w:w="60" w:type="dxa"/>
              <w:right w:w="90" w:type="dxa"/>
            </w:tcMar>
          </w:tcPr>
          <w:p w14:paraId="3336B481" w14:textId="77777777" w:rsidR="00F008E3" w:rsidRDefault="00000000">
            <w:pPr>
              <w:spacing w:after="0" w:line="252" w:lineRule="auto"/>
            </w:pPr>
            <w:r>
              <w:rPr>
                <w:rFonts w:ascii="Calibri" w:hAnsi="Calibri"/>
                <w:b/>
                <w:color w:val="FFFFFF"/>
                <w:sz w:val="17"/>
              </w:rPr>
              <w:t>Trägt es?</w:t>
            </w:r>
          </w:p>
        </w:tc>
      </w:tr>
      <w:tr w:rsidR="00F008E3" w:rsidRPr="00675D78" w14:paraId="3060B3AC" w14:textId="77777777">
        <w:trPr>
          <w:cantSplit/>
        </w:trPr>
        <w:tc>
          <w:tcPr>
            <w:tcW w:w="600" w:type="dxa"/>
            <w:tcMar>
              <w:top w:w="60" w:type="dxa"/>
              <w:left w:w="90" w:type="dxa"/>
              <w:bottom w:w="60" w:type="dxa"/>
              <w:right w:w="90" w:type="dxa"/>
            </w:tcMar>
          </w:tcPr>
          <w:p w14:paraId="1D8D22B8" w14:textId="77777777" w:rsidR="00F008E3" w:rsidRDefault="00000000">
            <w:pPr>
              <w:spacing w:after="0" w:line="264" w:lineRule="auto"/>
            </w:pPr>
            <w:r>
              <w:rPr>
                <w:sz w:val="19"/>
              </w:rPr>
              <w:t>1</w:t>
            </w:r>
          </w:p>
        </w:tc>
        <w:tc>
          <w:tcPr>
            <w:tcW w:w="4200" w:type="dxa"/>
            <w:tcMar>
              <w:top w:w="60" w:type="dxa"/>
              <w:left w:w="90" w:type="dxa"/>
              <w:bottom w:w="60" w:type="dxa"/>
              <w:right w:w="90" w:type="dxa"/>
            </w:tcMar>
          </w:tcPr>
          <w:p w14:paraId="4A799CCC" w14:textId="77777777" w:rsidR="00F008E3" w:rsidRPr="00675D78" w:rsidRDefault="00000000">
            <w:pPr>
              <w:spacing w:after="0" w:line="264" w:lineRule="auto"/>
              <w:rPr>
                <w:lang w:val="de-DE"/>
              </w:rPr>
            </w:pPr>
            <w:r w:rsidRPr="00675D78">
              <w:rPr>
                <w:sz w:val="19"/>
                <w:lang w:val="de-DE"/>
              </w:rPr>
              <w:t>Welche Dosenform braucht bei einem Liter Inhalt am wenigsten Blech – und wie nah ist die Dose im Supermarktregal daran?</w:t>
            </w:r>
          </w:p>
        </w:tc>
        <w:tc>
          <w:tcPr>
            <w:tcW w:w="2400" w:type="dxa"/>
            <w:tcMar>
              <w:top w:w="60" w:type="dxa"/>
              <w:left w:w="90" w:type="dxa"/>
              <w:bottom w:w="60" w:type="dxa"/>
              <w:right w:w="90" w:type="dxa"/>
            </w:tcMar>
          </w:tcPr>
          <w:p w14:paraId="3681218A" w14:textId="77777777" w:rsidR="00F008E3" w:rsidRPr="00675D78" w:rsidRDefault="00F008E3">
            <w:pPr>
              <w:spacing w:after="0" w:line="264" w:lineRule="auto"/>
              <w:rPr>
                <w:lang w:val="de-DE"/>
              </w:rPr>
            </w:pPr>
          </w:p>
        </w:tc>
        <w:tc>
          <w:tcPr>
            <w:tcW w:w="1826" w:type="dxa"/>
            <w:tcMar>
              <w:top w:w="60" w:type="dxa"/>
              <w:left w:w="90" w:type="dxa"/>
              <w:bottom w:w="60" w:type="dxa"/>
              <w:right w:w="90" w:type="dxa"/>
            </w:tcMar>
          </w:tcPr>
          <w:p w14:paraId="12F08666" w14:textId="77777777" w:rsidR="00F008E3" w:rsidRPr="00675D78" w:rsidRDefault="00F008E3">
            <w:pPr>
              <w:spacing w:after="0" w:line="264" w:lineRule="auto"/>
              <w:rPr>
                <w:lang w:val="de-DE"/>
              </w:rPr>
            </w:pPr>
          </w:p>
        </w:tc>
      </w:tr>
      <w:tr w:rsidR="00F008E3" w:rsidRPr="00675D78" w14:paraId="15419780" w14:textId="77777777">
        <w:trPr>
          <w:cantSplit/>
        </w:trPr>
        <w:tc>
          <w:tcPr>
            <w:tcW w:w="600" w:type="dxa"/>
            <w:shd w:val="clear" w:color="auto" w:fill="F1F4EC"/>
            <w:tcMar>
              <w:top w:w="60" w:type="dxa"/>
              <w:left w:w="90" w:type="dxa"/>
              <w:bottom w:w="60" w:type="dxa"/>
              <w:right w:w="90" w:type="dxa"/>
            </w:tcMar>
          </w:tcPr>
          <w:p w14:paraId="08D9A54E" w14:textId="77777777" w:rsidR="00F008E3" w:rsidRDefault="00000000">
            <w:pPr>
              <w:spacing w:after="0" w:line="264" w:lineRule="auto"/>
            </w:pPr>
            <w:r>
              <w:rPr>
                <w:sz w:val="19"/>
              </w:rPr>
              <w:t>2</w:t>
            </w:r>
          </w:p>
        </w:tc>
        <w:tc>
          <w:tcPr>
            <w:tcW w:w="4200" w:type="dxa"/>
            <w:shd w:val="clear" w:color="auto" w:fill="F1F4EC"/>
            <w:tcMar>
              <w:top w:w="60" w:type="dxa"/>
              <w:left w:w="90" w:type="dxa"/>
              <w:bottom w:w="60" w:type="dxa"/>
              <w:right w:w="90" w:type="dxa"/>
            </w:tcMar>
          </w:tcPr>
          <w:p w14:paraId="20A75051" w14:textId="77777777" w:rsidR="00F008E3" w:rsidRPr="00675D78" w:rsidRDefault="00000000">
            <w:pPr>
              <w:spacing w:after="0" w:line="264" w:lineRule="auto"/>
              <w:rPr>
                <w:lang w:val="de-DE"/>
              </w:rPr>
            </w:pPr>
            <w:r w:rsidRPr="00675D78">
              <w:rPr>
                <w:sz w:val="19"/>
                <w:lang w:val="de-DE"/>
              </w:rPr>
              <w:t>Wie hängt mein Trainingsumfang der letzten zwölf Wochen mit meiner 5-km-Zeit zusammen?</w:t>
            </w:r>
          </w:p>
        </w:tc>
        <w:tc>
          <w:tcPr>
            <w:tcW w:w="2400" w:type="dxa"/>
            <w:shd w:val="clear" w:color="auto" w:fill="F1F4EC"/>
            <w:tcMar>
              <w:top w:w="60" w:type="dxa"/>
              <w:left w:w="90" w:type="dxa"/>
              <w:bottom w:w="60" w:type="dxa"/>
              <w:right w:w="90" w:type="dxa"/>
            </w:tcMar>
          </w:tcPr>
          <w:p w14:paraId="4DC108FE" w14:textId="77777777" w:rsidR="00F008E3" w:rsidRPr="00675D78" w:rsidRDefault="00F008E3">
            <w:pPr>
              <w:spacing w:after="0" w:line="264" w:lineRule="auto"/>
              <w:rPr>
                <w:lang w:val="de-DE"/>
              </w:rPr>
            </w:pPr>
          </w:p>
        </w:tc>
        <w:tc>
          <w:tcPr>
            <w:tcW w:w="1826" w:type="dxa"/>
            <w:shd w:val="clear" w:color="auto" w:fill="F1F4EC"/>
            <w:tcMar>
              <w:top w:w="60" w:type="dxa"/>
              <w:left w:w="90" w:type="dxa"/>
              <w:bottom w:w="60" w:type="dxa"/>
              <w:right w:w="90" w:type="dxa"/>
            </w:tcMar>
          </w:tcPr>
          <w:p w14:paraId="0182E2C0" w14:textId="77777777" w:rsidR="00F008E3" w:rsidRPr="00675D78" w:rsidRDefault="00F008E3">
            <w:pPr>
              <w:spacing w:after="0" w:line="264" w:lineRule="auto"/>
              <w:rPr>
                <w:lang w:val="de-DE"/>
              </w:rPr>
            </w:pPr>
          </w:p>
        </w:tc>
      </w:tr>
      <w:tr w:rsidR="00F008E3" w:rsidRPr="00675D78" w14:paraId="57A1668E" w14:textId="77777777">
        <w:trPr>
          <w:cantSplit/>
        </w:trPr>
        <w:tc>
          <w:tcPr>
            <w:tcW w:w="600" w:type="dxa"/>
            <w:tcMar>
              <w:top w:w="60" w:type="dxa"/>
              <w:left w:w="90" w:type="dxa"/>
              <w:bottom w:w="60" w:type="dxa"/>
              <w:right w:w="90" w:type="dxa"/>
            </w:tcMar>
          </w:tcPr>
          <w:p w14:paraId="105DC260" w14:textId="77777777" w:rsidR="00F008E3" w:rsidRDefault="00000000">
            <w:pPr>
              <w:spacing w:after="0" w:line="264" w:lineRule="auto"/>
            </w:pPr>
            <w:r>
              <w:rPr>
                <w:sz w:val="19"/>
              </w:rPr>
              <w:t>3</w:t>
            </w:r>
          </w:p>
        </w:tc>
        <w:tc>
          <w:tcPr>
            <w:tcW w:w="4200" w:type="dxa"/>
            <w:tcMar>
              <w:top w:w="60" w:type="dxa"/>
              <w:left w:w="90" w:type="dxa"/>
              <w:bottom w:w="60" w:type="dxa"/>
              <w:right w:w="90" w:type="dxa"/>
            </w:tcMar>
          </w:tcPr>
          <w:p w14:paraId="77F696AE" w14:textId="77777777" w:rsidR="00F008E3" w:rsidRPr="00675D78" w:rsidRDefault="00000000">
            <w:pPr>
              <w:spacing w:after="0" w:line="264" w:lineRule="auto"/>
              <w:rPr>
                <w:lang w:val="de-DE"/>
              </w:rPr>
            </w:pPr>
            <w:r w:rsidRPr="00675D78">
              <w:rPr>
                <w:sz w:val="19"/>
                <w:lang w:val="de-DE"/>
              </w:rPr>
              <w:t>Wie viele verschiedene Lösungen hat die Gleichung zⁿ = 1 in den komplexen Zahlen, und wie liegen sie zueinander?</w:t>
            </w:r>
          </w:p>
        </w:tc>
        <w:tc>
          <w:tcPr>
            <w:tcW w:w="2400" w:type="dxa"/>
            <w:tcMar>
              <w:top w:w="60" w:type="dxa"/>
              <w:left w:w="90" w:type="dxa"/>
              <w:bottom w:w="60" w:type="dxa"/>
              <w:right w:w="90" w:type="dxa"/>
            </w:tcMar>
          </w:tcPr>
          <w:p w14:paraId="49FF8370" w14:textId="77777777" w:rsidR="00F008E3" w:rsidRPr="00675D78" w:rsidRDefault="00F008E3">
            <w:pPr>
              <w:spacing w:after="0" w:line="264" w:lineRule="auto"/>
              <w:rPr>
                <w:lang w:val="de-DE"/>
              </w:rPr>
            </w:pPr>
          </w:p>
        </w:tc>
        <w:tc>
          <w:tcPr>
            <w:tcW w:w="1826" w:type="dxa"/>
            <w:tcMar>
              <w:top w:w="60" w:type="dxa"/>
              <w:left w:w="90" w:type="dxa"/>
              <w:bottom w:w="60" w:type="dxa"/>
              <w:right w:w="90" w:type="dxa"/>
            </w:tcMar>
          </w:tcPr>
          <w:p w14:paraId="6A624942" w14:textId="77777777" w:rsidR="00F008E3" w:rsidRPr="00675D78" w:rsidRDefault="00F008E3">
            <w:pPr>
              <w:spacing w:after="0" w:line="264" w:lineRule="auto"/>
              <w:rPr>
                <w:lang w:val="de-DE"/>
              </w:rPr>
            </w:pPr>
          </w:p>
        </w:tc>
      </w:tr>
      <w:tr w:rsidR="00F008E3" w:rsidRPr="00675D78" w14:paraId="4C50F6DD" w14:textId="77777777">
        <w:trPr>
          <w:cantSplit/>
        </w:trPr>
        <w:tc>
          <w:tcPr>
            <w:tcW w:w="600" w:type="dxa"/>
            <w:shd w:val="clear" w:color="auto" w:fill="F1F4EC"/>
            <w:tcMar>
              <w:top w:w="60" w:type="dxa"/>
              <w:left w:w="90" w:type="dxa"/>
              <w:bottom w:w="60" w:type="dxa"/>
              <w:right w:w="90" w:type="dxa"/>
            </w:tcMar>
          </w:tcPr>
          <w:p w14:paraId="65E83FE8" w14:textId="77777777" w:rsidR="00F008E3" w:rsidRDefault="00000000">
            <w:pPr>
              <w:spacing w:after="0" w:line="264" w:lineRule="auto"/>
            </w:pPr>
            <w:r>
              <w:rPr>
                <w:sz w:val="19"/>
              </w:rPr>
              <w:t>4</w:t>
            </w:r>
          </w:p>
        </w:tc>
        <w:tc>
          <w:tcPr>
            <w:tcW w:w="4200" w:type="dxa"/>
            <w:shd w:val="clear" w:color="auto" w:fill="F1F4EC"/>
            <w:tcMar>
              <w:top w:w="60" w:type="dxa"/>
              <w:left w:w="90" w:type="dxa"/>
              <w:bottom w:w="60" w:type="dxa"/>
              <w:right w:w="90" w:type="dxa"/>
            </w:tcMar>
          </w:tcPr>
          <w:p w14:paraId="19E89DD2" w14:textId="77777777" w:rsidR="00F008E3" w:rsidRPr="00675D78" w:rsidRDefault="00000000">
            <w:pPr>
              <w:spacing w:after="0" w:line="264" w:lineRule="auto"/>
              <w:rPr>
                <w:lang w:val="de-DE"/>
              </w:rPr>
            </w:pPr>
            <w:r w:rsidRPr="00675D78">
              <w:rPr>
                <w:sz w:val="19"/>
                <w:lang w:val="de-DE"/>
              </w:rPr>
              <w:t>Wie gut lässt sich die Tageslänge in Ho-Chi-Minh-Stadt über ein Jahr durch eine Sinusfunktion beschreiben?</w:t>
            </w:r>
          </w:p>
        </w:tc>
        <w:tc>
          <w:tcPr>
            <w:tcW w:w="2400" w:type="dxa"/>
            <w:shd w:val="clear" w:color="auto" w:fill="F1F4EC"/>
            <w:tcMar>
              <w:top w:w="60" w:type="dxa"/>
              <w:left w:w="90" w:type="dxa"/>
              <w:bottom w:w="60" w:type="dxa"/>
              <w:right w:w="90" w:type="dxa"/>
            </w:tcMar>
          </w:tcPr>
          <w:p w14:paraId="0BFB4268" w14:textId="77777777" w:rsidR="00F008E3" w:rsidRPr="00675D78" w:rsidRDefault="00F008E3">
            <w:pPr>
              <w:spacing w:after="0" w:line="264" w:lineRule="auto"/>
              <w:rPr>
                <w:lang w:val="de-DE"/>
              </w:rPr>
            </w:pPr>
          </w:p>
        </w:tc>
        <w:tc>
          <w:tcPr>
            <w:tcW w:w="1826" w:type="dxa"/>
            <w:shd w:val="clear" w:color="auto" w:fill="F1F4EC"/>
            <w:tcMar>
              <w:top w:w="60" w:type="dxa"/>
              <w:left w:w="90" w:type="dxa"/>
              <w:bottom w:w="60" w:type="dxa"/>
              <w:right w:w="90" w:type="dxa"/>
            </w:tcMar>
          </w:tcPr>
          <w:p w14:paraId="412F3D57" w14:textId="77777777" w:rsidR="00F008E3" w:rsidRPr="00675D78" w:rsidRDefault="00F008E3">
            <w:pPr>
              <w:spacing w:after="0" w:line="264" w:lineRule="auto"/>
              <w:rPr>
                <w:lang w:val="de-DE"/>
              </w:rPr>
            </w:pPr>
          </w:p>
        </w:tc>
      </w:tr>
      <w:tr w:rsidR="00F008E3" w:rsidRPr="00675D78" w14:paraId="7DF8ED7C" w14:textId="77777777">
        <w:trPr>
          <w:cantSplit/>
        </w:trPr>
        <w:tc>
          <w:tcPr>
            <w:tcW w:w="600" w:type="dxa"/>
            <w:tcMar>
              <w:top w:w="60" w:type="dxa"/>
              <w:left w:w="90" w:type="dxa"/>
              <w:bottom w:w="60" w:type="dxa"/>
              <w:right w:w="90" w:type="dxa"/>
            </w:tcMar>
          </w:tcPr>
          <w:p w14:paraId="591B6855" w14:textId="77777777" w:rsidR="00F008E3" w:rsidRDefault="00000000">
            <w:pPr>
              <w:spacing w:after="0" w:line="264" w:lineRule="auto"/>
            </w:pPr>
            <w:r>
              <w:rPr>
                <w:sz w:val="19"/>
              </w:rPr>
              <w:t>5</w:t>
            </w:r>
          </w:p>
        </w:tc>
        <w:tc>
          <w:tcPr>
            <w:tcW w:w="4200" w:type="dxa"/>
            <w:tcMar>
              <w:top w:w="60" w:type="dxa"/>
              <w:left w:w="90" w:type="dxa"/>
              <w:bottom w:w="60" w:type="dxa"/>
              <w:right w:w="90" w:type="dxa"/>
            </w:tcMar>
          </w:tcPr>
          <w:p w14:paraId="0B7E5BE0" w14:textId="77777777" w:rsidR="00F008E3" w:rsidRPr="00675D78" w:rsidRDefault="00000000">
            <w:pPr>
              <w:spacing w:after="0" w:line="264" w:lineRule="auto"/>
              <w:rPr>
                <w:lang w:val="de-DE"/>
              </w:rPr>
            </w:pPr>
            <w:r w:rsidRPr="00675D78">
              <w:rPr>
                <w:sz w:val="19"/>
                <w:lang w:val="de-DE"/>
              </w:rPr>
              <w:t>Welches Volumen hat eine Vase, deren Umriss ich selbst als Funktion entworfen habe?</w:t>
            </w:r>
          </w:p>
        </w:tc>
        <w:tc>
          <w:tcPr>
            <w:tcW w:w="2400" w:type="dxa"/>
            <w:tcMar>
              <w:top w:w="60" w:type="dxa"/>
              <w:left w:w="90" w:type="dxa"/>
              <w:bottom w:w="60" w:type="dxa"/>
              <w:right w:w="90" w:type="dxa"/>
            </w:tcMar>
          </w:tcPr>
          <w:p w14:paraId="09974F6F" w14:textId="77777777" w:rsidR="00F008E3" w:rsidRPr="00675D78" w:rsidRDefault="00F008E3">
            <w:pPr>
              <w:spacing w:after="0" w:line="264" w:lineRule="auto"/>
              <w:rPr>
                <w:lang w:val="de-DE"/>
              </w:rPr>
            </w:pPr>
          </w:p>
        </w:tc>
        <w:tc>
          <w:tcPr>
            <w:tcW w:w="1826" w:type="dxa"/>
            <w:tcMar>
              <w:top w:w="60" w:type="dxa"/>
              <w:left w:w="90" w:type="dxa"/>
              <w:bottom w:w="60" w:type="dxa"/>
              <w:right w:w="90" w:type="dxa"/>
            </w:tcMar>
          </w:tcPr>
          <w:p w14:paraId="0CCF0B80" w14:textId="77777777" w:rsidR="00F008E3" w:rsidRPr="00675D78" w:rsidRDefault="00F008E3">
            <w:pPr>
              <w:spacing w:after="0" w:line="264" w:lineRule="auto"/>
              <w:rPr>
                <w:lang w:val="de-DE"/>
              </w:rPr>
            </w:pPr>
          </w:p>
        </w:tc>
      </w:tr>
      <w:tr w:rsidR="00F008E3" w14:paraId="63E9CA07" w14:textId="77777777">
        <w:trPr>
          <w:cantSplit/>
        </w:trPr>
        <w:tc>
          <w:tcPr>
            <w:tcW w:w="600" w:type="dxa"/>
            <w:shd w:val="clear" w:color="auto" w:fill="F1F4EC"/>
            <w:tcMar>
              <w:top w:w="60" w:type="dxa"/>
              <w:left w:w="90" w:type="dxa"/>
              <w:bottom w:w="60" w:type="dxa"/>
              <w:right w:w="90" w:type="dxa"/>
            </w:tcMar>
          </w:tcPr>
          <w:p w14:paraId="51BBB2E5" w14:textId="77777777" w:rsidR="00F008E3" w:rsidRDefault="00000000">
            <w:pPr>
              <w:spacing w:after="0" w:line="264" w:lineRule="auto"/>
            </w:pPr>
            <w:r>
              <w:rPr>
                <w:sz w:val="19"/>
              </w:rPr>
              <w:t>6</w:t>
            </w:r>
          </w:p>
        </w:tc>
        <w:tc>
          <w:tcPr>
            <w:tcW w:w="4200" w:type="dxa"/>
            <w:shd w:val="clear" w:color="auto" w:fill="F1F4EC"/>
            <w:tcMar>
              <w:top w:w="60" w:type="dxa"/>
              <w:left w:w="90" w:type="dxa"/>
              <w:bottom w:w="60" w:type="dxa"/>
              <w:right w:w="90" w:type="dxa"/>
            </w:tcMar>
          </w:tcPr>
          <w:p w14:paraId="28CAD6FB" w14:textId="77777777" w:rsidR="00F008E3" w:rsidRDefault="00000000">
            <w:pPr>
              <w:spacing w:after="0" w:line="264" w:lineRule="auto"/>
            </w:pPr>
            <w:r w:rsidRPr="00675D78">
              <w:rPr>
                <w:sz w:val="19"/>
                <w:lang w:val="de-DE"/>
              </w:rPr>
              <w:t xml:space="preserve">Ist das Punktesystem meiner Lieblingssportart fair? </w:t>
            </w:r>
            <w:r>
              <w:rPr>
                <w:sz w:val="19"/>
              </w:rPr>
              <w:t xml:space="preserve">Eine Simulation </w:t>
            </w:r>
            <w:proofErr w:type="spellStart"/>
            <w:r>
              <w:rPr>
                <w:sz w:val="19"/>
              </w:rPr>
              <w:t>mit</w:t>
            </w:r>
            <w:proofErr w:type="spellEnd"/>
            <w:r>
              <w:rPr>
                <w:sz w:val="19"/>
              </w:rPr>
              <w:t xml:space="preserve"> </w:t>
            </w:r>
            <w:proofErr w:type="spellStart"/>
            <w:r>
              <w:rPr>
                <w:sz w:val="19"/>
              </w:rPr>
              <w:t>Wahrscheinlichkeiten</w:t>
            </w:r>
            <w:proofErr w:type="spellEnd"/>
            <w:r>
              <w:rPr>
                <w:sz w:val="19"/>
              </w:rPr>
              <w:t>.</w:t>
            </w:r>
          </w:p>
        </w:tc>
        <w:tc>
          <w:tcPr>
            <w:tcW w:w="2400" w:type="dxa"/>
            <w:shd w:val="clear" w:color="auto" w:fill="F1F4EC"/>
            <w:tcMar>
              <w:top w:w="60" w:type="dxa"/>
              <w:left w:w="90" w:type="dxa"/>
              <w:bottom w:w="60" w:type="dxa"/>
              <w:right w:w="90" w:type="dxa"/>
            </w:tcMar>
          </w:tcPr>
          <w:p w14:paraId="08A62238" w14:textId="77777777" w:rsidR="00F008E3" w:rsidRDefault="00F008E3">
            <w:pPr>
              <w:spacing w:after="0" w:line="264" w:lineRule="auto"/>
            </w:pPr>
          </w:p>
        </w:tc>
        <w:tc>
          <w:tcPr>
            <w:tcW w:w="1826" w:type="dxa"/>
            <w:shd w:val="clear" w:color="auto" w:fill="F1F4EC"/>
            <w:tcMar>
              <w:top w:w="60" w:type="dxa"/>
              <w:left w:w="90" w:type="dxa"/>
              <w:bottom w:w="60" w:type="dxa"/>
              <w:right w:w="90" w:type="dxa"/>
            </w:tcMar>
          </w:tcPr>
          <w:p w14:paraId="687B794F" w14:textId="77777777" w:rsidR="00F008E3" w:rsidRDefault="00F008E3">
            <w:pPr>
              <w:spacing w:after="0" w:line="264" w:lineRule="auto"/>
            </w:pPr>
          </w:p>
        </w:tc>
      </w:tr>
    </w:tbl>
    <w:p w14:paraId="1AF851D3" w14:textId="77777777" w:rsidR="00F008E3" w:rsidRDefault="00F008E3"/>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9026"/>
      </w:tblGrid>
      <w:tr w:rsidR="00F008E3" w:rsidRPr="00675D78" w14:paraId="614FF4F2" w14:textId="77777777">
        <w:trPr>
          <w:cantSplit/>
        </w:trPr>
        <w:tc>
          <w:tcPr>
            <w:tcW w:w="9026" w:type="dxa"/>
            <w:tcBorders>
              <w:left w:val="single" w:sz="26" w:space="0" w:color="8FB840"/>
            </w:tcBorders>
            <w:shd w:val="clear" w:color="auto" w:fill="E7EFD8"/>
            <w:tcMar>
              <w:top w:w="150" w:type="dxa"/>
              <w:left w:w="220" w:type="dxa"/>
              <w:bottom w:w="150" w:type="dxa"/>
              <w:right w:w="200" w:type="dxa"/>
            </w:tcMar>
          </w:tcPr>
          <w:p w14:paraId="4367D8FA" w14:textId="77777777" w:rsidR="00F008E3" w:rsidRPr="00675D78" w:rsidRDefault="00000000">
            <w:pPr>
              <w:spacing w:after="80"/>
              <w:rPr>
                <w:lang w:val="de-DE"/>
              </w:rPr>
            </w:pPr>
            <w:r w:rsidRPr="00675D78">
              <w:rPr>
                <w:rFonts w:ascii="Calibri" w:hAnsi="Calibri"/>
                <w:b/>
                <w:color w:val="0F3D2A"/>
                <w:lang w:val="de-DE"/>
              </w:rPr>
              <w:t>Die drei Prüffragen</w:t>
            </w:r>
          </w:p>
          <w:p w14:paraId="01FBDA0C" w14:textId="77777777" w:rsidR="00F008E3" w:rsidRPr="00675D78" w:rsidRDefault="00000000">
            <w:pPr>
              <w:spacing w:after="60"/>
              <w:rPr>
                <w:lang w:val="de-DE"/>
              </w:rPr>
            </w:pPr>
            <w:r w:rsidRPr="00675D78">
              <w:rPr>
                <w:sz w:val="20"/>
                <w:lang w:val="de-DE"/>
              </w:rPr>
              <w:t>1.  Steht die Mathematik im Lehrplan meines Kurses – oder liegt sie darunter, in den notwendigen Vorkenntnissen?</w:t>
            </w:r>
          </w:p>
          <w:p w14:paraId="35E8AF10" w14:textId="77777777" w:rsidR="00F008E3" w:rsidRPr="00675D78" w:rsidRDefault="00000000">
            <w:pPr>
              <w:spacing w:after="60"/>
              <w:rPr>
                <w:lang w:val="de-DE"/>
              </w:rPr>
            </w:pPr>
            <w:r w:rsidRPr="00675D78">
              <w:rPr>
                <w:sz w:val="20"/>
                <w:lang w:val="de-DE"/>
              </w:rPr>
              <w:t>2.  Reicht sie für eine ganze Arbeit, oder ist sie nach einer Seite erledigt?</w:t>
            </w:r>
          </w:p>
          <w:p w14:paraId="3A90D534" w14:textId="77777777" w:rsidR="00F008E3" w:rsidRPr="00675D78" w:rsidRDefault="00000000">
            <w:pPr>
              <w:spacing w:after="60"/>
              <w:rPr>
                <w:lang w:val="de-DE"/>
              </w:rPr>
            </w:pPr>
            <w:r w:rsidRPr="00675D78">
              <w:rPr>
                <w:sz w:val="20"/>
                <w:lang w:val="de-DE"/>
              </w:rPr>
              <w:t>3.  Bleibt genug übrig, was ich selbst tun kann – oder steht die fertige Rechnung schon irgendwo?</w:t>
            </w:r>
          </w:p>
        </w:tc>
      </w:tr>
    </w:tbl>
    <w:p w14:paraId="5374C593" w14:textId="77777777" w:rsidR="00F008E3" w:rsidRPr="00675D78" w:rsidRDefault="00F008E3">
      <w:pPr>
        <w:rPr>
          <w:lang w:val="de-DE"/>
        </w:rPr>
      </w:pPr>
    </w:p>
    <w:p w14:paraId="41CC7431" w14:textId="77777777" w:rsidR="00F008E3" w:rsidRPr="00675D78" w:rsidRDefault="00000000">
      <w:pPr>
        <w:rPr>
          <w:lang w:val="de-DE"/>
        </w:rPr>
      </w:pPr>
      <w:r w:rsidRPr="00675D78">
        <w:rPr>
          <w:lang w:val="de-DE"/>
        </w:rPr>
        <w:br w:type="page"/>
      </w:r>
    </w:p>
    <w:p w14:paraId="5B9242D5" w14:textId="77777777" w:rsidR="00F008E3" w:rsidRPr="00675D78" w:rsidRDefault="00000000">
      <w:pPr>
        <w:pStyle w:val="KPKapitel"/>
        <w:rPr>
          <w:lang w:val="de-DE"/>
        </w:rPr>
      </w:pPr>
      <w:r w:rsidRPr="00675D78">
        <w:rPr>
          <w:color w:val="8FB840"/>
          <w:lang w:val="de-DE"/>
        </w:rPr>
        <w:lastRenderedPageBreak/>
        <w:t xml:space="preserve">M 9   </w:t>
      </w:r>
      <w:r w:rsidRPr="00675D78">
        <w:rPr>
          <w:lang w:val="de-DE"/>
        </w:rPr>
        <w:t>Trichterblatt</w:t>
      </w:r>
    </w:p>
    <w:p w14:paraId="151AC6B7" w14:textId="77777777" w:rsidR="00F008E3" w:rsidRDefault="00000000">
      <w:pPr>
        <w:pStyle w:val="KPKlein"/>
      </w:pPr>
      <w:r w:rsidRPr="00675D78">
        <w:rPr>
          <w:lang w:val="de-DE"/>
        </w:rPr>
        <w:t xml:space="preserve">Von der Neugier zur Frage – in vier Stufen. Fülle das Blatt für ein Interessenfeld aus. </w:t>
      </w:r>
      <w:r>
        <w:t xml:space="preserve">Du </w:t>
      </w:r>
      <w:proofErr w:type="spellStart"/>
      <w:r>
        <w:t>brauchst</w:t>
      </w:r>
      <w:proofErr w:type="spellEnd"/>
      <w:r>
        <w:t xml:space="preserve"> </w:t>
      </w:r>
      <w:proofErr w:type="spellStart"/>
      <w:r>
        <w:t>zwei</w:t>
      </w:r>
      <w:proofErr w:type="spellEnd"/>
      <w:r>
        <w:t xml:space="preserve"> Blätter, weil du zwei Felder durchspielst.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900"/>
        <w:gridCol w:w="3600"/>
        <w:gridCol w:w="3526"/>
      </w:tblGrid>
      <w:tr w:rsidR="00F008E3" w14:paraId="77EE1450" w14:textId="77777777">
        <w:trPr>
          <w:cantSplit/>
          <w:tblHeader/>
        </w:trPr>
        <w:tc>
          <w:tcPr>
            <w:tcW w:w="1900" w:type="dxa"/>
            <w:shd w:val="clear" w:color="auto" w:fill="0F3D2A"/>
            <w:tcMar>
              <w:top w:w="60" w:type="dxa"/>
              <w:left w:w="90" w:type="dxa"/>
              <w:bottom w:w="60" w:type="dxa"/>
              <w:right w:w="90" w:type="dxa"/>
            </w:tcMar>
          </w:tcPr>
          <w:p w14:paraId="3F460C15" w14:textId="77777777" w:rsidR="00F008E3" w:rsidRDefault="00000000">
            <w:pPr>
              <w:spacing w:after="0" w:line="252" w:lineRule="auto"/>
            </w:pPr>
            <w:r>
              <w:rPr>
                <w:rFonts w:ascii="Calibri" w:hAnsi="Calibri"/>
                <w:b/>
                <w:color w:val="FFFFFF"/>
                <w:sz w:val="17"/>
              </w:rPr>
              <w:t>Stufe</w:t>
            </w:r>
          </w:p>
        </w:tc>
        <w:tc>
          <w:tcPr>
            <w:tcW w:w="3600" w:type="dxa"/>
            <w:shd w:val="clear" w:color="auto" w:fill="0F3D2A"/>
            <w:tcMar>
              <w:top w:w="60" w:type="dxa"/>
              <w:left w:w="90" w:type="dxa"/>
              <w:bottom w:w="60" w:type="dxa"/>
              <w:right w:w="90" w:type="dxa"/>
            </w:tcMar>
          </w:tcPr>
          <w:p w14:paraId="7D4A64E8" w14:textId="77777777" w:rsidR="00F008E3" w:rsidRDefault="00000000">
            <w:pPr>
              <w:spacing w:after="0" w:line="252" w:lineRule="auto"/>
            </w:pPr>
            <w:r>
              <w:rPr>
                <w:rFonts w:ascii="Calibri" w:hAnsi="Calibri"/>
                <w:b/>
                <w:color w:val="FFFFFF"/>
                <w:sz w:val="17"/>
              </w:rPr>
              <w:t>Was hier hineingehört</w:t>
            </w:r>
          </w:p>
        </w:tc>
        <w:tc>
          <w:tcPr>
            <w:tcW w:w="3526" w:type="dxa"/>
            <w:shd w:val="clear" w:color="auto" w:fill="0F3D2A"/>
            <w:tcMar>
              <w:top w:w="60" w:type="dxa"/>
              <w:left w:w="90" w:type="dxa"/>
              <w:bottom w:w="60" w:type="dxa"/>
              <w:right w:w="90" w:type="dxa"/>
            </w:tcMar>
          </w:tcPr>
          <w:p w14:paraId="2A0E0BF9" w14:textId="77777777" w:rsidR="00F008E3" w:rsidRDefault="00000000">
            <w:pPr>
              <w:spacing w:after="0" w:line="252" w:lineRule="auto"/>
            </w:pPr>
            <w:r>
              <w:rPr>
                <w:rFonts w:ascii="Calibri" w:hAnsi="Calibri"/>
                <w:b/>
                <w:color w:val="FFFFFF"/>
                <w:sz w:val="17"/>
              </w:rPr>
              <w:t>Deine Eintragung</w:t>
            </w:r>
          </w:p>
        </w:tc>
      </w:tr>
      <w:tr w:rsidR="00F008E3" w14:paraId="0BF60A6F" w14:textId="77777777">
        <w:trPr>
          <w:cantSplit/>
        </w:trPr>
        <w:tc>
          <w:tcPr>
            <w:tcW w:w="1900" w:type="dxa"/>
            <w:tcMar>
              <w:top w:w="60" w:type="dxa"/>
              <w:left w:w="90" w:type="dxa"/>
              <w:bottom w:w="60" w:type="dxa"/>
              <w:right w:w="90" w:type="dxa"/>
            </w:tcMar>
          </w:tcPr>
          <w:p w14:paraId="038E3E7F" w14:textId="77777777" w:rsidR="00F008E3" w:rsidRDefault="00000000">
            <w:pPr>
              <w:spacing w:after="0" w:line="264" w:lineRule="auto"/>
            </w:pPr>
            <w:r>
              <w:rPr>
                <w:b/>
                <w:sz w:val="19"/>
              </w:rPr>
              <w:t>1. Interessenfeld</w:t>
            </w:r>
          </w:p>
        </w:tc>
        <w:tc>
          <w:tcPr>
            <w:tcW w:w="3600" w:type="dxa"/>
            <w:tcMar>
              <w:top w:w="60" w:type="dxa"/>
              <w:left w:w="90" w:type="dxa"/>
              <w:bottom w:w="60" w:type="dxa"/>
              <w:right w:w="90" w:type="dxa"/>
            </w:tcMar>
          </w:tcPr>
          <w:p w14:paraId="0300442A" w14:textId="77777777" w:rsidR="00F008E3" w:rsidRDefault="00000000">
            <w:pPr>
              <w:spacing w:after="0" w:line="264" w:lineRule="auto"/>
            </w:pPr>
            <w:r w:rsidRPr="00675D78">
              <w:rPr>
                <w:sz w:val="19"/>
                <w:lang w:val="de-DE"/>
              </w:rPr>
              <w:t xml:space="preserve">Ein Feld aus deinem Interessenblatt. </w:t>
            </w:r>
            <w:r>
              <w:rPr>
                <w:sz w:val="19"/>
              </w:rPr>
              <w:t xml:space="preserve">Ein bis </w:t>
            </w:r>
            <w:proofErr w:type="spellStart"/>
            <w:r>
              <w:rPr>
                <w:sz w:val="19"/>
              </w:rPr>
              <w:t>drei</w:t>
            </w:r>
            <w:proofErr w:type="spellEnd"/>
            <w:r>
              <w:rPr>
                <w:sz w:val="19"/>
              </w:rPr>
              <w:t xml:space="preserve"> </w:t>
            </w:r>
            <w:proofErr w:type="spellStart"/>
            <w:r>
              <w:rPr>
                <w:sz w:val="19"/>
              </w:rPr>
              <w:t>Wörter</w:t>
            </w:r>
            <w:proofErr w:type="spellEnd"/>
            <w:r>
              <w:rPr>
                <w:sz w:val="19"/>
              </w:rPr>
              <w:t>.</w:t>
            </w:r>
          </w:p>
        </w:tc>
        <w:tc>
          <w:tcPr>
            <w:tcW w:w="3526" w:type="dxa"/>
            <w:tcMar>
              <w:top w:w="60" w:type="dxa"/>
              <w:left w:w="90" w:type="dxa"/>
              <w:bottom w:w="60" w:type="dxa"/>
              <w:right w:w="90" w:type="dxa"/>
            </w:tcMar>
          </w:tcPr>
          <w:p w14:paraId="3C43B14F" w14:textId="77777777" w:rsidR="00F008E3" w:rsidRDefault="00F008E3">
            <w:pPr>
              <w:spacing w:after="0" w:line="264" w:lineRule="auto"/>
            </w:pPr>
          </w:p>
        </w:tc>
      </w:tr>
      <w:tr w:rsidR="00F008E3" w14:paraId="2BFFB414" w14:textId="77777777">
        <w:trPr>
          <w:cantSplit/>
        </w:trPr>
        <w:tc>
          <w:tcPr>
            <w:tcW w:w="1900" w:type="dxa"/>
            <w:shd w:val="clear" w:color="auto" w:fill="F1F4EC"/>
            <w:tcMar>
              <w:top w:w="60" w:type="dxa"/>
              <w:left w:w="90" w:type="dxa"/>
              <w:bottom w:w="60" w:type="dxa"/>
              <w:right w:w="90" w:type="dxa"/>
            </w:tcMar>
          </w:tcPr>
          <w:p w14:paraId="78FAE98F" w14:textId="77777777" w:rsidR="00F008E3" w:rsidRDefault="00000000">
            <w:pPr>
              <w:spacing w:after="0" w:line="264" w:lineRule="auto"/>
            </w:pPr>
            <w:r>
              <w:rPr>
                <w:b/>
                <w:sz w:val="19"/>
              </w:rPr>
              <w:t>2. Phänomen</w:t>
            </w:r>
          </w:p>
        </w:tc>
        <w:tc>
          <w:tcPr>
            <w:tcW w:w="3600" w:type="dxa"/>
            <w:shd w:val="clear" w:color="auto" w:fill="F1F4EC"/>
            <w:tcMar>
              <w:top w:w="60" w:type="dxa"/>
              <w:left w:w="90" w:type="dxa"/>
              <w:bottom w:w="60" w:type="dxa"/>
              <w:right w:w="90" w:type="dxa"/>
            </w:tcMar>
          </w:tcPr>
          <w:p w14:paraId="4CDF1DB7" w14:textId="77777777" w:rsidR="00F008E3" w:rsidRDefault="00000000">
            <w:pPr>
              <w:spacing w:after="0" w:line="264" w:lineRule="auto"/>
            </w:pPr>
            <w:r w:rsidRPr="00675D78">
              <w:rPr>
                <w:sz w:val="19"/>
                <w:lang w:val="de-DE"/>
              </w:rPr>
              <w:t xml:space="preserve">Etwas Konkretes, das dir daran auffällt, sich verändert, ungleich verteilt ist, sich vergleichen oder optimieren lässt. </w:t>
            </w:r>
            <w:r>
              <w:rPr>
                <w:sz w:val="19"/>
              </w:rPr>
              <w:t xml:space="preserve">Ein </w:t>
            </w:r>
            <w:proofErr w:type="spellStart"/>
            <w:r>
              <w:rPr>
                <w:sz w:val="19"/>
              </w:rPr>
              <w:t>Satz</w:t>
            </w:r>
            <w:proofErr w:type="spellEnd"/>
            <w:r>
              <w:rPr>
                <w:sz w:val="19"/>
              </w:rPr>
              <w:t>.</w:t>
            </w:r>
          </w:p>
        </w:tc>
        <w:tc>
          <w:tcPr>
            <w:tcW w:w="3526" w:type="dxa"/>
            <w:shd w:val="clear" w:color="auto" w:fill="F1F4EC"/>
            <w:tcMar>
              <w:top w:w="60" w:type="dxa"/>
              <w:left w:w="90" w:type="dxa"/>
              <w:bottom w:w="60" w:type="dxa"/>
              <w:right w:w="90" w:type="dxa"/>
            </w:tcMar>
          </w:tcPr>
          <w:p w14:paraId="2683DE9B" w14:textId="77777777" w:rsidR="00F008E3" w:rsidRDefault="00F008E3">
            <w:pPr>
              <w:spacing w:after="0" w:line="264" w:lineRule="auto"/>
            </w:pPr>
          </w:p>
        </w:tc>
      </w:tr>
      <w:tr w:rsidR="00F008E3" w14:paraId="3EDC6CD5" w14:textId="77777777">
        <w:trPr>
          <w:cantSplit/>
        </w:trPr>
        <w:tc>
          <w:tcPr>
            <w:tcW w:w="1900" w:type="dxa"/>
            <w:tcMar>
              <w:top w:w="60" w:type="dxa"/>
              <w:left w:w="90" w:type="dxa"/>
              <w:bottom w:w="60" w:type="dxa"/>
              <w:right w:w="90" w:type="dxa"/>
            </w:tcMar>
          </w:tcPr>
          <w:p w14:paraId="0BAC3FF5" w14:textId="77777777" w:rsidR="00F008E3" w:rsidRDefault="00000000">
            <w:pPr>
              <w:spacing w:after="0" w:line="264" w:lineRule="auto"/>
            </w:pPr>
            <w:r>
              <w:rPr>
                <w:b/>
                <w:sz w:val="19"/>
              </w:rPr>
              <w:t>3. Frage</w:t>
            </w:r>
          </w:p>
        </w:tc>
        <w:tc>
          <w:tcPr>
            <w:tcW w:w="3600" w:type="dxa"/>
            <w:tcMar>
              <w:top w:w="60" w:type="dxa"/>
              <w:left w:w="90" w:type="dxa"/>
              <w:bottom w:w="60" w:type="dxa"/>
              <w:right w:w="90" w:type="dxa"/>
            </w:tcMar>
          </w:tcPr>
          <w:p w14:paraId="6A1E4190" w14:textId="77777777" w:rsidR="00F008E3" w:rsidRDefault="00000000">
            <w:pPr>
              <w:spacing w:after="0" w:line="264" w:lineRule="auto"/>
            </w:pPr>
            <w:r w:rsidRPr="00675D78">
              <w:rPr>
                <w:sz w:val="19"/>
                <w:lang w:val="de-DE"/>
              </w:rPr>
              <w:t xml:space="preserve">Eine Frage, die mit einem Fragezeichen endet und die eine Rechnung beantworten kann. </w:t>
            </w:r>
            <w:r>
              <w:rPr>
                <w:sz w:val="19"/>
              </w:rPr>
              <w:t xml:space="preserve">Ein </w:t>
            </w:r>
            <w:proofErr w:type="spellStart"/>
            <w:r>
              <w:rPr>
                <w:sz w:val="19"/>
              </w:rPr>
              <w:t>Satz</w:t>
            </w:r>
            <w:proofErr w:type="spellEnd"/>
            <w:r>
              <w:rPr>
                <w:sz w:val="19"/>
              </w:rPr>
              <w:t>.</w:t>
            </w:r>
          </w:p>
        </w:tc>
        <w:tc>
          <w:tcPr>
            <w:tcW w:w="3526" w:type="dxa"/>
            <w:tcMar>
              <w:top w:w="60" w:type="dxa"/>
              <w:left w:w="90" w:type="dxa"/>
              <w:bottom w:w="60" w:type="dxa"/>
              <w:right w:w="90" w:type="dxa"/>
            </w:tcMar>
          </w:tcPr>
          <w:p w14:paraId="25C62DEC" w14:textId="77777777" w:rsidR="00F008E3" w:rsidRDefault="00F008E3">
            <w:pPr>
              <w:spacing w:after="0" w:line="264" w:lineRule="auto"/>
            </w:pPr>
          </w:p>
        </w:tc>
      </w:tr>
      <w:tr w:rsidR="00F008E3" w:rsidRPr="00675D78" w14:paraId="7AC030B2" w14:textId="77777777">
        <w:trPr>
          <w:cantSplit/>
        </w:trPr>
        <w:tc>
          <w:tcPr>
            <w:tcW w:w="1900" w:type="dxa"/>
            <w:shd w:val="clear" w:color="auto" w:fill="F1F4EC"/>
            <w:tcMar>
              <w:top w:w="60" w:type="dxa"/>
              <w:left w:w="90" w:type="dxa"/>
              <w:bottom w:w="60" w:type="dxa"/>
              <w:right w:w="90" w:type="dxa"/>
            </w:tcMar>
          </w:tcPr>
          <w:p w14:paraId="294806C4" w14:textId="77777777" w:rsidR="00F008E3" w:rsidRDefault="00000000">
            <w:pPr>
              <w:spacing w:after="0" w:line="264" w:lineRule="auto"/>
            </w:pPr>
            <w:r>
              <w:rPr>
                <w:b/>
                <w:sz w:val="19"/>
              </w:rPr>
              <w:t>4. Mathematik</w:t>
            </w:r>
          </w:p>
        </w:tc>
        <w:tc>
          <w:tcPr>
            <w:tcW w:w="3600" w:type="dxa"/>
            <w:shd w:val="clear" w:color="auto" w:fill="F1F4EC"/>
            <w:tcMar>
              <w:top w:w="60" w:type="dxa"/>
              <w:left w:w="90" w:type="dxa"/>
              <w:bottom w:w="60" w:type="dxa"/>
              <w:right w:w="90" w:type="dxa"/>
            </w:tcMar>
          </w:tcPr>
          <w:p w14:paraId="4B384972" w14:textId="77777777" w:rsidR="00F008E3" w:rsidRPr="00675D78" w:rsidRDefault="00000000">
            <w:pPr>
              <w:spacing w:after="0" w:line="264" w:lineRule="auto"/>
              <w:rPr>
                <w:lang w:val="de-DE"/>
              </w:rPr>
            </w:pPr>
            <w:r w:rsidRPr="00675D78">
              <w:rPr>
                <w:sz w:val="19"/>
                <w:lang w:val="de-DE"/>
              </w:rPr>
              <w:t>Welche Verfahren brauchst du? Welche Blöcke aus dem Kursbuch? Woher kommen die Daten oder das Modell?</w:t>
            </w:r>
          </w:p>
        </w:tc>
        <w:tc>
          <w:tcPr>
            <w:tcW w:w="3526" w:type="dxa"/>
            <w:shd w:val="clear" w:color="auto" w:fill="F1F4EC"/>
            <w:tcMar>
              <w:top w:w="60" w:type="dxa"/>
              <w:left w:w="90" w:type="dxa"/>
              <w:bottom w:w="60" w:type="dxa"/>
              <w:right w:w="90" w:type="dxa"/>
            </w:tcMar>
          </w:tcPr>
          <w:p w14:paraId="496675C0" w14:textId="77777777" w:rsidR="00F008E3" w:rsidRPr="00675D78" w:rsidRDefault="00F008E3">
            <w:pPr>
              <w:spacing w:after="0" w:line="264" w:lineRule="auto"/>
              <w:rPr>
                <w:lang w:val="de-DE"/>
              </w:rPr>
            </w:pPr>
          </w:p>
        </w:tc>
      </w:tr>
    </w:tbl>
    <w:p w14:paraId="3A1916B9" w14:textId="77777777" w:rsidR="00F008E3" w:rsidRPr="00675D78" w:rsidRDefault="00F008E3">
      <w:pPr>
        <w:rPr>
          <w:lang w:val="de-DE"/>
        </w:rPr>
      </w:pPr>
    </w:p>
    <w:p w14:paraId="6F898CFF" w14:textId="77777777" w:rsidR="00F008E3" w:rsidRDefault="00000000">
      <w:pPr>
        <w:pStyle w:val="KPAbschnitt"/>
      </w:pPr>
      <w:r>
        <w:t xml:space="preserve">Die </w:t>
      </w:r>
      <w:proofErr w:type="spellStart"/>
      <w:r>
        <w:t>drei</w:t>
      </w:r>
      <w:proofErr w:type="spellEnd"/>
      <w:r>
        <w:t xml:space="preserve"> </w:t>
      </w:r>
      <w:proofErr w:type="spellStart"/>
      <w:r>
        <w:t>Bauarten</w:t>
      </w:r>
      <w:proofErr w:type="spellEnd"/>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500"/>
        <w:gridCol w:w="1900"/>
        <w:gridCol w:w="3400"/>
        <w:gridCol w:w="2226"/>
      </w:tblGrid>
      <w:tr w:rsidR="00F008E3" w14:paraId="02D1F02C" w14:textId="77777777">
        <w:trPr>
          <w:cantSplit/>
          <w:tblHeader/>
        </w:trPr>
        <w:tc>
          <w:tcPr>
            <w:tcW w:w="1500" w:type="dxa"/>
            <w:shd w:val="clear" w:color="auto" w:fill="0F3D2A"/>
            <w:tcMar>
              <w:top w:w="60" w:type="dxa"/>
              <w:left w:w="90" w:type="dxa"/>
              <w:bottom w:w="60" w:type="dxa"/>
              <w:right w:w="90" w:type="dxa"/>
            </w:tcMar>
          </w:tcPr>
          <w:p w14:paraId="0AF31205" w14:textId="77777777" w:rsidR="00F008E3" w:rsidRDefault="00000000">
            <w:pPr>
              <w:spacing w:after="0" w:line="252" w:lineRule="auto"/>
            </w:pPr>
            <w:r>
              <w:rPr>
                <w:rFonts w:ascii="Calibri" w:hAnsi="Calibri"/>
                <w:b/>
                <w:color w:val="FFFFFF"/>
                <w:sz w:val="17"/>
              </w:rPr>
              <w:t>Bauart</w:t>
            </w:r>
          </w:p>
        </w:tc>
        <w:tc>
          <w:tcPr>
            <w:tcW w:w="1900" w:type="dxa"/>
            <w:shd w:val="clear" w:color="auto" w:fill="0F3D2A"/>
            <w:tcMar>
              <w:top w:w="60" w:type="dxa"/>
              <w:left w:w="90" w:type="dxa"/>
              <w:bottom w:w="60" w:type="dxa"/>
              <w:right w:w="90" w:type="dxa"/>
            </w:tcMar>
          </w:tcPr>
          <w:p w14:paraId="2A06F534" w14:textId="77777777" w:rsidR="00F008E3" w:rsidRDefault="00000000">
            <w:pPr>
              <w:spacing w:after="0" w:line="252" w:lineRule="auto"/>
            </w:pPr>
            <w:r>
              <w:rPr>
                <w:rFonts w:ascii="Calibri" w:hAnsi="Calibri"/>
                <w:b/>
                <w:color w:val="FFFFFF"/>
                <w:sz w:val="17"/>
              </w:rPr>
              <w:t>Du hast …</w:t>
            </w:r>
          </w:p>
        </w:tc>
        <w:tc>
          <w:tcPr>
            <w:tcW w:w="3400" w:type="dxa"/>
            <w:shd w:val="clear" w:color="auto" w:fill="0F3D2A"/>
            <w:tcMar>
              <w:top w:w="60" w:type="dxa"/>
              <w:left w:w="90" w:type="dxa"/>
              <w:bottom w:w="60" w:type="dxa"/>
              <w:right w:w="90" w:type="dxa"/>
            </w:tcMar>
          </w:tcPr>
          <w:p w14:paraId="67F985E2" w14:textId="77777777" w:rsidR="00F008E3" w:rsidRDefault="00000000">
            <w:pPr>
              <w:spacing w:after="0" w:line="252" w:lineRule="auto"/>
            </w:pPr>
            <w:r>
              <w:rPr>
                <w:rFonts w:ascii="Calibri" w:hAnsi="Calibri"/>
                <w:b/>
                <w:color w:val="FFFFFF"/>
                <w:sz w:val="17"/>
              </w:rPr>
              <w:t>Du tust …</w:t>
            </w:r>
          </w:p>
        </w:tc>
        <w:tc>
          <w:tcPr>
            <w:tcW w:w="2226" w:type="dxa"/>
            <w:shd w:val="clear" w:color="auto" w:fill="0F3D2A"/>
            <w:tcMar>
              <w:top w:w="60" w:type="dxa"/>
              <w:left w:w="90" w:type="dxa"/>
              <w:bottom w:w="60" w:type="dxa"/>
              <w:right w:w="90" w:type="dxa"/>
            </w:tcMar>
          </w:tcPr>
          <w:p w14:paraId="6A921F91" w14:textId="77777777" w:rsidR="00F008E3" w:rsidRDefault="00000000">
            <w:pPr>
              <w:spacing w:after="0" w:line="252" w:lineRule="auto"/>
            </w:pPr>
            <w:r>
              <w:rPr>
                <w:rFonts w:ascii="Calibri" w:hAnsi="Calibri"/>
                <w:b/>
                <w:color w:val="FFFFFF"/>
                <w:sz w:val="17"/>
              </w:rPr>
              <w:t>Typische Frageform</w:t>
            </w:r>
          </w:p>
        </w:tc>
      </w:tr>
      <w:tr w:rsidR="00F008E3" w:rsidRPr="00675D78" w14:paraId="5D7A62DC" w14:textId="77777777">
        <w:trPr>
          <w:cantSplit/>
        </w:trPr>
        <w:tc>
          <w:tcPr>
            <w:tcW w:w="1500" w:type="dxa"/>
            <w:tcMar>
              <w:top w:w="60" w:type="dxa"/>
              <w:left w:w="90" w:type="dxa"/>
              <w:bottom w:w="60" w:type="dxa"/>
              <w:right w:w="90" w:type="dxa"/>
            </w:tcMar>
          </w:tcPr>
          <w:p w14:paraId="4AF76A14" w14:textId="77777777" w:rsidR="00F008E3" w:rsidRDefault="00000000">
            <w:pPr>
              <w:spacing w:after="0" w:line="264" w:lineRule="auto"/>
            </w:pPr>
            <w:r>
              <w:rPr>
                <w:b/>
                <w:sz w:val="19"/>
              </w:rPr>
              <w:t>Modellierung</w:t>
            </w:r>
          </w:p>
        </w:tc>
        <w:tc>
          <w:tcPr>
            <w:tcW w:w="1900" w:type="dxa"/>
            <w:tcMar>
              <w:top w:w="60" w:type="dxa"/>
              <w:left w:w="90" w:type="dxa"/>
              <w:bottom w:w="60" w:type="dxa"/>
              <w:right w:w="90" w:type="dxa"/>
            </w:tcMar>
          </w:tcPr>
          <w:p w14:paraId="10AD4D8C" w14:textId="77777777" w:rsidR="00F008E3" w:rsidRDefault="00000000">
            <w:pPr>
              <w:spacing w:after="0" w:line="264" w:lineRule="auto"/>
            </w:pPr>
            <w:r>
              <w:rPr>
                <w:sz w:val="19"/>
              </w:rPr>
              <w:t>Daten oder eine Situation</w:t>
            </w:r>
          </w:p>
        </w:tc>
        <w:tc>
          <w:tcPr>
            <w:tcW w:w="3400" w:type="dxa"/>
            <w:tcMar>
              <w:top w:w="60" w:type="dxa"/>
              <w:left w:w="90" w:type="dxa"/>
              <w:bottom w:w="60" w:type="dxa"/>
              <w:right w:w="90" w:type="dxa"/>
            </w:tcMar>
          </w:tcPr>
          <w:p w14:paraId="6384BAE4" w14:textId="77777777" w:rsidR="00F008E3" w:rsidRPr="00675D78" w:rsidRDefault="00000000">
            <w:pPr>
              <w:spacing w:after="0" w:line="264" w:lineRule="auto"/>
              <w:rPr>
                <w:lang w:val="de-DE"/>
              </w:rPr>
            </w:pPr>
            <w:r w:rsidRPr="00675D78">
              <w:rPr>
                <w:sz w:val="19"/>
                <w:lang w:val="de-DE"/>
              </w:rPr>
              <w:t xml:space="preserve">eine Funktion suchen, die sie beschreibt; prüfen, wie gut sie passt; zeigen, wo sie </w:t>
            </w:r>
            <w:proofErr w:type="gramStart"/>
            <w:r w:rsidRPr="00675D78">
              <w:rPr>
                <w:sz w:val="19"/>
                <w:lang w:val="de-DE"/>
              </w:rPr>
              <w:t>versagt</w:t>
            </w:r>
            <w:proofErr w:type="gramEnd"/>
          </w:p>
        </w:tc>
        <w:tc>
          <w:tcPr>
            <w:tcW w:w="2226" w:type="dxa"/>
            <w:tcMar>
              <w:top w:w="60" w:type="dxa"/>
              <w:left w:w="90" w:type="dxa"/>
              <w:bottom w:w="60" w:type="dxa"/>
              <w:right w:w="90" w:type="dxa"/>
            </w:tcMar>
          </w:tcPr>
          <w:p w14:paraId="76029E28" w14:textId="77777777" w:rsidR="00F008E3" w:rsidRPr="00675D78" w:rsidRDefault="00000000">
            <w:pPr>
              <w:spacing w:after="0" w:line="264" w:lineRule="auto"/>
              <w:rPr>
                <w:lang w:val="de-DE"/>
              </w:rPr>
            </w:pPr>
            <w:r w:rsidRPr="00675D78">
              <w:rPr>
                <w:sz w:val="19"/>
                <w:lang w:val="de-DE"/>
              </w:rPr>
              <w:t>Wie gut beschreibt … das Verhalten von …?</w:t>
            </w:r>
          </w:p>
        </w:tc>
      </w:tr>
      <w:tr w:rsidR="00F008E3" w:rsidRPr="00675D78" w14:paraId="6B70BE63" w14:textId="77777777">
        <w:trPr>
          <w:cantSplit/>
        </w:trPr>
        <w:tc>
          <w:tcPr>
            <w:tcW w:w="1500" w:type="dxa"/>
            <w:shd w:val="clear" w:color="auto" w:fill="F1F4EC"/>
            <w:tcMar>
              <w:top w:w="60" w:type="dxa"/>
              <w:left w:w="90" w:type="dxa"/>
              <w:bottom w:w="60" w:type="dxa"/>
              <w:right w:w="90" w:type="dxa"/>
            </w:tcMar>
          </w:tcPr>
          <w:p w14:paraId="3B2F7534" w14:textId="77777777" w:rsidR="00F008E3" w:rsidRDefault="00000000">
            <w:pPr>
              <w:spacing w:after="0" w:line="264" w:lineRule="auto"/>
            </w:pPr>
            <w:proofErr w:type="spellStart"/>
            <w:r>
              <w:rPr>
                <w:b/>
                <w:sz w:val="19"/>
              </w:rPr>
              <w:t>Untersuchung</w:t>
            </w:r>
            <w:proofErr w:type="spellEnd"/>
          </w:p>
        </w:tc>
        <w:tc>
          <w:tcPr>
            <w:tcW w:w="1900" w:type="dxa"/>
            <w:shd w:val="clear" w:color="auto" w:fill="F1F4EC"/>
            <w:tcMar>
              <w:top w:w="60" w:type="dxa"/>
              <w:left w:w="90" w:type="dxa"/>
              <w:bottom w:w="60" w:type="dxa"/>
              <w:right w:w="90" w:type="dxa"/>
            </w:tcMar>
          </w:tcPr>
          <w:p w14:paraId="26B01938" w14:textId="77777777" w:rsidR="00F008E3" w:rsidRDefault="00000000">
            <w:pPr>
              <w:spacing w:after="0" w:line="264" w:lineRule="auto"/>
            </w:pPr>
            <w:r>
              <w:rPr>
                <w:sz w:val="19"/>
              </w:rPr>
              <w:t>ein mathematisches Objekt</w:t>
            </w:r>
          </w:p>
        </w:tc>
        <w:tc>
          <w:tcPr>
            <w:tcW w:w="3400" w:type="dxa"/>
            <w:shd w:val="clear" w:color="auto" w:fill="F1F4EC"/>
            <w:tcMar>
              <w:top w:w="60" w:type="dxa"/>
              <w:left w:w="90" w:type="dxa"/>
              <w:bottom w:w="60" w:type="dxa"/>
              <w:right w:w="90" w:type="dxa"/>
            </w:tcMar>
          </w:tcPr>
          <w:p w14:paraId="4CC43E34" w14:textId="77777777" w:rsidR="00F008E3" w:rsidRPr="00675D78" w:rsidRDefault="00000000">
            <w:pPr>
              <w:spacing w:after="0" w:line="264" w:lineRule="auto"/>
              <w:rPr>
                <w:lang w:val="de-DE"/>
              </w:rPr>
            </w:pPr>
            <w:r w:rsidRPr="00675D78">
              <w:rPr>
                <w:sz w:val="19"/>
                <w:lang w:val="de-DE"/>
              </w:rPr>
              <w:t>es verändern, ein Muster vermuten, es prüfen, verallgemeinern, beweisen</w:t>
            </w:r>
          </w:p>
        </w:tc>
        <w:tc>
          <w:tcPr>
            <w:tcW w:w="2226" w:type="dxa"/>
            <w:shd w:val="clear" w:color="auto" w:fill="F1F4EC"/>
            <w:tcMar>
              <w:top w:w="60" w:type="dxa"/>
              <w:left w:w="90" w:type="dxa"/>
              <w:bottom w:w="60" w:type="dxa"/>
              <w:right w:w="90" w:type="dxa"/>
            </w:tcMar>
          </w:tcPr>
          <w:p w14:paraId="1F9327F6" w14:textId="77777777" w:rsidR="00F008E3" w:rsidRPr="00675D78" w:rsidRDefault="00000000">
            <w:pPr>
              <w:spacing w:after="0" w:line="264" w:lineRule="auto"/>
              <w:rPr>
                <w:lang w:val="de-DE"/>
              </w:rPr>
            </w:pPr>
            <w:r w:rsidRPr="00675D78">
              <w:rPr>
                <w:sz w:val="19"/>
                <w:lang w:val="de-DE"/>
              </w:rPr>
              <w:t>Was passiert mit …, wenn ich … ändere?</w:t>
            </w:r>
          </w:p>
        </w:tc>
      </w:tr>
      <w:tr w:rsidR="00F008E3" w:rsidRPr="00675D78" w14:paraId="41115ECB" w14:textId="77777777">
        <w:trPr>
          <w:cantSplit/>
        </w:trPr>
        <w:tc>
          <w:tcPr>
            <w:tcW w:w="1500" w:type="dxa"/>
            <w:tcMar>
              <w:top w:w="60" w:type="dxa"/>
              <w:left w:w="90" w:type="dxa"/>
              <w:bottom w:w="60" w:type="dxa"/>
              <w:right w:w="90" w:type="dxa"/>
            </w:tcMar>
          </w:tcPr>
          <w:p w14:paraId="5F44DABE" w14:textId="77777777" w:rsidR="00F008E3" w:rsidRDefault="00000000">
            <w:pPr>
              <w:spacing w:after="0" w:line="264" w:lineRule="auto"/>
            </w:pPr>
            <w:proofErr w:type="spellStart"/>
            <w:r>
              <w:rPr>
                <w:b/>
                <w:sz w:val="19"/>
              </w:rPr>
              <w:t>Anwendung</w:t>
            </w:r>
            <w:proofErr w:type="spellEnd"/>
          </w:p>
        </w:tc>
        <w:tc>
          <w:tcPr>
            <w:tcW w:w="1900" w:type="dxa"/>
            <w:tcMar>
              <w:top w:w="60" w:type="dxa"/>
              <w:left w:w="90" w:type="dxa"/>
              <w:bottom w:w="60" w:type="dxa"/>
              <w:right w:w="90" w:type="dxa"/>
            </w:tcMar>
          </w:tcPr>
          <w:p w14:paraId="6F8891BF" w14:textId="77777777" w:rsidR="00F008E3" w:rsidRDefault="00000000">
            <w:pPr>
              <w:spacing w:after="0" w:line="264" w:lineRule="auto"/>
            </w:pPr>
            <w:r>
              <w:rPr>
                <w:sz w:val="19"/>
              </w:rPr>
              <w:t>eine echte Entscheidung</w:t>
            </w:r>
          </w:p>
        </w:tc>
        <w:tc>
          <w:tcPr>
            <w:tcW w:w="3400" w:type="dxa"/>
            <w:tcMar>
              <w:top w:w="60" w:type="dxa"/>
              <w:left w:w="90" w:type="dxa"/>
              <w:bottom w:w="60" w:type="dxa"/>
              <w:right w:w="90" w:type="dxa"/>
            </w:tcMar>
          </w:tcPr>
          <w:p w14:paraId="654C4DB6" w14:textId="77777777" w:rsidR="00F008E3" w:rsidRPr="00675D78" w:rsidRDefault="00000000">
            <w:pPr>
              <w:spacing w:after="0" w:line="264" w:lineRule="auto"/>
              <w:rPr>
                <w:lang w:val="de-DE"/>
              </w:rPr>
            </w:pPr>
            <w:r w:rsidRPr="00675D78">
              <w:rPr>
                <w:sz w:val="19"/>
                <w:lang w:val="de-DE"/>
              </w:rPr>
              <w:t>mindestens zwei Möglichkeiten mit Mathematik vergleichen und die Wahl begründen</w:t>
            </w:r>
          </w:p>
        </w:tc>
        <w:tc>
          <w:tcPr>
            <w:tcW w:w="2226" w:type="dxa"/>
            <w:tcMar>
              <w:top w:w="60" w:type="dxa"/>
              <w:left w:w="90" w:type="dxa"/>
              <w:bottom w:w="60" w:type="dxa"/>
              <w:right w:w="90" w:type="dxa"/>
            </w:tcMar>
          </w:tcPr>
          <w:p w14:paraId="3B4E2C97" w14:textId="77777777" w:rsidR="00F008E3" w:rsidRPr="00675D78" w:rsidRDefault="00000000">
            <w:pPr>
              <w:spacing w:after="0" w:line="264" w:lineRule="auto"/>
              <w:rPr>
                <w:lang w:val="de-DE"/>
              </w:rPr>
            </w:pPr>
            <w:r w:rsidRPr="00675D78">
              <w:rPr>
                <w:sz w:val="19"/>
                <w:lang w:val="de-DE"/>
              </w:rPr>
              <w:t>Welche von … ist für … die beste, und warum?</w:t>
            </w:r>
          </w:p>
        </w:tc>
      </w:tr>
    </w:tbl>
    <w:p w14:paraId="526E6597" w14:textId="77777777" w:rsidR="00F008E3" w:rsidRPr="00675D78" w:rsidRDefault="00F008E3">
      <w:pPr>
        <w:rPr>
          <w:lang w:val="de-DE"/>
        </w:rPr>
      </w:pP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9026"/>
      </w:tblGrid>
      <w:tr w:rsidR="00F008E3" w:rsidRPr="00675D78" w14:paraId="15431083" w14:textId="77777777">
        <w:trPr>
          <w:cantSplit/>
        </w:trPr>
        <w:tc>
          <w:tcPr>
            <w:tcW w:w="9026" w:type="dxa"/>
            <w:tcBorders>
              <w:left w:val="single" w:sz="26" w:space="0" w:color="C0272D"/>
            </w:tcBorders>
            <w:shd w:val="clear" w:color="auto" w:fill="F8E7E7"/>
            <w:tcMar>
              <w:top w:w="150" w:type="dxa"/>
              <w:left w:w="220" w:type="dxa"/>
              <w:bottom w:w="150" w:type="dxa"/>
              <w:right w:w="200" w:type="dxa"/>
            </w:tcMar>
          </w:tcPr>
          <w:p w14:paraId="703C3582" w14:textId="77777777" w:rsidR="00F008E3" w:rsidRPr="00675D78" w:rsidRDefault="00000000">
            <w:pPr>
              <w:spacing w:after="80"/>
              <w:rPr>
                <w:lang w:val="de-DE"/>
              </w:rPr>
            </w:pPr>
            <w:r w:rsidRPr="00675D78">
              <w:rPr>
                <w:rFonts w:ascii="Calibri" w:hAnsi="Calibri"/>
                <w:b/>
                <w:color w:val="C0272D"/>
                <w:lang w:val="de-DE"/>
              </w:rPr>
              <w:t>Woran du eine Referatsfrage erkennst</w:t>
            </w:r>
          </w:p>
          <w:p w14:paraId="50DDAC65" w14:textId="77777777" w:rsidR="00F008E3" w:rsidRPr="00675D78" w:rsidRDefault="00000000">
            <w:pPr>
              <w:spacing w:after="60"/>
              <w:rPr>
                <w:lang w:val="de-DE"/>
              </w:rPr>
            </w:pPr>
            <w:r w:rsidRPr="00675D78">
              <w:rPr>
                <w:sz w:val="20"/>
                <w:lang w:val="de-DE"/>
              </w:rPr>
              <w:t xml:space="preserve">„Wie funktioniert …?“  </w:t>
            </w:r>
            <w:proofErr w:type="gramStart"/>
            <w:r w:rsidRPr="00675D78">
              <w:rPr>
                <w:sz w:val="20"/>
                <w:lang w:val="de-DE"/>
              </w:rPr>
              <w:t>·  „</w:t>
            </w:r>
            <w:proofErr w:type="gramEnd"/>
            <w:r w:rsidRPr="00675D78">
              <w:rPr>
                <w:sz w:val="20"/>
                <w:lang w:val="de-DE"/>
              </w:rPr>
              <w:t xml:space="preserve">Welche Rolle spielt … in …?“  </w:t>
            </w:r>
            <w:proofErr w:type="gramStart"/>
            <w:r w:rsidRPr="00675D78">
              <w:rPr>
                <w:sz w:val="20"/>
                <w:lang w:val="de-DE"/>
              </w:rPr>
              <w:t>·  „</w:t>
            </w:r>
            <w:proofErr w:type="gramEnd"/>
            <w:r w:rsidRPr="00675D78">
              <w:rPr>
                <w:sz w:val="20"/>
                <w:lang w:val="de-DE"/>
              </w:rPr>
              <w:t xml:space="preserve">Die Geschichte von …“  </w:t>
            </w:r>
            <w:proofErr w:type="gramStart"/>
            <w:r w:rsidRPr="00675D78">
              <w:rPr>
                <w:sz w:val="20"/>
                <w:lang w:val="de-DE"/>
              </w:rPr>
              <w:t>·  „</w:t>
            </w:r>
            <w:proofErr w:type="gramEnd"/>
            <w:r w:rsidRPr="00675D78">
              <w:rPr>
                <w:sz w:val="20"/>
                <w:lang w:val="de-DE"/>
              </w:rPr>
              <w:t>Die Bedeutung von … für …“</w:t>
            </w:r>
          </w:p>
          <w:p w14:paraId="632B7562" w14:textId="77777777" w:rsidR="00F008E3" w:rsidRPr="00675D78" w:rsidRDefault="00000000">
            <w:pPr>
              <w:spacing w:after="60"/>
              <w:rPr>
                <w:lang w:val="de-DE"/>
              </w:rPr>
            </w:pPr>
            <w:r w:rsidRPr="00675D78">
              <w:rPr>
                <w:sz w:val="20"/>
                <w:lang w:val="de-DE"/>
              </w:rPr>
              <w:t>Diese Fragen kann man nachschlagen. Eine Erkundungsfrage kann man nur ausrechnen. Die IB sagt dazu ausdrücklich: Rein beschreibende historische Themen sind nicht geeignet.</w:t>
            </w:r>
          </w:p>
        </w:tc>
      </w:tr>
    </w:tbl>
    <w:p w14:paraId="48DD383F" w14:textId="77777777" w:rsidR="00F008E3" w:rsidRPr="00675D78" w:rsidRDefault="00F008E3">
      <w:pPr>
        <w:rPr>
          <w:lang w:val="de-DE"/>
        </w:rPr>
      </w:pPr>
    </w:p>
    <w:p w14:paraId="69C3ADBD" w14:textId="77777777" w:rsidR="00F008E3" w:rsidRDefault="00000000">
      <w:pPr>
        <w:pStyle w:val="KPAbschnitt"/>
      </w:pPr>
      <w:proofErr w:type="spellStart"/>
      <w:r>
        <w:t>Deine</w:t>
      </w:r>
      <w:proofErr w:type="spellEnd"/>
      <w:r>
        <w:t xml:space="preserve"> </w:t>
      </w:r>
      <w:proofErr w:type="spellStart"/>
      <w:r>
        <w:t>vorläufige</w:t>
      </w:r>
      <w:proofErr w:type="spellEnd"/>
      <w:r>
        <w:t xml:space="preserve"> </w:t>
      </w:r>
      <w:proofErr w:type="spellStart"/>
      <w:r>
        <w:t>Fragestellung</w:t>
      </w:r>
      <w:proofErr w:type="spellEnd"/>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9026"/>
      </w:tblGrid>
      <w:tr w:rsidR="00F008E3" w14:paraId="2220A9CB" w14:textId="77777777">
        <w:trPr>
          <w:cantSplit/>
        </w:trPr>
        <w:tc>
          <w:tcPr>
            <w:tcW w:w="9026" w:type="dxa"/>
            <w:tcMar>
              <w:top w:w="60" w:type="dxa"/>
              <w:left w:w="90" w:type="dxa"/>
              <w:bottom w:w="60" w:type="dxa"/>
              <w:right w:w="90" w:type="dxa"/>
            </w:tcMar>
          </w:tcPr>
          <w:p w14:paraId="12ED183C" w14:textId="77777777" w:rsidR="00F008E3" w:rsidRDefault="00F008E3">
            <w:pPr>
              <w:spacing w:after="40" w:line="264" w:lineRule="auto"/>
            </w:pPr>
          </w:p>
          <w:p w14:paraId="2CC770D8" w14:textId="77777777" w:rsidR="00F008E3" w:rsidRDefault="00F008E3">
            <w:pPr>
              <w:spacing w:after="40" w:line="264" w:lineRule="auto"/>
            </w:pPr>
          </w:p>
          <w:p w14:paraId="7A40C709" w14:textId="77777777" w:rsidR="00F008E3" w:rsidRDefault="00F008E3">
            <w:pPr>
              <w:spacing w:after="0" w:line="264" w:lineRule="auto"/>
            </w:pPr>
          </w:p>
        </w:tc>
      </w:tr>
    </w:tbl>
    <w:p w14:paraId="5A1E9E72" w14:textId="77777777" w:rsidR="00F008E3" w:rsidRDefault="00F008E3"/>
    <w:p w14:paraId="63B1631D" w14:textId="77777777" w:rsidR="00F008E3" w:rsidRDefault="00000000">
      <w:r>
        <w:br w:type="page"/>
      </w:r>
    </w:p>
    <w:p w14:paraId="2734385D" w14:textId="77777777" w:rsidR="00F008E3" w:rsidRDefault="00000000">
      <w:pPr>
        <w:pStyle w:val="KPKapitel"/>
      </w:pPr>
      <w:r>
        <w:rPr>
          <w:color w:val="8FB840"/>
        </w:rPr>
        <w:lastRenderedPageBreak/>
        <w:t xml:space="preserve">M 10   </w:t>
      </w:r>
      <w:r>
        <w:t>Prüfkarte für die Fragenschmiede</w:t>
      </w:r>
    </w:p>
    <w:p w14:paraId="1962FFAF" w14:textId="77777777" w:rsidR="00F008E3" w:rsidRPr="00675D78" w:rsidRDefault="00000000">
      <w:pPr>
        <w:pStyle w:val="KPKlein"/>
        <w:rPr>
          <w:lang w:val="de-DE"/>
        </w:rPr>
      </w:pPr>
      <w:r w:rsidRPr="00675D78">
        <w:rPr>
          <w:lang w:val="de-DE"/>
        </w:rPr>
        <w:t>Drei Karten. Jede Frage wird mit allen dreien geprüft. Wer geprüft wird, schreibt mit und redet nicht dazwischen. Am Ende einigt ihr euch auf genau einen Änderungsvorschlag – den wichtigsten.</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9026"/>
      </w:tblGrid>
      <w:tr w:rsidR="00F008E3" w:rsidRPr="00675D78" w14:paraId="7DFF47A1" w14:textId="77777777">
        <w:trPr>
          <w:cantSplit/>
        </w:trPr>
        <w:tc>
          <w:tcPr>
            <w:tcW w:w="9026" w:type="dxa"/>
            <w:tcMar>
              <w:top w:w="60" w:type="dxa"/>
              <w:left w:w="90" w:type="dxa"/>
              <w:bottom w:w="60" w:type="dxa"/>
              <w:right w:w="90" w:type="dxa"/>
            </w:tcMar>
          </w:tcPr>
          <w:p w14:paraId="05F7A363" w14:textId="77777777" w:rsidR="00F008E3" w:rsidRPr="00675D78" w:rsidRDefault="00000000">
            <w:pPr>
              <w:spacing w:after="40" w:line="264" w:lineRule="auto"/>
              <w:rPr>
                <w:lang w:val="de-DE"/>
              </w:rPr>
            </w:pPr>
            <w:r w:rsidRPr="00675D78">
              <w:rPr>
                <w:sz w:val="20"/>
                <w:lang w:val="de-DE"/>
              </w:rPr>
              <w:t>Karte 1 – Eigener mathematischer Anteil</w:t>
            </w:r>
          </w:p>
          <w:p w14:paraId="0843B308" w14:textId="77777777" w:rsidR="00F008E3" w:rsidRPr="00675D78" w:rsidRDefault="00F008E3">
            <w:pPr>
              <w:spacing w:after="40" w:line="264" w:lineRule="auto"/>
              <w:rPr>
                <w:lang w:val="de-DE"/>
              </w:rPr>
            </w:pPr>
          </w:p>
          <w:p w14:paraId="2837F7E0" w14:textId="77777777" w:rsidR="00F008E3" w:rsidRPr="00675D78" w:rsidRDefault="00000000">
            <w:pPr>
              <w:spacing w:after="40" w:line="264" w:lineRule="auto"/>
              <w:rPr>
                <w:lang w:val="de-DE"/>
              </w:rPr>
            </w:pPr>
            <w:r w:rsidRPr="00675D78">
              <w:rPr>
                <w:sz w:val="20"/>
                <w:lang w:val="de-DE"/>
              </w:rPr>
              <w:t>Welche Rechnung beantwortet diese Frage?</w:t>
            </w:r>
          </w:p>
          <w:p w14:paraId="062D082C" w14:textId="77777777" w:rsidR="00F008E3" w:rsidRPr="00675D78" w:rsidRDefault="00000000">
            <w:pPr>
              <w:spacing w:after="40" w:line="264" w:lineRule="auto"/>
              <w:rPr>
                <w:lang w:val="de-DE"/>
              </w:rPr>
            </w:pPr>
            <w:r w:rsidRPr="00675D78">
              <w:rPr>
                <w:sz w:val="20"/>
                <w:lang w:val="de-DE"/>
              </w:rPr>
              <w:t>Steht das Ergebnis schon irgendwo fertig?</w:t>
            </w:r>
          </w:p>
          <w:p w14:paraId="089F3184" w14:textId="77777777" w:rsidR="00F008E3" w:rsidRPr="00675D78" w:rsidRDefault="00000000">
            <w:pPr>
              <w:spacing w:after="40" w:line="264" w:lineRule="auto"/>
              <w:rPr>
                <w:lang w:val="de-DE"/>
              </w:rPr>
            </w:pPr>
            <w:r w:rsidRPr="00675D78">
              <w:rPr>
                <w:sz w:val="20"/>
                <w:lang w:val="de-DE"/>
              </w:rPr>
              <w:t>Was genau bleibt für dich zu tun?</w:t>
            </w:r>
          </w:p>
          <w:p w14:paraId="5E3B4AE6" w14:textId="77777777" w:rsidR="00F008E3" w:rsidRPr="00675D78" w:rsidRDefault="00F008E3">
            <w:pPr>
              <w:spacing w:after="40" w:line="264" w:lineRule="auto"/>
              <w:rPr>
                <w:lang w:val="de-DE"/>
              </w:rPr>
            </w:pPr>
          </w:p>
          <w:p w14:paraId="23B5515E" w14:textId="77777777" w:rsidR="00F008E3" w:rsidRPr="00675D78" w:rsidRDefault="00000000">
            <w:pPr>
              <w:spacing w:after="0" w:line="264" w:lineRule="auto"/>
              <w:rPr>
                <w:lang w:val="de-DE"/>
              </w:rPr>
            </w:pPr>
            <w:r w:rsidRPr="00675D78">
              <w:rPr>
                <w:sz w:val="20"/>
                <w:lang w:val="de-DE"/>
              </w:rPr>
              <w:t>Wenn niemand am Tisch die Rechnung benennen kann, ist die Frage noch keine Frage.</w:t>
            </w:r>
          </w:p>
        </w:tc>
      </w:tr>
      <w:tr w:rsidR="00F008E3" w:rsidRPr="00675D78" w14:paraId="6148984D" w14:textId="77777777">
        <w:trPr>
          <w:cantSplit/>
        </w:trPr>
        <w:tc>
          <w:tcPr>
            <w:tcW w:w="9026" w:type="dxa"/>
            <w:shd w:val="clear" w:color="auto" w:fill="F1F4EC"/>
            <w:tcMar>
              <w:top w:w="60" w:type="dxa"/>
              <w:left w:w="90" w:type="dxa"/>
              <w:bottom w:w="60" w:type="dxa"/>
              <w:right w:w="90" w:type="dxa"/>
            </w:tcMar>
          </w:tcPr>
          <w:p w14:paraId="456BEC71" w14:textId="77777777" w:rsidR="00F008E3" w:rsidRPr="00675D78" w:rsidRDefault="00000000">
            <w:pPr>
              <w:spacing w:after="40" w:line="264" w:lineRule="auto"/>
              <w:rPr>
                <w:lang w:val="de-DE"/>
              </w:rPr>
            </w:pPr>
            <w:r w:rsidRPr="00675D78">
              <w:rPr>
                <w:sz w:val="20"/>
                <w:lang w:val="de-DE"/>
              </w:rPr>
              <w:t>Karte 2 – Umfang</w:t>
            </w:r>
          </w:p>
          <w:p w14:paraId="585A75C1" w14:textId="77777777" w:rsidR="00F008E3" w:rsidRPr="00675D78" w:rsidRDefault="00F008E3">
            <w:pPr>
              <w:spacing w:after="40" w:line="264" w:lineRule="auto"/>
              <w:rPr>
                <w:lang w:val="de-DE"/>
              </w:rPr>
            </w:pPr>
          </w:p>
          <w:p w14:paraId="21644AA0" w14:textId="77777777" w:rsidR="00F008E3" w:rsidRPr="00675D78" w:rsidRDefault="00000000">
            <w:pPr>
              <w:spacing w:after="40" w:line="264" w:lineRule="auto"/>
              <w:rPr>
                <w:lang w:val="de-DE"/>
              </w:rPr>
            </w:pPr>
            <w:r w:rsidRPr="00675D78">
              <w:rPr>
                <w:sz w:val="20"/>
                <w:lang w:val="de-DE"/>
              </w:rPr>
              <w:t>Bist du nach einer Seite fertig – oder nach fünfzig?</w:t>
            </w:r>
          </w:p>
          <w:p w14:paraId="1F8FA9FA" w14:textId="77777777" w:rsidR="00F008E3" w:rsidRPr="00675D78" w:rsidRDefault="00000000">
            <w:pPr>
              <w:spacing w:after="40" w:line="264" w:lineRule="auto"/>
              <w:rPr>
                <w:lang w:val="de-DE"/>
              </w:rPr>
            </w:pPr>
            <w:r w:rsidRPr="00675D78">
              <w:rPr>
                <w:sz w:val="20"/>
                <w:lang w:val="de-DE"/>
              </w:rPr>
              <w:t>Kannst du die Frage in einem Satz erklären?</w:t>
            </w:r>
          </w:p>
          <w:p w14:paraId="6578AB18" w14:textId="77777777" w:rsidR="00F008E3" w:rsidRPr="00675D78" w:rsidRDefault="00000000">
            <w:pPr>
              <w:spacing w:after="0" w:line="264" w:lineRule="auto"/>
              <w:rPr>
                <w:lang w:val="de-DE"/>
              </w:rPr>
            </w:pPr>
            <w:r w:rsidRPr="00675D78">
              <w:rPr>
                <w:sz w:val="20"/>
                <w:lang w:val="de-DE"/>
              </w:rPr>
              <w:t>Gibt es eine naheliegende Erweiterung, falls es zu wenig wird, und eine Einschränkung, falls es zu viel wird?</w:t>
            </w:r>
          </w:p>
        </w:tc>
      </w:tr>
      <w:tr w:rsidR="00F008E3" w:rsidRPr="00675D78" w14:paraId="4BD20A37" w14:textId="77777777">
        <w:trPr>
          <w:cantSplit/>
        </w:trPr>
        <w:tc>
          <w:tcPr>
            <w:tcW w:w="9026" w:type="dxa"/>
            <w:tcMar>
              <w:top w:w="60" w:type="dxa"/>
              <w:left w:w="90" w:type="dxa"/>
              <w:bottom w:w="60" w:type="dxa"/>
              <w:right w:w="90" w:type="dxa"/>
            </w:tcMar>
          </w:tcPr>
          <w:p w14:paraId="3907A0FC" w14:textId="77777777" w:rsidR="00F008E3" w:rsidRPr="00675D78" w:rsidRDefault="00000000">
            <w:pPr>
              <w:spacing w:after="40" w:line="264" w:lineRule="auto"/>
              <w:rPr>
                <w:lang w:val="de-DE"/>
              </w:rPr>
            </w:pPr>
            <w:r w:rsidRPr="00675D78">
              <w:rPr>
                <w:sz w:val="20"/>
                <w:lang w:val="de-DE"/>
              </w:rPr>
              <w:t>Karte 3 – Daten oder Modell</w:t>
            </w:r>
          </w:p>
          <w:p w14:paraId="74B7A34F" w14:textId="77777777" w:rsidR="00F008E3" w:rsidRPr="00675D78" w:rsidRDefault="00F008E3">
            <w:pPr>
              <w:spacing w:after="40" w:line="264" w:lineRule="auto"/>
              <w:rPr>
                <w:lang w:val="de-DE"/>
              </w:rPr>
            </w:pPr>
          </w:p>
          <w:p w14:paraId="4400FDA4" w14:textId="77777777" w:rsidR="00F008E3" w:rsidRPr="00675D78" w:rsidRDefault="00000000">
            <w:pPr>
              <w:spacing w:after="40" w:line="264" w:lineRule="auto"/>
              <w:rPr>
                <w:lang w:val="de-DE"/>
              </w:rPr>
            </w:pPr>
            <w:r w:rsidRPr="00675D78">
              <w:rPr>
                <w:sz w:val="20"/>
                <w:lang w:val="de-DE"/>
              </w:rPr>
              <w:t>Woher kommen deine Zahlen?</w:t>
            </w:r>
          </w:p>
          <w:p w14:paraId="750F64A7" w14:textId="77777777" w:rsidR="00F008E3" w:rsidRPr="00675D78" w:rsidRDefault="00000000">
            <w:pPr>
              <w:spacing w:after="40" w:line="264" w:lineRule="auto"/>
              <w:rPr>
                <w:lang w:val="de-DE"/>
              </w:rPr>
            </w:pPr>
            <w:r w:rsidRPr="00675D78">
              <w:rPr>
                <w:sz w:val="20"/>
                <w:lang w:val="de-DE"/>
              </w:rPr>
              <w:t>Kannst du sie selbst erheben – und wie lange dauert das?</w:t>
            </w:r>
          </w:p>
          <w:p w14:paraId="6A953FF8" w14:textId="77777777" w:rsidR="00F008E3" w:rsidRPr="00675D78" w:rsidRDefault="00000000">
            <w:pPr>
              <w:spacing w:after="40" w:line="264" w:lineRule="auto"/>
              <w:rPr>
                <w:lang w:val="de-DE"/>
              </w:rPr>
            </w:pPr>
            <w:r w:rsidRPr="00675D78">
              <w:rPr>
                <w:sz w:val="20"/>
                <w:lang w:val="de-DE"/>
              </w:rPr>
              <w:t>Wenn du fremde Daten nimmst: Weißt du, wie sie entstanden sind, und kannst du das zitieren?</w:t>
            </w:r>
          </w:p>
          <w:p w14:paraId="7AC3FD1C" w14:textId="77777777" w:rsidR="00F008E3" w:rsidRPr="00675D78" w:rsidRDefault="00000000">
            <w:pPr>
              <w:spacing w:after="0" w:line="264" w:lineRule="auto"/>
              <w:rPr>
                <w:lang w:val="de-DE"/>
              </w:rPr>
            </w:pPr>
            <w:r w:rsidRPr="00675D78">
              <w:rPr>
                <w:sz w:val="20"/>
                <w:lang w:val="de-DE"/>
              </w:rPr>
              <w:t>Sind es genug Daten, damit dein Verfahren überhaupt gültig ist?</w:t>
            </w:r>
          </w:p>
        </w:tc>
      </w:tr>
    </w:tbl>
    <w:p w14:paraId="53DEC129" w14:textId="77777777" w:rsidR="00F008E3" w:rsidRPr="00675D78" w:rsidRDefault="00F008E3">
      <w:pPr>
        <w:rPr>
          <w:lang w:val="de-DE"/>
        </w:rPr>
      </w:pPr>
    </w:p>
    <w:p w14:paraId="23A5324A" w14:textId="77777777" w:rsidR="00F008E3" w:rsidRPr="00675D78" w:rsidRDefault="00000000">
      <w:pPr>
        <w:pStyle w:val="KPKlein"/>
        <w:rPr>
          <w:lang w:val="de-DE"/>
        </w:rPr>
      </w:pPr>
      <w:r w:rsidRPr="00675D78">
        <w:rPr>
          <w:lang w:val="de-DE"/>
        </w:rPr>
        <w:t>Jede Zelle ist eine Karte. Entlang der Linien schneiden.</w:t>
      </w:r>
    </w:p>
    <w:p w14:paraId="1387060B" w14:textId="77777777" w:rsidR="00F008E3" w:rsidRPr="00675D78" w:rsidRDefault="00000000">
      <w:pPr>
        <w:rPr>
          <w:lang w:val="de-DE"/>
        </w:rPr>
      </w:pPr>
      <w:r w:rsidRPr="00675D78">
        <w:rPr>
          <w:lang w:val="de-DE"/>
        </w:rPr>
        <w:br w:type="page"/>
      </w:r>
    </w:p>
    <w:p w14:paraId="3DFFA093" w14:textId="77777777" w:rsidR="00F008E3" w:rsidRPr="00675D78" w:rsidRDefault="00000000">
      <w:pPr>
        <w:pStyle w:val="KPKapitel"/>
        <w:rPr>
          <w:lang w:val="de-DE"/>
        </w:rPr>
      </w:pPr>
      <w:r w:rsidRPr="00675D78">
        <w:rPr>
          <w:color w:val="8FB840"/>
          <w:lang w:val="de-DE"/>
        </w:rPr>
        <w:lastRenderedPageBreak/>
        <w:t xml:space="preserve">M 11   </w:t>
      </w:r>
      <w:r w:rsidRPr="00675D78">
        <w:rPr>
          <w:lang w:val="de-DE"/>
        </w:rPr>
        <w:t>Bewertungsbogen</w:t>
      </w:r>
    </w:p>
    <w:p w14:paraId="12BFF34F" w14:textId="77777777" w:rsidR="00F008E3" w:rsidRDefault="00000000">
      <w:pPr>
        <w:pStyle w:val="KPKlein"/>
      </w:pPr>
      <w:r w:rsidRPr="00675D78">
        <w:rPr>
          <w:lang w:val="de-DE"/>
        </w:rPr>
        <w:t xml:space="preserve">Ihr seid die Prüfkommission. Für jedes Kriterium: eine Ebene, und ein Satz, der auf eine konkrete Stelle in der Arbeit zeigt. </w:t>
      </w:r>
      <w:r>
        <w:t xml:space="preserve">Ein </w:t>
      </w:r>
      <w:proofErr w:type="spellStart"/>
      <w:r>
        <w:t>Urteil</w:t>
      </w:r>
      <w:proofErr w:type="spellEnd"/>
      <w:r>
        <w:t xml:space="preserve"> </w:t>
      </w:r>
      <w:proofErr w:type="spellStart"/>
      <w:r>
        <w:t>ohne</w:t>
      </w:r>
      <w:proofErr w:type="spellEnd"/>
      <w:r>
        <w:t xml:space="preserve"> </w:t>
      </w:r>
      <w:proofErr w:type="spellStart"/>
      <w:r>
        <w:t>Seitenzahl</w:t>
      </w:r>
      <w:proofErr w:type="spellEnd"/>
      <w:r>
        <w:t xml:space="preserve"> gilt nicht.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400"/>
        <w:gridCol w:w="3200"/>
        <w:gridCol w:w="1400"/>
        <w:gridCol w:w="3026"/>
      </w:tblGrid>
      <w:tr w:rsidR="00F008E3" w14:paraId="35DE06CE" w14:textId="77777777">
        <w:trPr>
          <w:cantSplit/>
        </w:trPr>
        <w:tc>
          <w:tcPr>
            <w:tcW w:w="1400" w:type="dxa"/>
            <w:tcMar>
              <w:top w:w="60" w:type="dxa"/>
              <w:left w:w="90" w:type="dxa"/>
              <w:bottom w:w="60" w:type="dxa"/>
              <w:right w:w="90" w:type="dxa"/>
            </w:tcMar>
          </w:tcPr>
          <w:p w14:paraId="68E5D13F" w14:textId="77777777" w:rsidR="00F008E3" w:rsidRDefault="00000000">
            <w:pPr>
              <w:spacing w:after="0" w:line="264" w:lineRule="auto"/>
            </w:pPr>
            <w:r>
              <w:rPr>
                <w:sz w:val="20"/>
              </w:rPr>
              <w:t>Arbeit:</w:t>
            </w:r>
          </w:p>
        </w:tc>
        <w:tc>
          <w:tcPr>
            <w:tcW w:w="3200" w:type="dxa"/>
            <w:tcMar>
              <w:top w:w="60" w:type="dxa"/>
              <w:left w:w="90" w:type="dxa"/>
              <w:bottom w:w="60" w:type="dxa"/>
              <w:right w:w="90" w:type="dxa"/>
            </w:tcMar>
          </w:tcPr>
          <w:p w14:paraId="53995CE4" w14:textId="77777777" w:rsidR="00F008E3" w:rsidRDefault="00F008E3">
            <w:pPr>
              <w:spacing w:after="0" w:line="264" w:lineRule="auto"/>
            </w:pPr>
          </w:p>
        </w:tc>
        <w:tc>
          <w:tcPr>
            <w:tcW w:w="1400" w:type="dxa"/>
            <w:tcMar>
              <w:top w:w="60" w:type="dxa"/>
              <w:left w:w="90" w:type="dxa"/>
              <w:bottom w:w="60" w:type="dxa"/>
              <w:right w:w="90" w:type="dxa"/>
            </w:tcMar>
          </w:tcPr>
          <w:p w14:paraId="3D8D6C19" w14:textId="77777777" w:rsidR="00F008E3" w:rsidRDefault="00000000">
            <w:pPr>
              <w:spacing w:after="0" w:line="264" w:lineRule="auto"/>
            </w:pPr>
            <w:r>
              <w:rPr>
                <w:sz w:val="20"/>
              </w:rPr>
              <w:t>Gruppe:</w:t>
            </w:r>
          </w:p>
        </w:tc>
        <w:tc>
          <w:tcPr>
            <w:tcW w:w="3026" w:type="dxa"/>
            <w:tcMar>
              <w:top w:w="60" w:type="dxa"/>
              <w:left w:w="90" w:type="dxa"/>
              <w:bottom w:w="60" w:type="dxa"/>
              <w:right w:w="90" w:type="dxa"/>
            </w:tcMar>
          </w:tcPr>
          <w:p w14:paraId="7578C9AE" w14:textId="77777777" w:rsidR="00F008E3" w:rsidRDefault="00F008E3">
            <w:pPr>
              <w:spacing w:after="0" w:line="264" w:lineRule="auto"/>
            </w:pPr>
          </w:p>
        </w:tc>
      </w:tr>
    </w:tbl>
    <w:p w14:paraId="21B7EA93" w14:textId="77777777" w:rsidR="00F008E3" w:rsidRDefault="00F008E3"/>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2000"/>
        <w:gridCol w:w="600"/>
        <w:gridCol w:w="2600"/>
        <w:gridCol w:w="1100"/>
        <w:gridCol w:w="2726"/>
      </w:tblGrid>
      <w:tr w:rsidR="00F008E3" w14:paraId="164D272D" w14:textId="77777777">
        <w:trPr>
          <w:cantSplit/>
          <w:tblHeader/>
        </w:trPr>
        <w:tc>
          <w:tcPr>
            <w:tcW w:w="2000" w:type="dxa"/>
            <w:shd w:val="clear" w:color="auto" w:fill="0F3D2A"/>
            <w:tcMar>
              <w:top w:w="60" w:type="dxa"/>
              <w:left w:w="90" w:type="dxa"/>
              <w:bottom w:w="60" w:type="dxa"/>
              <w:right w:w="90" w:type="dxa"/>
            </w:tcMar>
          </w:tcPr>
          <w:p w14:paraId="27AEC5CC" w14:textId="77777777" w:rsidR="00F008E3" w:rsidRDefault="00000000">
            <w:pPr>
              <w:spacing w:after="0" w:line="252" w:lineRule="auto"/>
            </w:pPr>
            <w:r>
              <w:rPr>
                <w:rFonts w:ascii="Calibri" w:hAnsi="Calibri"/>
                <w:b/>
                <w:color w:val="FFFFFF"/>
                <w:sz w:val="17"/>
              </w:rPr>
              <w:t>Kriterium</w:t>
            </w:r>
          </w:p>
        </w:tc>
        <w:tc>
          <w:tcPr>
            <w:tcW w:w="600" w:type="dxa"/>
            <w:shd w:val="clear" w:color="auto" w:fill="0F3D2A"/>
            <w:tcMar>
              <w:top w:w="60" w:type="dxa"/>
              <w:left w:w="90" w:type="dxa"/>
              <w:bottom w:w="60" w:type="dxa"/>
              <w:right w:w="90" w:type="dxa"/>
            </w:tcMar>
          </w:tcPr>
          <w:p w14:paraId="76E6E604" w14:textId="77777777" w:rsidR="00F008E3" w:rsidRDefault="00000000">
            <w:pPr>
              <w:spacing w:after="0" w:line="252" w:lineRule="auto"/>
            </w:pPr>
            <w:r>
              <w:rPr>
                <w:rFonts w:ascii="Calibri" w:hAnsi="Calibri"/>
                <w:b/>
                <w:color w:val="FFFFFF"/>
                <w:sz w:val="17"/>
              </w:rPr>
              <w:t>Max.</w:t>
            </w:r>
          </w:p>
        </w:tc>
        <w:tc>
          <w:tcPr>
            <w:tcW w:w="2600" w:type="dxa"/>
            <w:shd w:val="clear" w:color="auto" w:fill="0F3D2A"/>
            <w:tcMar>
              <w:top w:w="60" w:type="dxa"/>
              <w:left w:w="90" w:type="dxa"/>
              <w:bottom w:w="60" w:type="dxa"/>
              <w:right w:w="90" w:type="dxa"/>
            </w:tcMar>
          </w:tcPr>
          <w:p w14:paraId="13132F87" w14:textId="77777777" w:rsidR="00F008E3" w:rsidRDefault="00000000">
            <w:pPr>
              <w:spacing w:after="0" w:line="252" w:lineRule="auto"/>
            </w:pPr>
            <w:r>
              <w:rPr>
                <w:rFonts w:ascii="Calibri" w:hAnsi="Calibri"/>
                <w:b/>
                <w:color w:val="FFFFFF"/>
                <w:sz w:val="17"/>
              </w:rPr>
              <w:t>So bewerten wir</w:t>
            </w:r>
          </w:p>
        </w:tc>
        <w:tc>
          <w:tcPr>
            <w:tcW w:w="1100" w:type="dxa"/>
            <w:shd w:val="clear" w:color="auto" w:fill="0F3D2A"/>
            <w:tcMar>
              <w:top w:w="60" w:type="dxa"/>
              <w:left w:w="90" w:type="dxa"/>
              <w:bottom w:w="60" w:type="dxa"/>
              <w:right w:w="90" w:type="dxa"/>
            </w:tcMar>
          </w:tcPr>
          <w:p w14:paraId="6212FC1F" w14:textId="77777777" w:rsidR="00F008E3" w:rsidRDefault="00000000">
            <w:pPr>
              <w:spacing w:after="0" w:line="252" w:lineRule="auto"/>
            </w:pPr>
            <w:r>
              <w:rPr>
                <w:rFonts w:ascii="Calibri" w:hAnsi="Calibri"/>
                <w:b/>
                <w:color w:val="FFFFFF"/>
                <w:sz w:val="17"/>
              </w:rPr>
              <w:t>Unsere Ebene</w:t>
            </w:r>
          </w:p>
        </w:tc>
        <w:tc>
          <w:tcPr>
            <w:tcW w:w="2726" w:type="dxa"/>
            <w:shd w:val="clear" w:color="auto" w:fill="0F3D2A"/>
            <w:tcMar>
              <w:top w:w="60" w:type="dxa"/>
              <w:left w:w="90" w:type="dxa"/>
              <w:bottom w:w="60" w:type="dxa"/>
              <w:right w:w="90" w:type="dxa"/>
            </w:tcMar>
          </w:tcPr>
          <w:p w14:paraId="0D5F264E" w14:textId="77777777" w:rsidR="00F008E3" w:rsidRDefault="00000000">
            <w:pPr>
              <w:spacing w:after="0" w:line="252" w:lineRule="auto"/>
            </w:pPr>
            <w:r>
              <w:rPr>
                <w:rFonts w:ascii="Calibri" w:hAnsi="Calibri"/>
                <w:b/>
                <w:color w:val="FFFFFF"/>
                <w:sz w:val="17"/>
              </w:rPr>
              <w:t>Beleg – Stelle und Begründung</w:t>
            </w:r>
          </w:p>
        </w:tc>
      </w:tr>
      <w:tr w:rsidR="00F008E3" w14:paraId="6D634F9F" w14:textId="77777777">
        <w:trPr>
          <w:cantSplit/>
        </w:trPr>
        <w:tc>
          <w:tcPr>
            <w:tcW w:w="2000" w:type="dxa"/>
            <w:tcMar>
              <w:top w:w="60" w:type="dxa"/>
              <w:left w:w="90" w:type="dxa"/>
              <w:bottom w:w="60" w:type="dxa"/>
              <w:right w:w="90" w:type="dxa"/>
            </w:tcMar>
          </w:tcPr>
          <w:p w14:paraId="28E49C9A" w14:textId="77777777" w:rsidR="00F008E3" w:rsidRDefault="00000000">
            <w:pPr>
              <w:spacing w:after="0" w:line="264" w:lineRule="auto"/>
            </w:pPr>
            <w:r>
              <w:rPr>
                <w:b/>
                <w:sz w:val="18"/>
              </w:rPr>
              <w:t>A  Präsentation</w:t>
            </w:r>
          </w:p>
        </w:tc>
        <w:tc>
          <w:tcPr>
            <w:tcW w:w="600" w:type="dxa"/>
            <w:tcMar>
              <w:top w:w="60" w:type="dxa"/>
              <w:left w:w="90" w:type="dxa"/>
              <w:bottom w:w="60" w:type="dxa"/>
              <w:right w:w="90" w:type="dxa"/>
            </w:tcMar>
          </w:tcPr>
          <w:p w14:paraId="65587CB6" w14:textId="77777777" w:rsidR="00F008E3" w:rsidRDefault="00000000">
            <w:pPr>
              <w:spacing w:after="0" w:line="264" w:lineRule="auto"/>
            </w:pPr>
            <w:r>
              <w:rPr>
                <w:sz w:val="18"/>
              </w:rPr>
              <w:t>4</w:t>
            </w:r>
          </w:p>
        </w:tc>
        <w:tc>
          <w:tcPr>
            <w:tcW w:w="2600" w:type="dxa"/>
            <w:tcMar>
              <w:top w:w="60" w:type="dxa"/>
              <w:left w:w="90" w:type="dxa"/>
              <w:bottom w:w="60" w:type="dxa"/>
              <w:right w:w="90" w:type="dxa"/>
            </w:tcMar>
          </w:tcPr>
          <w:p w14:paraId="0EB537E0" w14:textId="77777777" w:rsidR="00F008E3" w:rsidRDefault="00000000">
            <w:pPr>
              <w:spacing w:after="0" w:line="264" w:lineRule="auto"/>
            </w:pPr>
            <w:r>
              <w:rPr>
                <w:sz w:val="18"/>
              </w:rPr>
              <w:t>stimmig? gut gegliedert? prägnant?</w:t>
            </w:r>
          </w:p>
        </w:tc>
        <w:tc>
          <w:tcPr>
            <w:tcW w:w="1100" w:type="dxa"/>
            <w:tcMar>
              <w:top w:w="60" w:type="dxa"/>
              <w:left w:w="90" w:type="dxa"/>
              <w:bottom w:w="60" w:type="dxa"/>
              <w:right w:w="90" w:type="dxa"/>
            </w:tcMar>
          </w:tcPr>
          <w:p w14:paraId="592D331D" w14:textId="77777777" w:rsidR="00F008E3" w:rsidRDefault="00F008E3">
            <w:pPr>
              <w:spacing w:after="0" w:line="264" w:lineRule="auto"/>
            </w:pPr>
          </w:p>
        </w:tc>
        <w:tc>
          <w:tcPr>
            <w:tcW w:w="2726" w:type="dxa"/>
            <w:tcMar>
              <w:top w:w="60" w:type="dxa"/>
              <w:left w:w="90" w:type="dxa"/>
              <w:bottom w:w="60" w:type="dxa"/>
              <w:right w:w="90" w:type="dxa"/>
            </w:tcMar>
          </w:tcPr>
          <w:p w14:paraId="360EB5DA" w14:textId="77777777" w:rsidR="00F008E3" w:rsidRDefault="00F008E3">
            <w:pPr>
              <w:spacing w:after="0" w:line="264" w:lineRule="auto"/>
            </w:pPr>
          </w:p>
        </w:tc>
      </w:tr>
      <w:tr w:rsidR="00F008E3" w:rsidRPr="00675D78" w14:paraId="1C7942E6" w14:textId="77777777">
        <w:trPr>
          <w:cantSplit/>
        </w:trPr>
        <w:tc>
          <w:tcPr>
            <w:tcW w:w="2000" w:type="dxa"/>
            <w:shd w:val="clear" w:color="auto" w:fill="F1F4EC"/>
            <w:tcMar>
              <w:top w:w="60" w:type="dxa"/>
              <w:left w:w="90" w:type="dxa"/>
              <w:bottom w:w="60" w:type="dxa"/>
              <w:right w:w="90" w:type="dxa"/>
            </w:tcMar>
          </w:tcPr>
          <w:p w14:paraId="15F28864" w14:textId="77777777" w:rsidR="00F008E3" w:rsidRDefault="00000000">
            <w:pPr>
              <w:spacing w:after="0" w:line="264" w:lineRule="auto"/>
            </w:pPr>
            <w:r>
              <w:rPr>
                <w:b/>
                <w:sz w:val="18"/>
              </w:rPr>
              <w:t>B  Mathematische Kommunikation</w:t>
            </w:r>
          </w:p>
        </w:tc>
        <w:tc>
          <w:tcPr>
            <w:tcW w:w="600" w:type="dxa"/>
            <w:shd w:val="clear" w:color="auto" w:fill="F1F4EC"/>
            <w:tcMar>
              <w:top w:w="60" w:type="dxa"/>
              <w:left w:w="90" w:type="dxa"/>
              <w:bottom w:w="60" w:type="dxa"/>
              <w:right w:w="90" w:type="dxa"/>
            </w:tcMar>
          </w:tcPr>
          <w:p w14:paraId="146720F3" w14:textId="77777777" w:rsidR="00F008E3" w:rsidRDefault="00000000">
            <w:pPr>
              <w:spacing w:after="0" w:line="264" w:lineRule="auto"/>
            </w:pPr>
            <w:r>
              <w:rPr>
                <w:sz w:val="18"/>
              </w:rPr>
              <w:t>4</w:t>
            </w:r>
          </w:p>
        </w:tc>
        <w:tc>
          <w:tcPr>
            <w:tcW w:w="2600" w:type="dxa"/>
            <w:shd w:val="clear" w:color="auto" w:fill="F1F4EC"/>
            <w:tcMar>
              <w:top w:w="60" w:type="dxa"/>
              <w:left w:w="90" w:type="dxa"/>
              <w:bottom w:w="60" w:type="dxa"/>
              <w:right w:w="90" w:type="dxa"/>
            </w:tcMar>
          </w:tcPr>
          <w:p w14:paraId="5367BBBB" w14:textId="77777777" w:rsidR="00F008E3" w:rsidRPr="00675D78" w:rsidRDefault="00000000">
            <w:pPr>
              <w:spacing w:after="0" w:line="264" w:lineRule="auto"/>
              <w:rPr>
                <w:lang w:val="de-DE"/>
              </w:rPr>
            </w:pPr>
            <w:r w:rsidRPr="00675D78">
              <w:rPr>
                <w:sz w:val="18"/>
                <w:lang w:val="de-DE"/>
              </w:rPr>
              <w:t>Notation, Variablen, Darstellungsformen, logischer Aufbau</w:t>
            </w:r>
          </w:p>
        </w:tc>
        <w:tc>
          <w:tcPr>
            <w:tcW w:w="1100" w:type="dxa"/>
            <w:shd w:val="clear" w:color="auto" w:fill="F1F4EC"/>
            <w:tcMar>
              <w:top w:w="60" w:type="dxa"/>
              <w:left w:w="90" w:type="dxa"/>
              <w:bottom w:w="60" w:type="dxa"/>
              <w:right w:w="90" w:type="dxa"/>
            </w:tcMar>
          </w:tcPr>
          <w:p w14:paraId="4D99CA47" w14:textId="77777777" w:rsidR="00F008E3" w:rsidRPr="00675D78" w:rsidRDefault="00F008E3">
            <w:pPr>
              <w:spacing w:after="0" w:line="264" w:lineRule="auto"/>
              <w:rPr>
                <w:lang w:val="de-DE"/>
              </w:rPr>
            </w:pPr>
          </w:p>
        </w:tc>
        <w:tc>
          <w:tcPr>
            <w:tcW w:w="2726" w:type="dxa"/>
            <w:shd w:val="clear" w:color="auto" w:fill="F1F4EC"/>
            <w:tcMar>
              <w:top w:w="60" w:type="dxa"/>
              <w:left w:w="90" w:type="dxa"/>
              <w:bottom w:w="60" w:type="dxa"/>
              <w:right w:w="90" w:type="dxa"/>
            </w:tcMar>
          </w:tcPr>
          <w:p w14:paraId="1FF1DB5D" w14:textId="77777777" w:rsidR="00F008E3" w:rsidRPr="00675D78" w:rsidRDefault="00F008E3">
            <w:pPr>
              <w:spacing w:after="0" w:line="264" w:lineRule="auto"/>
              <w:rPr>
                <w:lang w:val="de-DE"/>
              </w:rPr>
            </w:pPr>
          </w:p>
        </w:tc>
      </w:tr>
      <w:tr w:rsidR="00F008E3" w:rsidRPr="00675D78" w14:paraId="2C995EC9" w14:textId="77777777">
        <w:trPr>
          <w:cantSplit/>
        </w:trPr>
        <w:tc>
          <w:tcPr>
            <w:tcW w:w="2000" w:type="dxa"/>
            <w:tcMar>
              <w:top w:w="60" w:type="dxa"/>
              <w:left w:w="90" w:type="dxa"/>
              <w:bottom w:w="60" w:type="dxa"/>
              <w:right w:w="90" w:type="dxa"/>
            </w:tcMar>
          </w:tcPr>
          <w:p w14:paraId="7308294C" w14:textId="77777777" w:rsidR="00F008E3" w:rsidRDefault="00000000">
            <w:pPr>
              <w:spacing w:after="0" w:line="264" w:lineRule="auto"/>
            </w:pPr>
            <w:proofErr w:type="gramStart"/>
            <w:r>
              <w:rPr>
                <w:b/>
                <w:sz w:val="18"/>
              </w:rPr>
              <w:t xml:space="preserve">C  </w:t>
            </w:r>
            <w:proofErr w:type="spellStart"/>
            <w:r>
              <w:rPr>
                <w:b/>
                <w:sz w:val="18"/>
              </w:rPr>
              <w:t>Persönlicher</w:t>
            </w:r>
            <w:proofErr w:type="spellEnd"/>
            <w:proofErr w:type="gramEnd"/>
            <w:r>
              <w:rPr>
                <w:b/>
                <w:sz w:val="18"/>
              </w:rPr>
              <w:t xml:space="preserve"> </w:t>
            </w:r>
            <w:proofErr w:type="spellStart"/>
            <w:r>
              <w:rPr>
                <w:b/>
                <w:sz w:val="18"/>
              </w:rPr>
              <w:t>Einsatz</w:t>
            </w:r>
            <w:proofErr w:type="spellEnd"/>
          </w:p>
        </w:tc>
        <w:tc>
          <w:tcPr>
            <w:tcW w:w="600" w:type="dxa"/>
            <w:tcMar>
              <w:top w:w="60" w:type="dxa"/>
              <w:left w:w="90" w:type="dxa"/>
              <w:bottom w:w="60" w:type="dxa"/>
              <w:right w:w="90" w:type="dxa"/>
            </w:tcMar>
          </w:tcPr>
          <w:p w14:paraId="1B254E36" w14:textId="77777777" w:rsidR="00F008E3" w:rsidRDefault="00000000">
            <w:pPr>
              <w:spacing w:after="0" w:line="264" w:lineRule="auto"/>
            </w:pPr>
            <w:r>
              <w:rPr>
                <w:sz w:val="18"/>
              </w:rPr>
              <w:t>3</w:t>
            </w:r>
          </w:p>
        </w:tc>
        <w:tc>
          <w:tcPr>
            <w:tcW w:w="2600" w:type="dxa"/>
            <w:tcMar>
              <w:top w:w="60" w:type="dxa"/>
              <w:left w:w="90" w:type="dxa"/>
              <w:bottom w:w="60" w:type="dxa"/>
              <w:right w:w="90" w:type="dxa"/>
            </w:tcMar>
          </w:tcPr>
          <w:p w14:paraId="01361C01" w14:textId="77777777" w:rsidR="00F008E3" w:rsidRPr="00675D78" w:rsidRDefault="00000000">
            <w:pPr>
              <w:spacing w:after="0" w:line="264" w:lineRule="auto"/>
              <w:rPr>
                <w:lang w:val="de-DE"/>
              </w:rPr>
            </w:pPr>
            <w:r w:rsidRPr="00675D78">
              <w:rPr>
                <w:sz w:val="18"/>
                <w:lang w:val="de-DE"/>
              </w:rPr>
              <w:t>eigenes Denken, eigene Wege, eigene Perspektive – kein Maß für Anstrengung</w:t>
            </w:r>
          </w:p>
        </w:tc>
        <w:tc>
          <w:tcPr>
            <w:tcW w:w="1100" w:type="dxa"/>
            <w:tcMar>
              <w:top w:w="60" w:type="dxa"/>
              <w:left w:w="90" w:type="dxa"/>
              <w:bottom w:w="60" w:type="dxa"/>
              <w:right w:w="90" w:type="dxa"/>
            </w:tcMar>
          </w:tcPr>
          <w:p w14:paraId="13DCF030" w14:textId="77777777" w:rsidR="00F008E3" w:rsidRPr="00675D78" w:rsidRDefault="00F008E3">
            <w:pPr>
              <w:spacing w:after="0" w:line="264" w:lineRule="auto"/>
              <w:rPr>
                <w:lang w:val="de-DE"/>
              </w:rPr>
            </w:pPr>
          </w:p>
        </w:tc>
        <w:tc>
          <w:tcPr>
            <w:tcW w:w="2726" w:type="dxa"/>
            <w:tcMar>
              <w:top w:w="60" w:type="dxa"/>
              <w:left w:w="90" w:type="dxa"/>
              <w:bottom w:w="60" w:type="dxa"/>
              <w:right w:w="90" w:type="dxa"/>
            </w:tcMar>
          </w:tcPr>
          <w:p w14:paraId="1DF72028" w14:textId="77777777" w:rsidR="00F008E3" w:rsidRPr="00675D78" w:rsidRDefault="00F008E3">
            <w:pPr>
              <w:spacing w:after="0" w:line="264" w:lineRule="auto"/>
              <w:rPr>
                <w:lang w:val="de-DE"/>
              </w:rPr>
            </w:pPr>
          </w:p>
        </w:tc>
      </w:tr>
      <w:tr w:rsidR="00F008E3" w:rsidRPr="00675D78" w14:paraId="7CECD9B8" w14:textId="77777777">
        <w:trPr>
          <w:cantSplit/>
        </w:trPr>
        <w:tc>
          <w:tcPr>
            <w:tcW w:w="2000" w:type="dxa"/>
            <w:shd w:val="clear" w:color="auto" w:fill="F1F4EC"/>
            <w:tcMar>
              <w:top w:w="60" w:type="dxa"/>
              <w:left w:w="90" w:type="dxa"/>
              <w:bottom w:w="60" w:type="dxa"/>
              <w:right w:w="90" w:type="dxa"/>
            </w:tcMar>
          </w:tcPr>
          <w:p w14:paraId="12D6025A" w14:textId="77777777" w:rsidR="00F008E3" w:rsidRDefault="00000000">
            <w:pPr>
              <w:spacing w:after="0" w:line="264" w:lineRule="auto"/>
            </w:pPr>
            <w:proofErr w:type="gramStart"/>
            <w:r>
              <w:rPr>
                <w:b/>
                <w:sz w:val="18"/>
              </w:rPr>
              <w:t xml:space="preserve">D  </w:t>
            </w:r>
            <w:proofErr w:type="spellStart"/>
            <w:r>
              <w:rPr>
                <w:b/>
                <w:sz w:val="18"/>
              </w:rPr>
              <w:t>Reflexion</w:t>
            </w:r>
            <w:proofErr w:type="spellEnd"/>
            <w:proofErr w:type="gramEnd"/>
          </w:p>
        </w:tc>
        <w:tc>
          <w:tcPr>
            <w:tcW w:w="600" w:type="dxa"/>
            <w:shd w:val="clear" w:color="auto" w:fill="F1F4EC"/>
            <w:tcMar>
              <w:top w:w="60" w:type="dxa"/>
              <w:left w:w="90" w:type="dxa"/>
              <w:bottom w:w="60" w:type="dxa"/>
              <w:right w:w="90" w:type="dxa"/>
            </w:tcMar>
          </w:tcPr>
          <w:p w14:paraId="3724F0CE" w14:textId="77777777" w:rsidR="00F008E3" w:rsidRDefault="00000000">
            <w:pPr>
              <w:spacing w:after="0" w:line="264" w:lineRule="auto"/>
            </w:pPr>
            <w:r>
              <w:rPr>
                <w:sz w:val="18"/>
              </w:rPr>
              <w:t>3</w:t>
            </w:r>
          </w:p>
        </w:tc>
        <w:tc>
          <w:tcPr>
            <w:tcW w:w="2600" w:type="dxa"/>
            <w:shd w:val="clear" w:color="auto" w:fill="F1F4EC"/>
            <w:tcMar>
              <w:top w:w="60" w:type="dxa"/>
              <w:left w:w="90" w:type="dxa"/>
              <w:bottom w:w="60" w:type="dxa"/>
              <w:right w:w="90" w:type="dxa"/>
            </w:tcMar>
          </w:tcPr>
          <w:p w14:paraId="1F36D037" w14:textId="77777777" w:rsidR="00F008E3" w:rsidRPr="00675D78" w:rsidRDefault="00000000">
            <w:pPr>
              <w:spacing w:after="0" w:line="264" w:lineRule="auto"/>
              <w:rPr>
                <w:lang w:val="de-DE"/>
              </w:rPr>
            </w:pPr>
            <w:r w:rsidRPr="00675D78">
              <w:rPr>
                <w:sz w:val="18"/>
                <w:lang w:val="de-DE"/>
              </w:rPr>
              <w:t>beschreibend? sinnvoll? kritisch – und wo im Text?</w:t>
            </w:r>
          </w:p>
        </w:tc>
        <w:tc>
          <w:tcPr>
            <w:tcW w:w="1100" w:type="dxa"/>
            <w:shd w:val="clear" w:color="auto" w:fill="F1F4EC"/>
            <w:tcMar>
              <w:top w:w="60" w:type="dxa"/>
              <w:left w:w="90" w:type="dxa"/>
              <w:bottom w:w="60" w:type="dxa"/>
              <w:right w:w="90" w:type="dxa"/>
            </w:tcMar>
          </w:tcPr>
          <w:p w14:paraId="14DE80C9" w14:textId="77777777" w:rsidR="00F008E3" w:rsidRPr="00675D78" w:rsidRDefault="00F008E3">
            <w:pPr>
              <w:spacing w:after="0" w:line="264" w:lineRule="auto"/>
              <w:rPr>
                <w:lang w:val="de-DE"/>
              </w:rPr>
            </w:pPr>
          </w:p>
        </w:tc>
        <w:tc>
          <w:tcPr>
            <w:tcW w:w="2726" w:type="dxa"/>
            <w:shd w:val="clear" w:color="auto" w:fill="F1F4EC"/>
            <w:tcMar>
              <w:top w:w="60" w:type="dxa"/>
              <w:left w:w="90" w:type="dxa"/>
              <w:bottom w:w="60" w:type="dxa"/>
              <w:right w:w="90" w:type="dxa"/>
            </w:tcMar>
          </w:tcPr>
          <w:p w14:paraId="36FF5857" w14:textId="77777777" w:rsidR="00F008E3" w:rsidRPr="00675D78" w:rsidRDefault="00F008E3">
            <w:pPr>
              <w:spacing w:after="0" w:line="264" w:lineRule="auto"/>
              <w:rPr>
                <w:lang w:val="de-DE"/>
              </w:rPr>
            </w:pPr>
          </w:p>
        </w:tc>
      </w:tr>
      <w:tr w:rsidR="00F008E3" w:rsidRPr="00675D78" w14:paraId="233EAA32" w14:textId="77777777">
        <w:trPr>
          <w:cantSplit/>
        </w:trPr>
        <w:tc>
          <w:tcPr>
            <w:tcW w:w="2000" w:type="dxa"/>
            <w:tcMar>
              <w:top w:w="60" w:type="dxa"/>
              <w:left w:w="90" w:type="dxa"/>
              <w:bottom w:w="60" w:type="dxa"/>
              <w:right w:w="90" w:type="dxa"/>
            </w:tcMar>
          </w:tcPr>
          <w:p w14:paraId="25695910" w14:textId="77777777" w:rsidR="00F008E3" w:rsidRDefault="00000000">
            <w:pPr>
              <w:spacing w:after="0" w:line="264" w:lineRule="auto"/>
            </w:pPr>
            <w:proofErr w:type="gramStart"/>
            <w:r>
              <w:rPr>
                <w:b/>
                <w:sz w:val="18"/>
              </w:rPr>
              <w:t xml:space="preserve">E  </w:t>
            </w:r>
            <w:proofErr w:type="spellStart"/>
            <w:r>
              <w:rPr>
                <w:b/>
                <w:sz w:val="18"/>
              </w:rPr>
              <w:t>Nutzung</w:t>
            </w:r>
            <w:proofErr w:type="spellEnd"/>
            <w:proofErr w:type="gramEnd"/>
            <w:r>
              <w:rPr>
                <w:b/>
                <w:sz w:val="18"/>
              </w:rPr>
              <w:t xml:space="preserve"> der </w:t>
            </w:r>
            <w:proofErr w:type="spellStart"/>
            <w:r>
              <w:rPr>
                <w:b/>
                <w:sz w:val="18"/>
              </w:rPr>
              <w:t>Mathematik</w:t>
            </w:r>
            <w:proofErr w:type="spellEnd"/>
          </w:p>
        </w:tc>
        <w:tc>
          <w:tcPr>
            <w:tcW w:w="600" w:type="dxa"/>
            <w:tcMar>
              <w:top w:w="60" w:type="dxa"/>
              <w:left w:w="90" w:type="dxa"/>
              <w:bottom w:w="60" w:type="dxa"/>
              <w:right w:w="90" w:type="dxa"/>
            </w:tcMar>
          </w:tcPr>
          <w:p w14:paraId="558A7FF8" w14:textId="77777777" w:rsidR="00F008E3" w:rsidRDefault="00000000">
            <w:pPr>
              <w:spacing w:after="0" w:line="264" w:lineRule="auto"/>
            </w:pPr>
            <w:r>
              <w:rPr>
                <w:sz w:val="18"/>
              </w:rPr>
              <w:t>6</w:t>
            </w:r>
          </w:p>
        </w:tc>
        <w:tc>
          <w:tcPr>
            <w:tcW w:w="2600" w:type="dxa"/>
            <w:tcMar>
              <w:top w:w="60" w:type="dxa"/>
              <w:left w:w="90" w:type="dxa"/>
              <w:bottom w:w="60" w:type="dxa"/>
              <w:right w:w="90" w:type="dxa"/>
            </w:tcMar>
          </w:tcPr>
          <w:p w14:paraId="3D5C4009" w14:textId="77777777" w:rsidR="00F008E3" w:rsidRPr="00675D78" w:rsidRDefault="00000000">
            <w:pPr>
              <w:spacing w:after="0" w:line="264" w:lineRule="auto"/>
              <w:rPr>
                <w:lang w:val="de-DE"/>
              </w:rPr>
            </w:pPr>
            <w:r w:rsidRPr="00675D78">
              <w:rPr>
                <w:sz w:val="18"/>
                <w:lang w:val="de-DE"/>
              </w:rPr>
              <w:t>relevant? auf Kursniveau? korrekt? Verständnis demonstriert?</w:t>
            </w:r>
          </w:p>
        </w:tc>
        <w:tc>
          <w:tcPr>
            <w:tcW w:w="1100" w:type="dxa"/>
            <w:tcMar>
              <w:top w:w="60" w:type="dxa"/>
              <w:left w:w="90" w:type="dxa"/>
              <w:bottom w:w="60" w:type="dxa"/>
              <w:right w:w="90" w:type="dxa"/>
            </w:tcMar>
          </w:tcPr>
          <w:p w14:paraId="1711652D" w14:textId="77777777" w:rsidR="00F008E3" w:rsidRPr="00675D78" w:rsidRDefault="00F008E3">
            <w:pPr>
              <w:spacing w:after="0" w:line="264" w:lineRule="auto"/>
              <w:rPr>
                <w:lang w:val="de-DE"/>
              </w:rPr>
            </w:pPr>
          </w:p>
        </w:tc>
        <w:tc>
          <w:tcPr>
            <w:tcW w:w="2726" w:type="dxa"/>
            <w:tcMar>
              <w:top w:w="60" w:type="dxa"/>
              <w:left w:w="90" w:type="dxa"/>
              <w:bottom w:w="60" w:type="dxa"/>
              <w:right w:w="90" w:type="dxa"/>
            </w:tcMar>
          </w:tcPr>
          <w:p w14:paraId="116322E7" w14:textId="77777777" w:rsidR="00F008E3" w:rsidRPr="00675D78" w:rsidRDefault="00F008E3">
            <w:pPr>
              <w:spacing w:after="0" w:line="264" w:lineRule="auto"/>
              <w:rPr>
                <w:lang w:val="de-DE"/>
              </w:rPr>
            </w:pPr>
          </w:p>
        </w:tc>
      </w:tr>
      <w:tr w:rsidR="00F008E3" w14:paraId="5E60D2A3" w14:textId="77777777">
        <w:trPr>
          <w:cantSplit/>
        </w:trPr>
        <w:tc>
          <w:tcPr>
            <w:tcW w:w="2000" w:type="dxa"/>
            <w:shd w:val="clear" w:color="auto" w:fill="F1F4EC"/>
            <w:tcMar>
              <w:top w:w="60" w:type="dxa"/>
              <w:left w:w="90" w:type="dxa"/>
              <w:bottom w:w="60" w:type="dxa"/>
              <w:right w:w="90" w:type="dxa"/>
            </w:tcMar>
          </w:tcPr>
          <w:p w14:paraId="3614156F" w14:textId="77777777" w:rsidR="00F008E3" w:rsidRDefault="00000000">
            <w:pPr>
              <w:spacing w:after="0" w:line="264" w:lineRule="auto"/>
            </w:pPr>
            <w:proofErr w:type="spellStart"/>
            <w:r>
              <w:rPr>
                <w:b/>
                <w:sz w:val="18"/>
              </w:rPr>
              <w:t>Summe</w:t>
            </w:r>
            <w:proofErr w:type="spellEnd"/>
          </w:p>
        </w:tc>
        <w:tc>
          <w:tcPr>
            <w:tcW w:w="600" w:type="dxa"/>
            <w:shd w:val="clear" w:color="auto" w:fill="F1F4EC"/>
            <w:tcMar>
              <w:top w:w="60" w:type="dxa"/>
              <w:left w:w="90" w:type="dxa"/>
              <w:bottom w:w="60" w:type="dxa"/>
              <w:right w:w="90" w:type="dxa"/>
            </w:tcMar>
          </w:tcPr>
          <w:p w14:paraId="3B8711ED" w14:textId="77777777" w:rsidR="00F008E3" w:rsidRDefault="00000000">
            <w:pPr>
              <w:spacing w:after="0" w:line="264" w:lineRule="auto"/>
            </w:pPr>
            <w:r>
              <w:rPr>
                <w:sz w:val="18"/>
              </w:rPr>
              <w:t>20</w:t>
            </w:r>
          </w:p>
        </w:tc>
        <w:tc>
          <w:tcPr>
            <w:tcW w:w="2600" w:type="dxa"/>
            <w:shd w:val="clear" w:color="auto" w:fill="F1F4EC"/>
            <w:tcMar>
              <w:top w:w="60" w:type="dxa"/>
              <w:left w:w="90" w:type="dxa"/>
              <w:bottom w:w="60" w:type="dxa"/>
              <w:right w:w="90" w:type="dxa"/>
            </w:tcMar>
          </w:tcPr>
          <w:p w14:paraId="47C77954" w14:textId="77777777" w:rsidR="00F008E3" w:rsidRDefault="00F008E3">
            <w:pPr>
              <w:spacing w:after="0" w:line="264" w:lineRule="auto"/>
            </w:pPr>
          </w:p>
        </w:tc>
        <w:tc>
          <w:tcPr>
            <w:tcW w:w="1100" w:type="dxa"/>
            <w:shd w:val="clear" w:color="auto" w:fill="F1F4EC"/>
            <w:tcMar>
              <w:top w:w="60" w:type="dxa"/>
              <w:left w:w="90" w:type="dxa"/>
              <w:bottom w:w="60" w:type="dxa"/>
              <w:right w:w="90" w:type="dxa"/>
            </w:tcMar>
          </w:tcPr>
          <w:p w14:paraId="4A866940" w14:textId="77777777" w:rsidR="00F008E3" w:rsidRDefault="00F008E3">
            <w:pPr>
              <w:spacing w:after="0" w:line="264" w:lineRule="auto"/>
            </w:pPr>
          </w:p>
        </w:tc>
        <w:tc>
          <w:tcPr>
            <w:tcW w:w="2726" w:type="dxa"/>
            <w:shd w:val="clear" w:color="auto" w:fill="F1F4EC"/>
            <w:tcMar>
              <w:top w:w="60" w:type="dxa"/>
              <w:left w:w="90" w:type="dxa"/>
              <w:bottom w:w="60" w:type="dxa"/>
              <w:right w:w="90" w:type="dxa"/>
            </w:tcMar>
          </w:tcPr>
          <w:p w14:paraId="21809F02" w14:textId="77777777" w:rsidR="00F008E3" w:rsidRDefault="00F008E3">
            <w:pPr>
              <w:spacing w:after="0" w:line="264" w:lineRule="auto"/>
            </w:pPr>
          </w:p>
        </w:tc>
      </w:tr>
    </w:tbl>
    <w:p w14:paraId="437D98EC" w14:textId="77777777" w:rsidR="00F008E3" w:rsidRDefault="00F008E3"/>
    <w:p w14:paraId="44606A2E" w14:textId="77777777" w:rsidR="00F008E3" w:rsidRDefault="00000000">
      <w:pPr>
        <w:pStyle w:val="KPAbschnitt"/>
      </w:pPr>
      <w:r>
        <w:t>So geht Bewerten mit Deskriptoren</w:t>
      </w:r>
    </w:p>
    <w:p w14:paraId="41D63563" w14:textId="77777777" w:rsidR="00F008E3" w:rsidRPr="00675D78" w:rsidRDefault="00000000">
      <w:pPr>
        <w:pStyle w:val="KPListe"/>
        <w:rPr>
          <w:lang w:val="de-DE"/>
        </w:rPr>
      </w:pPr>
      <w:r w:rsidRPr="00675D78">
        <w:rPr>
          <w:sz w:val="20"/>
          <w:lang w:val="de-DE"/>
        </w:rPr>
        <w:t>— Von unten aufsteigend lesen, bis ein Deskriptor nicht mehr zutrifft. Die letzte zutreffende Ebene gilt.</w:t>
      </w:r>
    </w:p>
    <w:p w14:paraId="51CAE62A" w14:textId="77777777" w:rsidR="00F008E3" w:rsidRPr="00675D78" w:rsidRDefault="00000000">
      <w:pPr>
        <w:pStyle w:val="KPListe"/>
        <w:rPr>
          <w:lang w:val="de-DE"/>
        </w:rPr>
      </w:pPr>
      <w:r w:rsidRPr="00675D78">
        <w:rPr>
          <w:sz w:val="20"/>
          <w:lang w:val="de-DE"/>
        </w:rPr>
        <w:t>— </w:t>
      </w:r>
      <w:proofErr w:type="gramStart"/>
      <w:r w:rsidRPr="00675D78">
        <w:rPr>
          <w:sz w:val="20"/>
          <w:lang w:val="de-DE"/>
        </w:rPr>
        <w:t>Best fit</w:t>
      </w:r>
      <w:proofErr w:type="gramEnd"/>
      <w:r w:rsidRPr="00675D78">
        <w:rPr>
          <w:sz w:val="20"/>
          <w:lang w:val="de-DE"/>
        </w:rPr>
        <w:t xml:space="preserve"> statt </w:t>
      </w:r>
      <w:proofErr w:type="spellStart"/>
      <w:r w:rsidRPr="00675D78">
        <w:rPr>
          <w:sz w:val="20"/>
          <w:lang w:val="de-DE"/>
        </w:rPr>
        <w:t>Häkchenliste</w:t>
      </w:r>
      <w:proofErr w:type="spellEnd"/>
      <w:r w:rsidRPr="00675D78">
        <w:rPr>
          <w:sz w:val="20"/>
          <w:lang w:val="de-DE"/>
        </w:rPr>
        <w:t>: Der Deskriptor muss insgesamt passen, nicht in jedem einzelnen Wort.</w:t>
      </w:r>
    </w:p>
    <w:p w14:paraId="6FECB2DF" w14:textId="77777777" w:rsidR="00F008E3" w:rsidRPr="00675D78" w:rsidRDefault="00000000">
      <w:pPr>
        <w:pStyle w:val="KPListe"/>
        <w:rPr>
          <w:lang w:val="de-DE"/>
        </w:rPr>
      </w:pPr>
      <w:r w:rsidRPr="00675D78">
        <w:rPr>
          <w:sz w:val="20"/>
          <w:lang w:val="de-DE"/>
        </w:rPr>
        <w:t>— Jedes Urteil braucht einen Beleg mit Seitenzahl. Findet ihr keinen, ist die Ebene nicht erreicht.</w:t>
      </w:r>
    </w:p>
    <w:p w14:paraId="6696F824" w14:textId="77777777" w:rsidR="00F008E3" w:rsidRPr="00675D78" w:rsidRDefault="00000000">
      <w:pPr>
        <w:pStyle w:val="KPAbschnitt"/>
        <w:rPr>
          <w:lang w:val="de-DE"/>
        </w:rPr>
      </w:pPr>
      <w:r w:rsidRPr="00675D78">
        <w:rPr>
          <w:lang w:val="de-DE"/>
        </w:rPr>
        <w:t>Was hätte am meisten Punkte gebracht?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5300"/>
        <w:gridCol w:w="1600"/>
        <w:gridCol w:w="1526"/>
      </w:tblGrid>
      <w:tr w:rsidR="00F008E3" w14:paraId="78D46C97" w14:textId="77777777">
        <w:trPr>
          <w:cantSplit/>
          <w:tblHeader/>
        </w:trPr>
        <w:tc>
          <w:tcPr>
            <w:tcW w:w="600" w:type="dxa"/>
            <w:shd w:val="clear" w:color="auto" w:fill="0F3D2A"/>
            <w:tcMar>
              <w:top w:w="60" w:type="dxa"/>
              <w:left w:w="90" w:type="dxa"/>
              <w:bottom w:w="60" w:type="dxa"/>
              <w:right w:w="90" w:type="dxa"/>
            </w:tcMar>
          </w:tcPr>
          <w:p w14:paraId="48BA62E8" w14:textId="77777777" w:rsidR="00F008E3" w:rsidRPr="00675D78" w:rsidRDefault="00F008E3">
            <w:pPr>
              <w:spacing w:after="0" w:line="252" w:lineRule="auto"/>
              <w:rPr>
                <w:lang w:val="de-DE"/>
              </w:rPr>
            </w:pPr>
          </w:p>
        </w:tc>
        <w:tc>
          <w:tcPr>
            <w:tcW w:w="5300" w:type="dxa"/>
            <w:shd w:val="clear" w:color="auto" w:fill="0F3D2A"/>
            <w:tcMar>
              <w:top w:w="60" w:type="dxa"/>
              <w:left w:w="90" w:type="dxa"/>
              <w:bottom w:w="60" w:type="dxa"/>
              <w:right w:w="90" w:type="dxa"/>
            </w:tcMar>
          </w:tcPr>
          <w:p w14:paraId="3171325A" w14:textId="77777777" w:rsidR="00F008E3" w:rsidRDefault="00000000">
            <w:pPr>
              <w:spacing w:after="0" w:line="252" w:lineRule="auto"/>
            </w:pPr>
            <w:proofErr w:type="spellStart"/>
            <w:r>
              <w:rPr>
                <w:rFonts w:ascii="Calibri" w:hAnsi="Calibri"/>
                <w:b/>
                <w:color w:val="FFFFFF"/>
                <w:sz w:val="17"/>
              </w:rPr>
              <w:t>Änderung</w:t>
            </w:r>
            <w:proofErr w:type="spellEnd"/>
          </w:p>
        </w:tc>
        <w:tc>
          <w:tcPr>
            <w:tcW w:w="1600" w:type="dxa"/>
            <w:shd w:val="clear" w:color="auto" w:fill="0F3D2A"/>
            <w:tcMar>
              <w:top w:w="60" w:type="dxa"/>
              <w:left w:w="90" w:type="dxa"/>
              <w:bottom w:w="60" w:type="dxa"/>
              <w:right w:w="90" w:type="dxa"/>
            </w:tcMar>
          </w:tcPr>
          <w:p w14:paraId="5EA578E4" w14:textId="77777777" w:rsidR="00F008E3" w:rsidRDefault="00000000">
            <w:pPr>
              <w:spacing w:after="0" w:line="252" w:lineRule="auto"/>
            </w:pPr>
            <w:r>
              <w:rPr>
                <w:rFonts w:ascii="Calibri" w:hAnsi="Calibri"/>
                <w:b/>
                <w:color w:val="FFFFFF"/>
                <w:sz w:val="17"/>
              </w:rPr>
              <w:t>Kriterium</w:t>
            </w:r>
          </w:p>
        </w:tc>
        <w:tc>
          <w:tcPr>
            <w:tcW w:w="1526" w:type="dxa"/>
            <w:shd w:val="clear" w:color="auto" w:fill="0F3D2A"/>
            <w:tcMar>
              <w:top w:w="60" w:type="dxa"/>
              <w:left w:w="90" w:type="dxa"/>
              <w:bottom w:w="60" w:type="dxa"/>
              <w:right w:w="90" w:type="dxa"/>
            </w:tcMar>
          </w:tcPr>
          <w:p w14:paraId="0D1BA6A3" w14:textId="77777777" w:rsidR="00F008E3" w:rsidRDefault="00000000">
            <w:pPr>
              <w:spacing w:after="0" w:line="252" w:lineRule="auto"/>
            </w:pPr>
            <w:r>
              <w:rPr>
                <w:rFonts w:ascii="Calibri" w:hAnsi="Calibri"/>
                <w:b/>
                <w:color w:val="FFFFFF"/>
                <w:sz w:val="17"/>
              </w:rPr>
              <w:t>Punkte</w:t>
            </w:r>
          </w:p>
        </w:tc>
      </w:tr>
      <w:tr w:rsidR="00F008E3" w14:paraId="7D6F197C" w14:textId="77777777">
        <w:trPr>
          <w:cantSplit/>
        </w:trPr>
        <w:tc>
          <w:tcPr>
            <w:tcW w:w="600" w:type="dxa"/>
            <w:tcMar>
              <w:top w:w="60" w:type="dxa"/>
              <w:left w:w="90" w:type="dxa"/>
              <w:bottom w:w="60" w:type="dxa"/>
              <w:right w:w="90" w:type="dxa"/>
            </w:tcMar>
          </w:tcPr>
          <w:p w14:paraId="0856D199" w14:textId="77777777" w:rsidR="00F008E3" w:rsidRDefault="00000000">
            <w:pPr>
              <w:spacing w:after="0" w:line="264" w:lineRule="auto"/>
            </w:pPr>
            <w:r>
              <w:rPr>
                <w:sz w:val="20"/>
              </w:rPr>
              <w:t>1</w:t>
            </w:r>
          </w:p>
        </w:tc>
        <w:tc>
          <w:tcPr>
            <w:tcW w:w="5300" w:type="dxa"/>
            <w:tcMar>
              <w:top w:w="60" w:type="dxa"/>
              <w:left w:w="90" w:type="dxa"/>
              <w:bottom w:w="60" w:type="dxa"/>
              <w:right w:w="90" w:type="dxa"/>
            </w:tcMar>
          </w:tcPr>
          <w:p w14:paraId="05B38DE9" w14:textId="77777777" w:rsidR="00F008E3" w:rsidRDefault="00F008E3">
            <w:pPr>
              <w:spacing w:after="0" w:line="264" w:lineRule="auto"/>
            </w:pPr>
          </w:p>
        </w:tc>
        <w:tc>
          <w:tcPr>
            <w:tcW w:w="1600" w:type="dxa"/>
            <w:tcMar>
              <w:top w:w="60" w:type="dxa"/>
              <w:left w:w="90" w:type="dxa"/>
              <w:bottom w:w="60" w:type="dxa"/>
              <w:right w:w="90" w:type="dxa"/>
            </w:tcMar>
          </w:tcPr>
          <w:p w14:paraId="5457E761" w14:textId="77777777" w:rsidR="00F008E3" w:rsidRDefault="00F008E3">
            <w:pPr>
              <w:spacing w:after="0" w:line="264" w:lineRule="auto"/>
            </w:pPr>
          </w:p>
        </w:tc>
        <w:tc>
          <w:tcPr>
            <w:tcW w:w="1526" w:type="dxa"/>
            <w:tcMar>
              <w:top w:w="60" w:type="dxa"/>
              <w:left w:w="90" w:type="dxa"/>
              <w:bottom w:w="60" w:type="dxa"/>
              <w:right w:w="90" w:type="dxa"/>
            </w:tcMar>
          </w:tcPr>
          <w:p w14:paraId="4B5455DF" w14:textId="77777777" w:rsidR="00F008E3" w:rsidRDefault="00F008E3">
            <w:pPr>
              <w:spacing w:after="0" w:line="264" w:lineRule="auto"/>
            </w:pPr>
          </w:p>
        </w:tc>
      </w:tr>
      <w:tr w:rsidR="00F008E3" w14:paraId="0A9D4878" w14:textId="77777777">
        <w:trPr>
          <w:cantSplit/>
        </w:trPr>
        <w:tc>
          <w:tcPr>
            <w:tcW w:w="600" w:type="dxa"/>
            <w:shd w:val="clear" w:color="auto" w:fill="F1F4EC"/>
            <w:tcMar>
              <w:top w:w="60" w:type="dxa"/>
              <w:left w:w="90" w:type="dxa"/>
              <w:bottom w:w="60" w:type="dxa"/>
              <w:right w:w="90" w:type="dxa"/>
            </w:tcMar>
          </w:tcPr>
          <w:p w14:paraId="2A31A335" w14:textId="77777777" w:rsidR="00F008E3" w:rsidRDefault="00000000">
            <w:pPr>
              <w:spacing w:after="0" w:line="264" w:lineRule="auto"/>
            </w:pPr>
            <w:r>
              <w:rPr>
                <w:sz w:val="20"/>
              </w:rPr>
              <w:t>2</w:t>
            </w:r>
          </w:p>
        </w:tc>
        <w:tc>
          <w:tcPr>
            <w:tcW w:w="5300" w:type="dxa"/>
            <w:shd w:val="clear" w:color="auto" w:fill="F1F4EC"/>
            <w:tcMar>
              <w:top w:w="60" w:type="dxa"/>
              <w:left w:w="90" w:type="dxa"/>
              <w:bottom w:w="60" w:type="dxa"/>
              <w:right w:w="90" w:type="dxa"/>
            </w:tcMar>
          </w:tcPr>
          <w:p w14:paraId="4D4EF727" w14:textId="77777777" w:rsidR="00F008E3" w:rsidRDefault="00F008E3">
            <w:pPr>
              <w:spacing w:after="0" w:line="264" w:lineRule="auto"/>
            </w:pPr>
          </w:p>
        </w:tc>
        <w:tc>
          <w:tcPr>
            <w:tcW w:w="1600" w:type="dxa"/>
            <w:shd w:val="clear" w:color="auto" w:fill="F1F4EC"/>
            <w:tcMar>
              <w:top w:w="60" w:type="dxa"/>
              <w:left w:w="90" w:type="dxa"/>
              <w:bottom w:w="60" w:type="dxa"/>
              <w:right w:w="90" w:type="dxa"/>
            </w:tcMar>
          </w:tcPr>
          <w:p w14:paraId="696C7745" w14:textId="77777777" w:rsidR="00F008E3" w:rsidRDefault="00F008E3">
            <w:pPr>
              <w:spacing w:after="0" w:line="264" w:lineRule="auto"/>
            </w:pPr>
          </w:p>
        </w:tc>
        <w:tc>
          <w:tcPr>
            <w:tcW w:w="1526" w:type="dxa"/>
            <w:shd w:val="clear" w:color="auto" w:fill="F1F4EC"/>
            <w:tcMar>
              <w:top w:w="60" w:type="dxa"/>
              <w:left w:w="90" w:type="dxa"/>
              <w:bottom w:w="60" w:type="dxa"/>
              <w:right w:w="90" w:type="dxa"/>
            </w:tcMar>
          </w:tcPr>
          <w:p w14:paraId="012885AF" w14:textId="77777777" w:rsidR="00F008E3" w:rsidRDefault="00F008E3">
            <w:pPr>
              <w:spacing w:after="0" w:line="264" w:lineRule="auto"/>
            </w:pPr>
          </w:p>
        </w:tc>
      </w:tr>
      <w:tr w:rsidR="00F008E3" w14:paraId="6541931A" w14:textId="77777777">
        <w:trPr>
          <w:cantSplit/>
        </w:trPr>
        <w:tc>
          <w:tcPr>
            <w:tcW w:w="600" w:type="dxa"/>
            <w:tcMar>
              <w:top w:w="60" w:type="dxa"/>
              <w:left w:w="90" w:type="dxa"/>
              <w:bottom w:w="60" w:type="dxa"/>
              <w:right w:w="90" w:type="dxa"/>
            </w:tcMar>
          </w:tcPr>
          <w:p w14:paraId="4EF1D86B" w14:textId="77777777" w:rsidR="00F008E3" w:rsidRDefault="00000000">
            <w:pPr>
              <w:spacing w:after="0" w:line="264" w:lineRule="auto"/>
            </w:pPr>
            <w:r>
              <w:rPr>
                <w:sz w:val="20"/>
              </w:rPr>
              <w:t>3</w:t>
            </w:r>
          </w:p>
        </w:tc>
        <w:tc>
          <w:tcPr>
            <w:tcW w:w="5300" w:type="dxa"/>
            <w:tcMar>
              <w:top w:w="60" w:type="dxa"/>
              <w:left w:w="90" w:type="dxa"/>
              <w:bottom w:w="60" w:type="dxa"/>
              <w:right w:w="90" w:type="dxa"/>
            </w:tcMar>
          </w:tcPr>
          <w:p w14:paraId="2F086863" w14:textId="77777777" w:rsidR="00F008E3" w:rsidRDefault="00F008E3">
            <w:pPr>
              <w:spacing w:after="0" w:line="264" w:lineRule="auto"/>
            </w:pPr>
          </w:p>
        </w:tc>
        <w:tc>
          <w:tcPr>
            <w:tcW w:w="1600" w:type="dxa"/>
            <w:tcMar>
              <w:top w:w="60" w:type="dxa"/>
              <w:left w:w="90" w:type="dxa"/>
              <w:bottom w:w="60" w:type="dxa"/>
              <w:right w:w="90" w:type="dxa"/>
            </w:tcMar>
          </w:tcPr>
          <w:p w14:paraId="70996239" w14:textId="77777777" w:rsidR="00F008E3" w:rsidRDefault="00F008E3">
            <w:pPr>
              <w:spacing w:after="0" w:line="264" w:lineRule="auto"/>
            </w:pPr>
          </w:p>
        </w:tc>
        <w:tc>
          <w:tcPr>
            <w:tcW w:w="1526" w:type="dxa"/>
            <w:tcMar>
              <w:top w:w="60" w:type="dxa"/>
              <w:left w:w="90" w:type="dxa"/>
              <w:bottom w:w="60" w:type="dxa"/>
              <w:right w:w="90" w:type="dxa"/>
            </w:tcMar>
          </w:tcPr>
          <w:p w14:paraId="475A10C1" w14:textId="77777777" w:rsidR="00F008E3" w:rsidRDefault="00F008E3">
            <w:pPr>
              <w:spacing w:after="0" w:line="264" w:lineRule="auto"/>
            </w:pPr>
          </w:p>
        </w:tc>
      </w:tr>
    </w:tbl>
    <w:p w14:paraId="1FB5483B" w14:textId="77777777" w:rsidR="00F008E3" w:rsidRDefault="00F008E3"/>
    <w:p w14:paraId="08A0B59C" w14:textId="77777777" w:rsidR="00F008E3" w:rsidRDefault="00000000">
      <w:r>
        <w:br w:type="page"/>
      </w:r>
    </w:p>
    <w:p w14:paraId="1863E1AA" w14:textId="77777777" w:rsidR="00F008E3" w:rsidRPr="00675D78" w:rsidRDefault="00000000">
      <w:pPr>
        <w:pStyle w:val="KPKapitel"/>
        <w:rPr>
          <w:lang w:val="de-DE"/>
        </w:rPr>
      </w:pPr>
      <w:r w:rsidRPr="00675D78">
        <w:rPr>
          <w:color w:val="8FB840"/>
          <w:lang w:val="de-DE"/>
        </w:rPr>
        <w:lastRenderedPageBreak/>
        <w:t xml:space="preserve">M 12   </w:t>
      </w:r>
      <w:r w:rsidRPr="00675D78">
        <w:rPr>
          <w:lang w:val="de-DE"/>
        </w:rPr>
        <w:t>Formular A – Erkundungsarbeit: Anfängliche Planung</w:t>
      </w:r>
    </w:p>
    <w:p w14:paraId="4AD4EEE1" w14:textId="77777777" w:rsidR="00F008E3" w:rsidRDefault="00000000">
      <w:pPr>
        <w:pStyle w:val="KPKlein"/>
      </w:pPr>
      <w:r w:rsidRPr="00675D78">
        <w:rPr>
          <w:lang w:val="de-DE"/>
        </w:rPr>
        <w:t xml:space="preserve">Das ist das Formular der IB, unverändert in seinen sechs Feldern. Du füllst es am Ende von Doppelstunde 6 aus und gibst es mir. </w:t>
      </w:r>
      <w:r>
        <w:t xml:space="preserve">Eine </w:t>
      </w:r>
      <w:proofErr w:type="spellStart"/>
      <w:r>
        <w:t>Kopie</w:t>
      </w:r>
      <w:proofErr w:type="spellEnd"/>
      <w:r>
        <w:t xml:space="preserve"> </w:t>
      </w:r>
      <w:proofErr w:type="spellStart"/>
      <w:r>
        <w:t>behältst</w:t>
      </w:r>
      <w:proofErr w:type="spellEnd"/>
      <w:r>
        <w:t xml:space="preserve"> du.</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826"/>
        <w:gridCol w:w="2200"/>
      </w:tblGrid>
      <w:tr w:rsidR="00F008E3" w14:paraId="4F441B58" w14:textId="77777777">
        <w:trPr>
          <w:cantSplit/>
        </w:trPr>
        <w:tc>
          <w:tcPr>
            <w:tcW w:w="6826" w:type="dxa"/>
            <w:tcMar>
              <w:top w:w="60" w:type="dxa"/>
              <w:left w:w="90" w:type="dxa"/>
              <w:bottom w:w="60" w:type="dxa"/>
              <w:right w:w="90" w:type="dxa"/>
            </w:tcMar>
          </w:tcPr>
          <w:p w14:paraId="65DD0973" w14:textId="77777777" w:rsidR="00F008E3" w:rsidRPr="00675D78" w:rsidRDefault="00000000">
            <w:pPr>
              <w:spacing w:after="0" w:line="264" w:lineRule="auto"/>
              <w:rPr>
                <w:lang w:val="de-DE"/>
              </w:rPr>
            </w:pPr>
            <w:r w:rsidRPr="00675D78">
              <w:rPr>
                <w:sz w:val="20"/>
                <w:lang w:val="de-DE"/>
              </w:rPr>
              <w:t xml:space="preserve">Mathematik: Analyse und </w:t>
            </w:r>
            <w:proofErr w:type="gramStart"/>
            <w:r w:rsidRPr="00675D78">
              <w:rPr>
                <w:sz w:val="20"/>
                <w:lang w:val="de-DE"/>
              </w:rPr>
              <w:t>Ansätze  ·</w:t>
            </w:r>
            <w:proofErr w:type="gramEnd"/>
            <w:r w:rsidRPr="00675D78">
              <w:rPr>
                <w:sz w:val="20"/>
                <w:lang w:val="de-DE"/>
              </w:rPr>
              <w:t xml:space="preserve">  Standard Level und Higher Level</w:t>
            </w:r>
          </w:p>
        </w:tc>
        <w:tc>
          <w:tcPr>
            <w:tcW w:w="2200" w:type="dxa"/>
            <w:tcMar>
              <w:top w:w="60" w:type="dxa"/>
              <w:left w:w="90" w:type="dxa"/>
              <w:bottom w:w="60" w:type="dxa"/>
              <w:right w:w="90" w:type="dxa"/>
            </w:tcMar>
          </w:tcPr>
          <w:p w14:paraId="6BC06734" w14:textId="77777777" w:rsidR="00F008E3" w:rsidRDefault="00000000">
            <w:pPr>
              <w:spacing w:after="0" w:line="264" w:lineRule="auto"/>
            </w:pPr>
            <w:r>
              <w:rPr>
                <w:sz w:val="20"/>
              </w:rPr>
              <w:t>Formular A</w:t>
            </w:r>
          </w:p>
        </w:tc>
      </w:tr>
    </w:tbl>
    <w:p w14:paraId="02D9D690" w14:textId="77777777" w:rsidR="00F008E3" w:rsidRDefault="00F008E3"/>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800"/>
        <w:gridCol w:w="2400"/>
        <w:gridCol w:w="700"/>
        <w:gridCol w:w="1300"/>
        <w:gridCol w:w="1600"/>
        <w:gridCol w:w="2226"/>
      </w:tblGrid>
      <w:tr w:rsidR="00F008E3" w14:paraId="0542D9FB" w14:textId="77777777">
        <w:trPr>
          <w:cantSplit/>
        </w:trPr>
        <w:tc>
          <w:tcPr>
            <w:tcW w:w="800" w:type="dxa"/>
            <w:tcMar>
              <w:top w:w="60" w:type="dxa"/>
              <w:left w:w="90" w:type="dxa"/>
              <w:bottom w:w="60" w:type="dxa"/>
              <w:right w:w="90" w:type="dxa"/>
            </w:tcMar>
          </w:tcPr>
          <w:p w14:paraId="7A0912BF" w14:textId="77777777" w:rsidR="00F008E3" w:rsidRDefault="00000000">
            <w:pPr>
              <w:spacing w:after="0" w:line="264" w:lineRule="auto"/>
            </w:pPr>
            <w:r>
              <w:rPr>
                <w:sz w:val="20"/>
              </w:rPr>
              <w:t>Name</w:t>
            </w:r>
          </w:p>
        </w:tc>
        <w:tc>
          <w:tcPr>
            <w:tcW w:w="2400" w:type="dxa"/>
            <w:tcMar>
              <w:top w:w="60" w:type="dxa"/>
              <w:left w:w="90" w:type="dxa"/>
              <w:bottom w:w="60" w:type="dxa"/>
              <w:right w:w="90" w:type="dxa"/>
            </w:tcMar>
          </w:tcPr>
          <w:p w14:paraId="492131AF" w14:textId="77777777" w:rsidR="00F008E3" w:rsidRDefault="00F008E3">
            <w:pPr>
              <w:spacing w:after="0" w:line="264" w:lineRule="auto"/>
            </w:pPr>
          </w:p>
        </w:tc>
        <w:tc>
          <w:tcPr>
            <w:tcW w:w="700" w:type="dxa"/>
            <w:tcMar>
              <w:top w:w="60" w:type="dxa"/>
              <w:left w:w="90" w:type="dxa"/>
              <w:bottom w:w="60" w:type="dxa"/>
              <w:right w:w="90" w:type="dxa"/>
            </w:tcMar>
          </w:tcPr>
          <w:p w14:paraId="197BE091" w14:textId="77777777" w:rsidR="00F008E3" w:rsidRDefault="00000000">
            <w:pPr>
              <w:spacing w:after="0" w:line="264" w:lineRule="auto"/>
            </w:pPr>
            <w:r>
              <w:rPr>
                <w:sz w:val="20"/>
              </w:rPr>
              <w:t>Kurs</w:t>
            </w:r>
          </w:p>
        </w:tc>
        <w:tc>
          <w:tcPr>
            <w:tcW w:w="1300" w:type="dxa"/>
            <w:tcMar>
              <w:top w:w="60" w:type="dxa"/>
              <w:left w:w="90" w:type="dxa"/>
              <w:bottom w:w="60" w:type="dxa"/>
              <w:right w:w="90" w:type="dxa"/>
            </w:tcMar>
          </w:tcPr>
          <w:p w14:paraId="4062D3EC" w14:textId="77777777" w:rsidR="00F008E3" w:rsidRDefault="00F008E3">
            <w:pPr>
              <w:spacing w:after="0" w:line="264" w:lineRule="auto"/>
            </w:pPr>
          </w:p>
        </w:tc>
        <w:tc>
          <w:tcPr>
            <w:tcW w:w="1600" w:type="dxa"/>
            <w:tcMar>
              <w:top w:w="60" w:type="dxa"/>
              <w:left w:w="90" w:type="dxa"/>
              <w:bottom w:w="60" w:type="dxa"/>
              <w:right w:w="90" w:type="dxa"/>
            </w:tcMar>
          </w:tcPr>
          <w:p w14:paraId="2A68D5E2" w14:textId="77777777" w:rsidR="00F008E3" w:rsidRDefault="00000000">
            <w:pPr>
              <w:spacing w:after="0" w:line="264" w:lineRule="auto"/>
            </w:pPr>
            <w:r>
              <w:rPr>
                <w:sz w:val="20"/>
              </w:rPr>
              <w:t>Zurückzugeben bis</w:t>
            </w:r>
          </w:p>
        </w:tc>
        <w:tc>
          <w:tcPr>
            <w:tcW w:w="2226" w:type="dxa"/>
            <w:tcMar>
              <w:top w:w="60" w:type="dxa"/>
              <w:left w:w="90" w:type="dxa"/>
              <w:bottom w:w="60" w:type="dxa"/>
              <w:right w:w="90" w:type="dxa"/>
            </w:tcMar>
          </w:tcPr>
          <w:p w14:paraId="12E20E14" w14:textId="77777777" w:rsidR="00F008E3" w:rsidRDefault="00F008E3">
            <w:pPr>
              <w:spacing w:after="0" w:line="264" w:lineRule="auto"/>
            </w:pPr>
          </w:p>
        </w:tc>
      </w:tr>
    </w:tbl>
    <w:p w14:paraId="70B114F3" w14:textId="77777777" w:rsidR="00F008E3" w:rsidRDefault="00F008E3"/>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9026"/>
      </w:tblGrid>
      <w:tr w:rsidR="00F008E3" w:rsidRPr="00675D78" w14:paraId="16239EF3" w14:textId="77777777">
        <w:trPr>
          <w:cantSplit/>
        </w:trPr>
        <w:tc>
          <w:tcPr>
            <w:tcW w:w="9026" w:type="dxa"/>
            <w:tcBorders>
              <w:left w:val="single" w:sz="26" w:space="0" w:color="8FB840"/>
            </w:tcBorders>
            <w:shd w:val="clear" w:color="auto" w:fill="F1F4EC"/>
            <w:tcMar>
              <w:top w:w="150" w:type="dxa"/>
              <w:left w:w="220" w:type="dxa"/>
              <w:bottom w:w="150" w:type="dxa"/>
              <w:right w:w="200" w:type="dxa"/>
            </w:tcMar>
          </w:tcPr>
          <w:p w14:paraId="547D92E8" w14:textId="77777777" w:rsidR="00F008E3" w:rsidRPr="00675D78" w:rsidRDefault="00000000">
            <w:pPr>
              <w:spacing w:after="80"/>
              <w:rPr>
                <w:lang w:val="de-DE"/>
              </w:rPr>
            </w:pPr>
            <w:r w:rsidRPr="00675D78">
              <w:rPr>
                <w:rFonts w:ascii="Calibri" w:hAnsi="Calibri"/>
                <w:b/>
                <w:color w:val="0F3D2A"/>
                <w:lang w:val="de-DE"/>
              </w:rPr>
              <w:t>Ausfüllhilfe</w:t>
            </w:r>
          </w:p>
          <w:p w14:paraId="7079A605" w14:textId="77777777" w:rsidR="00F008E3" w:rsidRPr="00675D78" w:rsidRDefault="00000000">
            <w:pPr>
              <w:spacing w:after="60"/>
              <w:rPr>
                <w:lang w:val="de-DE"/>
              </w:rPr>
            </w:pPr>
            <w:r w:rsidRPr="00675D78">
              <w:rPr>
                <w:sz w:val="20"/>
                <w:lang w:val="de-DE"/>
              </w:rPr>
              <w:t>Feld 1 – Interessengebiet: Dein Impuls, ein bis drei Wörter. Das Feld aus deinem Interessenblatt (M 3).</w:t>
            </w:r>
          </w:p>
          <w:p w14:paraId="05E3028F" w14:textId="77777777" w:rsidR="00F008E3" w:rsidRPr="00675D78" w:rsidRDefault="00000000">
            <w:pPr>
              <w:spacing w:after="60"/>
              <w:rPr>
                <w:lang w:val="de-DE"/>
              </w:rPr>
            </w:pPr>
            <w:r w:rsidRPr="00675D78">
              <w:rPr>
                <w:sz w:val="20"/>
                <w:lang w:val="de-DE"/>
              </w:rPr>
              <w:t>Feld 2 – Thema: Der Arbeitstitel. Kein Impulswort allein – die IB rät ausdrücklich davon ab. Statt „Zahlenmuster“ besser „Zahlenmuster – Erkundung zu den Endziffern von Primzahlen“. Am besten enthält der Titel schon deine Frage.</w:t>
            </w:r>
          </w:p>
          <w:p w14:paraId="70E5DB46" w14:textId="77777777" w:rsidR="00F008E3" w:rsidRPr="00675D78" w:rsidRDefault="00000000">
            <w:pPr>
              <w:spacing w:after="60"/>
              <w:rPr>
                <w:lang w:val="de-DE"/>
              </w:rPr>
            </w:pPr>
            <w:r w:rsidRPr="00675D78">
              <w:rPr>
                <w:sz w:val="20"/>
                <w:lang w:val="de-DE"/>
              </w:rPr>
              <w:t>Feld 3 – Grund für die Wahl: Drei Sätze. Warum interessiert dich das? Was willst du herausfinden? Was vermutest du jetzt schon? Das ist die erste Spur für Kriterium C.</w:t>
            </w:r>
          </w:p>
          <w:p w14:paraId="3D19F687" w14:textId="77777777" w:rsidR="00F008E3" w:rsidRPr="00675D78" w:rsidRDefault="00000000">
            <w:pPr>
              <w:spacing w:after="60"/>
              <w:rPr>
                <w:lang w:val="de-DE"/>
              </w:rPr>
            </w:pPr>
            <w:r w:rsidRPr="00675D78">
              <w:rPr>
                <w:sz w:val="20"/>
                <w:lang w:val="de-DE"/>
              </w:rPr>
              <w:t>Feld 4 – Beschreibung der Aufgabe: Deine Fragestellung in einem Satz, der mit einem Fragezeichen endet, dazu die Bauart (Modellierung, Untersuchung oder Anwendung) und die Mathematik, die du einsetzen willst – mit mindestens zwei Blocknummern aus dem Kursbuch.</w:t>
            </w:r>
          </w:p>
          <w:p w14:paraId="28137AAD" w14:textId="77777777" w:rsidR="00F008E3" w:rsidRPr="00675D78" w:rsidRDefault="00000000">
            <w:pPr>
              <w:spacing w:after="60"/>
              <w:rPr>
                <w:lang w:val="de-DE"/>
              </w:rPr>
            </w:pPr>
            <w:r w:rsidRPr="00675D78">
              <w:rPr>
                <w:sz w:val="20"/>
                <w:lang w:val="de-DE"/>
              </w:rPr>
              <w:t>Feld 5 – Gesamtplanung: In welchen Schritten gehst du vor, und bis wann? Orientiere dich an den Terminen auf M 14.</w:t>
            </w:r>
          </w:p>
          <w:p w14:paraId="0E560C54" w14:textId="77777777" w:rsidR="00F008E3" w:rsidRPr="00675D78" w:rsidRDefault="00000000">
            <w:pPr>
              <w:spacing w:after="60"/>
              <w:rPr>
                <w:lang w:val="de-DE"/>
              </w:rPr>
            </w:pPr>
            <w:r w:rsidRPr="00675D78">
              <w:rPr>
                <w:sz w:val="20"/>
                <w:lang w:val="de-DE"/>
              </w:rPr>
              <w:t xml:space="preserve">Feld 6 – Impulsmaterial und Datenerfassung: Woher kommen deine Zahlen? Erhebst du sie selbst, und wie lange dauert das? Wie viele brauchst du, damit dein Verfahren gültig ist? Welche Quellen nutzt du? Falls du von einem Impuls ausgegangen bist: wie hat er dich </w:t>
            </w:r>
            <w:proofErr w:type="gramStart"/>
            <w:r w:rsidRPr="00675D78">
              <w:rPr>
                <w:sz w:val="20"/>
                <w:lang w:val="de-DE"/>
              </w:rPr>
              <w:t>hierher gebracht</w:t>
            </w:r>
            <w:proofErr w:type="gramEnd"/>
            <w:r w:rsidRPr="00675D78">
              <w:rPr>
                <w:sz w:val="20"/>
                <w:lang w:val="de-DE"/>
              </w:rPr>
              <w:t>?</w:t>
            </w:r>
          </w:p>
        </w:tc>
      </w:tr>
    </w:tbl>
    <w:p w14:paraId="6F959F19" w14:textId="77777777" w:rsidR="00F008E3" w:rsidRPr="00675D78" w:rsidRDefault="00F008E3">
      <w:pPr>
        <w:rPr>
          <w:lang w:val="de-DE"/>
        </w:rPr>
      </w:pP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2800"/>
        <w:gridCol w:w="6226"/>
      </w:tblGrid>
      <w:tr w:rsidR="00F008E3" w14:paraId="33A101D7" w14:textId="77777777">
        <w:trPr>
          <w:cantSplit/>
        </w:trPr>
        <w:tc>
          <w:tcPr>
            <w:tcW w:w="2800" w:type="dxa"/>
            <w:tcMar>
              <w:top w:w="60" w:type="dxa"/>
              <w:left w:w="90" w:type="dxa"/>
              <w:bottom w:w="60" w:type="dxa"/>
              <w:right w:w="90" w:type="dxa"/>
            </w:tcMar>
          </w:tcPr>
          <w:p w14:paraId="5A058594" w14:textId="77777777" w:rsidR="00F008E3" w:rsidRDefault="00000000">
            <w:pPr>
              <w:spacing w:after="0" w:line="264" w:lineRule="auto"/>
            </w:pPr>
            <w:r>
              <w:rPr>
                <w:sz w:val="20"/>
              </w:rPr>
              <w:t>1.  Interessengebiet</w:t>
            </w:r>
          </w:p>
        </w:tc>
        <w:tc>
          <w:tcPr>
            <w:tcW w:w="6226" w:type="dxa"/>
            <w:tcMar>
              <w:top w:w="60" w:type="dxa"/>
              <w:left w:w="90" w:type="dxa"/>
              <w:bottom w:w="60" w:type="dxa"/>
              <w:right w:w="90" w:type="dxa"/>
            </w:tcMar>
          </w:tcPr>
          <w:p w14:paraId="20E27694" w14:textId="77777777" w:rsidR="00F008E3" w:rsidRDefault="00F008E3">
            <w:pPr>
              <w:spacing w:after="40" w:line="264" w:lineRule="auto"/>
            </w:pPr>
          </w:p>
          <w:p w14:paraId="2AEBD040" w14:textId="77777777" w:rsidR="00F008E3" w:rsidRDefault="00F008E3">
            <w:pPr>
              <w:spacing w:after="0" w:line="264" w:lineRule="auto"/>
            </w:pPr>
          </w:p>
        </w:tc>
      </w:tr>
      <w:tr w:rsidR="00F008E3" w14:paraId="4ED7785D" w14:textId="77777777">
        <w:trPr>
          <w:cantSplit/>
        </w:trPr>
        <w:tc>
          <w:tcPr>
            <w:tcW w:w="2800" w:type="dxa"/>
            <w:tcMar>
              <w:top w:w="60" w:type="dxa"/>
              <w:left w:w="90" w:type="dxa"/>
              <w:bottom w:w="60" w:type="dxa"/>
              <w:right w:w="90" w:type="dxa"/>
            </w:tcMar>
          </w:tcPr>
          <w:p w14:paraId="42D05FBC" w14:textId="77777777" w:rsidR="00F008E3" w:rsidRDefault="00000000">
            <w:pPr>
              <w:spacing w:after="0" w:line="264" w:lineRule="auto"/>
            </w:pPr>
            <w:r>
              <w:rPr>
                <w:sz w:val="20"/>
              </w:rPr>
              <w:t>2.  Thema</w:t>
            </w:r>
          </w:p>
        </w:tc>
        <w:tc>
          <w:tcPr>
            <w:tcW w:w="6226" w:type="dxa"/>
            <w:tcMar>
              <w:top w:w="60" w:type="dxa"/>
              <w:left w:w="90" w:type="dxa"/>
              <w:bottom w:w="60" w:type="dxa"/>
              <w:right w:w="90" w:type="dxa"/>
            </w:tcMar>
          </w:tcPr>
          <w:p w14:paraId="4EF585D7" w14:textId="77777777" w:rsidR="00F008E3" w:rsidRDefault="00F008E3">
            <w:pPr>
              <w:spacing w:after="40" w:line="264" w:lineRule="auto"/>
            </w:pPr>
          </w:p>
          <w:p w14:paraId="3C1C5B14" w14:textId="77777777" w:rsidR="00F008E3" w:rsidRDefault="00F008E3">
            <w:pPr>
              <w:spacing w:after="40" w:line="264" w:lineRule="auto"/>
            </w:pPr>
          </w:p>
          <w:p w14:paraId="26DEDD2B" w14:textId="77777777" w:rsidR="00F008E3" w:rsidRDefault="00F008E3">
            <w:pPr>
              <w:spacing w:after="0" w:line="264" w:lineRule="auto"/>
            </w:pPr>
          </w:p>
        </w:tc>
      </w:tr>
      <w:tr w:rsidR="00F008E3" w14:paraId="08C5C734" w14:textId="77777777">
        <w:trPr>
          <w:cantSplit/>
        </w:trPr>
        <w:tc>
          <w:tcPr>
            <w:tcW w:w="2800" w:type="dxa"/>
            <w:tcMar>
              <w:top w:w="60" w:type="dxa"/>
              <w:left w:w="90" w:type="dxa"/>
              <w:bottom w:w="60" w:type="dxa"/>
              <w:right w:w="90" w:type="dxa"/>
            </w:tcMar>
          </w:tcPr>
          <w:p w14:paraId="3B315509" w14:textId="77777777" w:rsidR="00F008E3" w:rsidRDefault="00000000">
            <w:pPr>
              <w:spacing w:after="0" w:line="264" w:lineRule="auto"/>
            </w:pPr>
            <w:r>
              <w:rPr>
                <w:sz w:val="20"/>
              </w:rPr>
              <w:t>3.  Grund für die Wahl</w:t>
            </w:r>
          </w:p>
        </w:tc>
        <w:tc>
          <w:tcPr>
            <w:tcW w:w="6226" w:type="dxa"/>
            <w:tcMar>
              <w:top w:w="60" w:type="dxa"/>
              <w:left w:w="90" w:type="dxa"/>
              <w:bottom w:w="60" w:type="dxa"/>
              <w:right w:w="90" w:type="dxa"/>
            </w:tcMar>
          </w:tcPr>
          <w:p w14:paraId="6E981E85" w14:textId="77777777" w:rsidR="00F008E3" w:rsidRDefault="00F008E3">
            <w:pPr>
              <w:spacing w:after="40" w:line="264" w:lineRule="auto"/>
            </w:pPr>
          </w:p>
          <w:p w14:paraId="5CD7D5DE" w14:textId="77777777" w:rsidR="00F008E3" w:rsidRDefault="00F008E3">
            <w:pPr>
              <w:spacing w:after="40" w:line="264" w:lineRule="auto"/>
            </w:pPr>
          </w:p>
          <w:p w14:paraId="5F3481BC" w14:textId="77777777" w:rsidR="00F008E3" w:rsidRDefault="00F008E3">
            <w:pPr>
              <w:spacing w:after="40" w:line="264" w:lineRule="auto"/>
            </w:pPr>
          </w:p>
          <w:p w14:paraId="7C61EC33" w14:textId="77777777" w:rsidR="00F008E3" w:rsidRDefault="00F008E3">
            <w:pPr>
              <w:spacing w:after="40" w:line="264" w:lineRule="auto"/>
            </w:pPr>
          </w:p>
          <w:p w14:paraId="53AF57BD" w14:textId="77777777" w:rsidR="00F008E3" w:rsidRDefault="00F008E3">
            <w:pPr>
              <w:spacing w:after="0" w:line="264" w:lineRule="auto"/>
            </w:pPr>
          </w:p>
        </w:tc>
      </w:tr>
      <w:tr w:rsidR="00F008E3" w14:paraId="4CCDA4BC" w14:textId="77777777">
        <w:trPr>
          <w:cantSplit/>
        </w:trPr>
        <w:tc>
          <w:tcPr>
            <w:tcW w:w="2800" w:type="dxa"/>
            <w:tcMar>
              <w:top w:w="60" w:type="dxa"/>
              <w:left w:w="90" w:type="dxa"/>
              <w:bottom w:w="60" w:type="dxa"/>
              <w:right w:w="90" w:type="dxa"/>
            </w:tcMar>
          </w:tcPr>
          <w:p w14:paraId="2677CBB1" w14:textId="77777777" w:rsidR="00F008E3" w:rsidRDefault="00000000">
            <w:pPr>
              <w:spacing w:after="0" w:line="264" w:lineRule="auto"/>
            </w:pPr>
            <w:r>
              <w:rPr>
                <w:sz w:val="20"/>
              </w:rPr>
              <w:lastRenderedPageBreak/>
              <w:t>4.  Beschreibung der Aufgabe</w:t>
            </w:r>
          </w:p>
        </w:tc>
        <w:tc>
          <w:tcPr>
            <w:tcW w:w="6226" w:type="dxa"/>
            <w:tcMar>
              <w:top w:w="60" w:type="dxa"/>
              <w:left w:w="90" w:type="dxa"/>
              <w:bottom w:w="60" w:type="dxa"/>
              <w:right w:w="90" w:type="dxa"/>
            </w:tcMar>
          </w:tcPr>
          <w:p w14:paraId="5CCE08CF" w14:textId="77777777" w:rsidR="00F008E3" w:rsidRDefault="00F008E3">
            <w:pPr>
              <w:spacing w:after="40" w:line="264" w:lineRule="auto"/>
            </w:pPr>
          </w:p>
          <w:p w14:paraId="6734E049" w14:textId="77777777" w:rsidR="00F008E3" w:rsidRDefault="00F008E3">
            <w:pPr>
              <w:spacing w:after="40" w:line="264" w:lineRule="auto"/>
            </w:pPr>
          </w:p>
          <w:p w14:paraId="728D50B8" w14:textId="77777777" w:rsidR="00F008E3" w:rsidRDefault="00F008E3">
            <w:pPr>
              <w:spacing w:after="40" w:line="264" w:lineRule="auto"/>
            </w:pPr>
          </w:p>
          <w:p w14:paraId="325E9AE1" w14:textId="77777777" w:rsidR="00F008E3" w:rsidRDefault="00F008E3">
            <w:pPr>
              <w:spacing w:after="40" w:line="264" w:lineRule="auto"/>
            </w:pPr>
          </w:p>
          <w:p w14:paraId="72688320" w14:textId="77777777" w:rsidR="00F008E3" w:rsidRDefault="00F008E3">
            <w:pPr>
              <w:spacing w:after="40" w:line="264" w:lineRule="auto"/>
            </w:pPr>
          </w:p>
          <w:p w14:paraId="2E7B5737" w14:textId="77777777" w:rsidR="00F008E3" w:rsidRDefault="00F008E3">
            <w:pPr>
              <w:spacing w:after="0" w:line="264" w:lineRule="auto"/>
            </w:pPr>
          </w:p>
        </w:tc>
      </w:tr>
      <w:tr w:rsidR="00F008E3" w14:paraId="0C7BA918" w14:textId="77777777">
        <w:trPr>
          <w:cantSplit/>
        </w:trPr>
        <w:tc>
          <w:tcPr>
            <w:tcW w:w="2800" w:type="dxa"/>
            <w:tcMar>
              <w:top w:w="60" w:type="dxa"/>
              <w:left w:w="90" w:type="dxa"/>
              <w:bottom w:w="60" w:type="dxa"/>
              <w:right w:w="90" w:type="dxa"/>
            </w:tcMar>
          </w:tcPr>
          <w:p w14:paraId="08358C47" w14:textId="77777777" w:rsidR="00F008E3" w:rsidRDefault="00000000">
            <w:pPr>
              <w:spacing w:after="0" w:line="264" w:lineRule="auto"/>
            </w:pPr>
            <w:r>
              <w:rPr>
                <w:sz w:val="20"/>
              </w:rPr>
              <w:t>5.  Gesamtplanung</w:t>
            </w:r>
          </w:p>
        </w:tc>
        <w:tc>
          <w:tcPr>
            <w:tcW w:w="6226" w:type="dxa"/>
            <w:tcMar>
              <w:top w:w="60" w:type="dxa"/>
              <w:left w:w="90" w:type="dxa"/>
              <w:bottom w:w="60" w:type="dxa"/>
              <w:right w:w="90" w:type="dxa"/>
            </w:tcMar>
          </w:tcPr>
          <w:p w14:paraId="09533A51" w14:textId="77777777" w:rsidR="00F008E3" w:rsidRDefault="00F008E3">
            <w:pPr>
              <w:spacing w:after="40" w:line="264" w:lineRule="auto"/>
            </w:pPr>
          </w:p>
          <w:p w14:paraId="58F0E395" w14:textId="77777777" w:rsidR="00F008E3" w:rsidRDefault="00F008E3">
            <w:pPr>
              <w:spacing w:after="40" w:line="264" w:lineRule="auto"/>
            </w:pPr>
          </w:p>
          <w:p w14:paraId="2C57A0C6" w14:textId="77777777" w:rsidR="00F008E3" w:rsidRDefault="00F008E3">
            <w:pPr>
              <w:spacing w:after="40" w:line="264" w:lineRule="auto"/>
            </w:pPr>
          </w:p>
          <w:p w14:paraId="38BF9702" w14:textId="77777777" w:rsidR="00F008E3" w:rsidRDefault="00F008E3">
            <w:pPr>
              <w:spacing w:after="40" w:line="264" w:lineRule="auto"/>
            </w:pPr>
          </w:p>
          <w:p w14:paraId="291101B8" w14:textId="77777777" w:rsidR="00F008E3" w:rsidRDefault="00F008E3">
            <w:pPr>
              <w:spacing w:after="0" w:line="264" w:lineRule="auto"/>
            </w:pPr>
          </w:p>
        </w:tc>
      </w:tr>
      <w:tr w:rsidR="00F008E3" w:rsidRPr="00675D78" w14:paraId="6631E436" w14:textId="77777777">
        <w:trPr>
          <w:cantSplit/>
        </w:trPr>
        <w:tc>
          <w:tcPr>
            <w:tcW w:w="2800" w:type="dxa"/>
            <w:tcMar>
              <w:top w:w="60" w:type="dxa"/>
              <w:left w:w="90" w:type="dxa"/>
              <w:bottom w:w="60" w:type="dxa"/>
              <w:right w:w="90" w:type="dxa"/>
            </w:tcMar>
          </w:tcPr>
          <w:p w14:paraId="7F12A880" w14:textId="77777777" w:rsidR="00F008E3" w:rsidRPr="00675D78" w:rsidRDefault="00000000">
            <w:pPr>
              <w:spacing w:after="0" w:line="264" w:lineRule="auto"/>
              <w:rPr>
                <w:lang w:val="de-DE"/>
              </w:rPr>
            </w:pPr>
            <w:r w:rsidRPr="00675D78">
              <w:rPr>
                <w:sz w:val="20"/>
                <w:lang w:val="de-DE"/>
              </w:rPr>
              <w:t>6.  Details zum Impulsmaterial bzw. zur Datenerfassung</w:t>
            </w:r>
          </w:p>
        </w:tc>
        <w:tc>
          <w:tcPr>
            <w:tcW w:w="6226" w:type="dxa"/>
            <w:tcMar>
              <w:top w:w="60" w:type="dxa"/>
              <w:left w:w="90" w:type="dxa"/>
              <w:bottom w:w="60" w:type="dxa"/>
              <w:right w:w="90" w:type="dxa"/>
            </w:tcMar>
          </w:tcPr>
          <w:p w14:paraId="09D72BD7" w14:textId="77777777" w:rsidR="00F008E3" w:rsidRPr="00675D78" w:rsidRDefault="00F008E3">
            <w:pPr>
              <w:spacing w:after="40" w:line="264" w:lineRule="auto"/>
              <w:rPr>
                <w:lang w:val="de-DE"/>
              </w:rPr>
            </w:pPr>
          </w:p>
          <w:p w14:paraId="1EB99BD1" w14:textId="77777777" w:rsidR="00F008E3" w:rsidRPr="00675D78" w:rsidRDefault="00F008E3">
            <w:pPr>
              <w:spacing w:after="40" w:line="264" w:lineRule="auto"/>
              <w:rPr>
                <w:lang w:val="de-DE"/>
              </w:rPr>
            </w:pPr>
          </w:p>
          <w:p w14:paraId="519B6A0E" w14:textId="77777777" w:rsidR="00F008E3" w:rsidRPr="00675D78" w:rsidRDefault="00F008E3">
            <w:pPr>
              <w:spacing w:after="40" w:line="264" w:lineRule="auto"/>
              <w:rPr>
                <w:lang w:val="de-DE"/>
              </w:rPr>
            </w:pPr>
          </w:p>
          <w:p w14:paraId="52407FB7" w14:textId="77777777" w:rsidR="00F008E3" w:rsidRPr="00675D78" w:rsidRDefault="00F008E3">
            <w:pPr>
              <w:spacing w:after="40" w:line="264" w:lineRule="auto"/>
              <w:rPr>
                <w:lang w:val="de-DE"/>
              </w:rPr>
            </w:pPr>
          </w:p>
          <w:p w14:paraId="0F706726" w14:textId="77777777" w:rsidR="00F008E3" w:rsidRPr="00675D78" w:rsidRDefault="00F008E3">
            <w:pPr>
              <w:spacing w:after="0" w:line="264" w:lineRule="auto"/>
              <w:rPr>
                <w:lang w:val="de-DE"/>
              </w:rPr>
            </w:pPr>
          </w:p>
        </w:tc>
      </w:tr>
    </w:tbl>
    <w:p w14:paraId="230CC96E" w14:textId="77777777" w:rsidR="00F008E3" w:rsidRPr="00675D78" w:rsidRDefault="00F008E3">
      <w:pPr>
        <w:rPr>
          <w:lang w:val="de-DE"/>
        </w:rPr>
      </w:pPr>
    </w:p>
    <w:p w14:paraId="3C984452" w14:textId="77777777" w:rsidR="00F008E3" w:rsidRDefault="00000000">
      <w:pPr>
        <w:pStyle w:val="KPAbschnitt"/>
      </w:pPr>
      <w:r>
        <w:t xml:space="preserve">Nur von mir </w:t>
      </w:r>
      <w:proofErr w:type="spellStart"/>
      <w:r>
        <w:t>auszufüllen</w:t>
      </w:r>
      <w:proofErr w:type="spellEnd"/>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800"/>
        <w:gridCol w:w="1200"/>
        <w:gridCol w:w="2200"/>
        <w:gridCol w:w="3826"/>
      </w:tblGrid>
      <w:tr w:rsidR="00F008E3" w14:paraId="459628DC" w14:textId="77777777">
        <w:trPr>
          <w:cantSplit/>
        </w:trPr>
        <w:tc>
          <w:tcPr>
            <w:tcW w:w="1800" w:type="dxa"/>
            <w:tcMar>
              <w:top w:w="60" w:type="dxa"/>
              <w:left w:w="90" w:type="dxa"/>
              <w:bottom w:w="60" w:type="dxa"/>
              <w:right w:w="90" w:type="dxa"/>
            </w:tcMar>
          </w:tcPr>
          <w:p w14:paraId="3881E2F1" w14:textId="77777777" w:rsidR="00F008E3" w:rsidRDefault="00000000">
            <w:pPr>
              <w:spacing w:after="0" w:line="264" w:lineRule="auto"/>
            </w:pPr>
            <w:r>
              <w:rPr>
                <w:sz w:val="20"/>
              </w:rPr>
              <w:t>Abgezeichnet am</w:t>
            </w:r>
          </w:p>
        </w:tc>
        <w:tc>
          <w:tcPr>
            <w:tcW w:w="1200" w:type="dxa"/>
            <w:tcMar>
              <w:top w:w="60" w:type="dxa"/>
              <w:left w:w="90" w:type="dxa"/>
              <w:bottom w:w="60" w:type="dxa"/>
              <w:right w:w="90" w:type="dxa"/>
            </w:tcMar>
          </w:tcPr>
          <w:p w14:paraId="69EC19A1" w14:textId="77777777" w:rsidR="00F008E3" w:rsidRDefault="00F008E3">
            <w:pPr>
              <w:spacing w:after="0" w:line="264" w:lineRule="auto"/>
            </w:pPr>
          </w:p>
        </w:tc>
        <w:tc>
          <w:tcPr>
            <w:tcW w:w="2200" w:type="dxa"/>
            <w:tcMar>
              <w:top w:w="60" w:type="dxa"/>
              <w:left w:w="90" w:type="dxa"/>
              <w:bottom w:w="60" w:type="dxa"/>
              <w:right w:w="90" w:type="dxa"/>
            </w:tcMar>
          </w:tcPr>
          <w:p w14:paraId="21A02CC7" w14:textId="77777777" w:rsidR="00F008E3" w:rsidRDefault="00000000">
            <w:pPr>
              <w:spacing w:after="0" w:line="264" w:lineRule="auto"/>
            </w:pPr>
            <w:r>
              <w:rPr>
                <w:sz w:val="20"/>
              </w:rPr>
              <w:t>Auflage / Bemerkung</w:t>
            </w:r>
          </w:p>
        </w:tc>
        <w:tc>
          <w:tcPr>
            <w:tcW w:w="3826" w:type="dxa"/>
            <w:tcMar>
              <w:top w:w="60" w:type="dxa"/>
              <w:left w:w="90" w:type="dxa"/>
              <w:bottom w:w="60" w:type="dxa"/>
              <w:right w:w="90" w:type="dxa"/>
            </w:tcMar>
          </w:tcPr>
          <w:p w14:paraId="18E2885D" w14:textId="77777777" w:rsidR="00F008E3" w:rsidRDefault="00F008E3">
            <w:pPr>
              <w:spacing w:after="0" w:line="264" w:lineRule="auto"/>
            </w:pPr>
          </w:p>
        </w:tc>
      </w:tr>
    </w:tbl>
    <w:p w14:paraId="2CAA47EE" w14:textId="77777777" w:rsidR="00F008E3" w:rsidRDefault="00F008E3"/>
    <w:p w14:paraId="1B963E4B" w14:textId="77777777" w:rsidR="00F008E3" w:rsidRDefault="00000000">
      <w:r>
        <w:br w:type="page"/>
      </w:r>
    </w:p>
    <w:p w14:paraId="6DE08C00" w14:textId="77777777" w:rsidR="00F008E3" w:rsidRDefault="00000000">
      <w:pPr>
        <w:pStyle w:val="KPKapitel"/>
      </w:pPr>
      <w:r>
        <w:rPr>
          <w:color w:val="8FB840"/>
        </w:rPr>
        <w:lastRenderedPageBreak/>
        <w:t xml:space="preserve">M 13   </w:t>
      </w:r>
      <w:r>
        <w:t>Themenkatalog</w:t>
      </w:r>
    </w:p>
    <w:p w14:paraId="5A67C426" w14:textId="77777777" w:rsidR="00F008E3" w:rsidRPr="00675D78" w:rsidRDefault="00000000">
      <w:pPr>
        <w:pStyle w:val="KPKlein"/>
        <w:rPr>
          <w:lang w:val="de-DE"/>
        </w:rPr>
      </w:pPr>
      <w:r w:rsidRPr="00675D78">
        <w:rPr>
          <w:lang w:val="de-DE"/>
        </w:rPr>
        <w:t>Erst benutzen, wenn die eigene Suche nicht weitergekommen ist. Die Liste ist kein Bestellkatalog: Jeder Eintrag muss noch zu deiner eigenen Frage werden, mit deinen Daten und deinem Zugang. Zwei Arbeiten mit demselben Titel sind zwei sehr verschiedene Arbeiten – oder ein Fall für die akademische Redlichkeit.</w:t>
      </w:r>
    </w:p>
    <w:p w14:paraId="59DCD213" w14:textId="77777777" w:rsidR="00F008E3" w:rsidRPr="00675D78" w:rsidRDefault="00000000">
      <w:pPr>
        <w:pStyle w:val="KPAbschnitt"/>
        <w:rPr>
          <w:lang w:val="de-DE"/>
        </w:rPr>
      </w:pPr>
      <w:r w:rsidRPr="00675D78">
        <w:rPr>
          <w:color w:val="8FB840"/>
          <w:lang w:val="de-DE"/>
        </w:rPr>
        <w:t xml:space="preserve">40 Stichwörter aus den Lehrerhandreichungen   </w:t>
      </w:r>
      <w:r w:rsidRPr="00675D78">
        <w:rPr>
          <w:lang w:val="de-DE"/>
        </w:rPr>
        <w:t>Die Impulsliste der IB</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2256"/>
        <w:gridCol w:w="2256"/>
        <w:gridCol w:w="2257"/>
        <w:gridCol w:w="2257"/>
      </w:tblGrid>
      <w:tr w:rsidR="00F008E3" w14:paraId="64E0D7BE" w14:textId="77777777">
        <w:trPr>
          <w:cantSplit/>
        </w:trPr>
        <w:tc>
          <w:tcPr>
            <w:tcW w:w="2256" w:type="dxa"/>
            <w:tcMar>
              <w:top w:w="60" w:type="dxa"/>
              <w:left w:w="90" w:type="dxa"/>
              <w:bottom w:w="60" w:type="dxa"/>
              <w:right w:w="90" w:type="dxa"/>
            </w:tcMar>
          </w:tcPr>
          <w:p w14:paraId="07740ECE" w14:textId="77777777" w:rsidR="00F008E3" w:rsidRDefault="00000000">
            <w:pPr>
              <w:spacing w:after="0" w:line="264" w:lineRule="auto"/>
            </w:pPr>
            <w:r>
              <w:rPr>
                <w:sz w:val="19"/>
              </w:rPr>
              <w:t>Sport</w:t>
            </w:r>
          </w:p>
        </w:tc>
        <w:tc>
          <w:tcPr>
            <w:tcW w:w="2256" w:type="dxa"/>
            <w:tcMar>
              <w:top w:w="60" w:type="dxa"/>
              <w:left w:w="90" w:type="dxa"/>
              <w:bottom w:w="60" w:type="dxa"/>
              <w:right w:w="90" w:type="dxa"/>
            </w:tcMar>
          </w:tcPr>
          <w:p w14:paraId="0A689788" w14:textId="77777777" w:rsidR="00F008E3" w:rsidRDefault="00000000">
            <w:pPr>
              <w:spacing w:after="0" w:line="264" w:lineRule="auto"/>
            </w:pPr>
            <w:r>
              <w:rPr>
                <w:sz w:val="19"/>
              </w:rPr>
              <w:t>Archäologie</w:t>
            </w:r>
          </w:p>
        </w:tc>
        <w:tc>
          <w:tcPr>
            <w:tcW w:w="2257" w:type="dxa"/>
            <w:tcMar>
              <w:top w:w="60" w:type="dxa"/>
              <w:left w:w="90" w:type="dxa"/>
              <w:bottom w:w="60" w:type="dxa"/>
              <w:right w:w="90" w:type="dxa"/>
            </w:tcMar>
          </w:tcPr>
          <w:p w14:paraId="6989F3B3" w14:textId="77777777" w:rsidR="00F008E3" w:rsidRDefault="00000000">
            <w:pPr>
              <w:spacing w:after="0" w:line="264" w:lineRule="auto"/>
            </w:pPr>
            <w:r>
              <w:rPr>
                <w:sz w:val="19"/>
              </w:rPr>
              <w:t>Computer</w:t>
            </w:r>
          </w:p>
        </w:tc>
        <w:tc>
          <w:tcPr>
            <w:tcW w:w="2257" w:type="dxa"/>
            <w:tcMar>
              <w:top w:w="60" w:type="dxa"/>
              <w:left w:w="90" w:type="dxa"/>
              <w:bottom w:w="60" w:type="dxa"/>
              <w:right w:w="90" w:type="dxa"/>
            </w:tcMar>
          </w:tcPr>
          <w:p w14:paraId="6C571C2D" w14:textId="77777777" w:rsidR="00F008E3" w:rsidRDefault="00000000">
            <w:pPr>
              <w:spacing w:after="0" w:line="264" w:lineRule="auto"/>
            </w:pPr>
            <w:r>
              <w:rPr>
                <w:sz w:val="19"/>
              </w:rPr>
              <w:t>Algorithmen</w:t>
            </w:r>
          </w:p>
        </w:tc>
      </w:tr>
      <w:tr w:rsidR="00F008E3" w14:paraId="2A670C06" w14:textId="77777777">
        <w:trPr>
          <w:cantSplit/>
        </w:trPr>
        <w:tc>
          <w:tcPr>
            <w:tcW w:w="2256" w:type="dxa"/>
            <w:shd w:val="clear" w:color="auto" w:fill="F1F4EC"/>
            <w:tcMar>
              <w:top w:w="60" w:type="dxa"/>
              <w:left w:w="90" w:type="dxa"/>
              <w:bottom w:w="60" w:type="dxa"/>
              <w:right w:w="90" w:type="dxa"/>
            </w:tcMar>
          </w:tcPr>
          <w:p w14:paraId="20C1755C" w14:textId="77777777" w:rsidR="00F008E3" w:rsidRDefault="00000000">
            <w:pPr>
              <w:spacing w:after="0" w:line="264" w:lineRule="auto"/>
            </w:pPr>
            <w:r>
              <w:rPr>
                <w:sz w:val="19"/>
              </w:rPr>
              <w:t>Mobiltelefone</w:t>
            </w:r>
          </w:p>
        </w:tc>
        <w:tc>
          <w:tcPr>
            <w:tcW w:w="2256" w:type="dxa"/>
            <w:shd w:val="clear" w:color="auto" w:fill="F1F4EC"/>
            <w:tcMar>
              <w:top w:w="60" w:type="dxa"/>
              <w:left w:w="90" w:type="dxa"/>
              <w:bottom w:w="60" w:type="dxa"/>
              <w:right w:w="90" w:type="dxa"/>
            </w:tcMar>
          </w:tcPr>
          <w:p w14:paraId="38BFFC06" w14:textId="77777777" w:rsidR="00F008E3" w:rsidRDefault="00000000">
            <w:pPr>
              <w:spacing w:after="0" w:line="264" w:lineRule="auto"/>
            </w:pPr>
            <w:r>
              <w:rPr>
                <w:sz w:val="19"/>
              </w:rPr>
              <w:t>Musik</w:t>
            </w:r>
          </w:p>
        </w:tc>
        <w:tc>
          <w:tcPr>
            <w:tcW w:w="2257" w:type="dxa"/>
            <w:shd w:val="clear" w:color="auto" w:fill="F1F4EC"/>
            <w:tcMar>
              <w:top w:w="60" w:type="dxa"/>
              <w:left w:w="90" w:type="dxa"/>
              <w:bottom w:w="60" w:type="dxa"/>
              <w:right w:w="90" w:type="dxa"/>
            </w:tcMar>
          </w:tcPr>
          <w:p w14:paraId="38345576" w14:textId="77777777" w:rsidR="00F008E3" w:rsidRDefault="00000000">
            <w:pPr>
              <w:spacing w:after="0" w:line="264" w:lineRule="auto"/>
            </w:pPr>
            <w:r>
              <w:rPr>
                <w:sz w:val="19"/>
              </w:rPr>
              <w:t>Sinus</w:t>
            </w:r>
          </w:p>
        </w:tc>
        <w:tc>
          <w:tcPr>
            <w:tcW w:w="2257" w:type="dxa"/>
            <w:shd w:val="clear" w:color="auto" w:fill="F1F4EC"/>
            <w:tcMar>
              <w:top w:w="60" w:type="dxa"/>
              <w:left w:w="90" w:type="dxa"/>
              <w:bottom w:w="60" w:type="dxa"/>
              <w:right w:w="90" w:type="dxa"/>
            </w:tcMar>
          </w:tcPr>
          <w:p w14:paraId="4ABF5D31" w14:textId="77777777" w:rsidR="00F008E3" w:rsidRDefault="00000000">
            <w:pPr>
              <w:spacing w:after="0" w:line="264" w:lineRule="auto"/>
            </w:pPr>
            <w:r>
              <w:rPr>
                <w:sz w:val="19"/>
              </w:rPr>
              <w:t>Harmonien in der Musik</w:t>
            </w:r>
          </w:p>
        </w:tc>
      </w:tr>
      <w:tr w:rsidR="00F008E3" w14:paraId="5AE71120" w14:textId="77777777">
        <w:trPr>
          <w:cantSplit/>
        </w:trPr>
        <w:tc>
          <w:tcPr>
            <w:tcW w:w="2256" w:type="dxa"/>
            <w:tcMar>
              <w:top w:w="60" w:type="dxa"/>
              <w:left w:w="90" w:type="dxa"/>
              <w:bottom w:w="60" w:type="dxa"/>
              <w:right w:w="90" w:type="dxa"/>
            </w:tcMar>
          </w:tcPr>
          <w:p w14:paraId="4E45193F" w14:textId="77777777" w:rsidR="00F008E3" w:rsidRDefault="00000000">
            <w:pPr>
              <w:spacing w:after="0" w:line="264" w:lineRule="auto"/>
            </w:pPr>
            <w:r>
              <w:rPr>
                <w:sz w:val="19"/>
              </w:rPr>
              <w:t>Bewegung</w:t>
            </w:r>
          </w:p>
        </w:tc>
        <w:tc>
          <w:tcPr>
            <w:tcW w:w="2256" w:type="dxa"/>
            <w:tcMar>
              <w:top w:w="60" w:type="dxa"/>
              <w:left w:w="90" w:type="dxa"/>
              <w:bottom w:w="60" w:type="dxa"/>
              <w:right w:w="90" w:type="dxa"/>
            </w:tcMar>
          </w:tcPr>
          <w:p w14:paraId="4BE66246" w14:textId="77777777" w:rsidR="00F008E3" w:rsidRDefault="00000000">
            <w:pPr>
              <w:spacing w:after="0" w:line="264" w:lineRule="auto"/>
            </w:pPr>
            <w:r>
              <w:rPr>
                <w:sz w:val="19"/>
              </w:rPr>
              <w:t>e</w:t>
            </w:r>
          </w:p>
        </w:tc>
        <w:tc>
          <w:tcPr>
            <w:tcW w:w="2257" w:type="dxa"/>
            <w:tcMar>
              <w:top w:w="60" w:type="dxa"/>
              <w:left w:w="90" w:type="dxa"/>
              <w:bottom w:w="60" w:type="dxa"/>
              <w:right w:w="90" w:type="dxa"/>
            </w:tcMar>
          </w:tcPr>
          <w:p w14:paraId="6054EFD8" w14:textId="77777777" w:rsidR="00F008E3" w:rsidRDefault="00000000">
            <w:pPr>
              <w:spacing w:after="0" w:line="264" w:lineRule="auto"/>
            </w:pPr>
            <w:r>
              <w:rPr>
                <w:sz w:val="19"/>
              </w:rPr>
              <w:t>Elektrizität</w:t>
            </w:r>
          </w:p>
        </w:tc>
        <w:tc>
          <w:tcPr>
            <w:tcW w:w="2257" w:type="dxa"/>
            <w:tcMar>
              <w:top w:w="60" w:type="dxa"/>
              <w:left w:w="90" w:type="dxa"/>
              <w:bottom w:w="60" w:type="dxa"/>
              <w:right w:w="90" w:type="dxa"/>
            </w:tcMar>
          </w:tcPr>
          <w:p w14:paraId="35821832" w14:textId="77777777" w:rsidR="00F008E3" w:rsidRDefault="00000000">
            <w:pPr>
              <w:spacing w:after="0" w:line="264" w:lineRule="auto"/>
            </w:pPr>
            <w:r>
              <w:rPr>
                <w:sz w:val="19"/>
              </w:rPr>
              <w:t>Wasser</w:t>
            </w:r>
          </w:p>
        </w:tc>
      </w:tr>
      <w:tr w:rsidR="00F008E3" w14:paraId="14B26D88" w14:textId="77777777">
        <w:trPr>
          <w:cantSplit/>
        </w:trPr>
        <w:tc>
          <w:tcPr>
            <w:tcW w:w="2256" w:type="dxa"/>
            <w:shd w:val="clear" w:color="auto" w:fill="F1F4EC"/>
            <w:tcMar>
              <w:top w:w="60" w:type="dxa"/>
              <w:left w:w="90" w:type="dxa"/>
              <w:bottom w:w="60" w:type="dxa"/>
              <w:right w:w="90" w:type="dxa"/>
            </w:tcMar>
          </w:tcPr>
          <w:p w14:paraId="6D88E618" w14:textId="77777777" w:rsidR="00F008E3" w:rsidRDefault="00000000">
            <w:pPr>
              <w:spacing w:after="0" w:line="264" w:lineRule="auto"/>
            </w:pPr>
            <w:r>
              <w:rPr>
                <w:sz w:val="19"/>
              </w:rPr>
              <w:t>Weltraum</w:t>
            </w:r>
          </w:p>
        </w:tc>
        <w:tc>
          <w:tcPr>
            <w:tcW w:w="2256" w:type="dxa"/>
            <w:shd w:val="clear" w:color="auto" w:fill="F1F4EC"/>
            <w:tcMar>
              <w:top w:w="60" w:type="dxa"/>
              <w:left w:w="90" w:type="dxa"/>
              <w:bottom w:w="60" w:type="dxa"/>
              <w:right w:w="90" w:type="dxa"/>
            </w:tcMar>
          </w:tcPr>
          <w:p w14:paraId="37F00F05" w14:textId="77777777" w:rsidR="00F008E3" w:rsidRDefault="00000000">
            <w:pPr>
              <w:spacing w:after="0" w:line="264" w:lineRule="auto"/>
            </w:pPr>
            <w:r>
              <w:rPr>
                <w:sz w:val="19"/>
              </w:rPr>
              <w:t>Umlaufbahnen</w:t>
            </w:r>
          </w:p>
        </w:tc>
        <w:tc>
          <w:tcPr>
            <w:tcW w:w="2257" w:type="dxa"/>
            <w:shd w:val="clear" w:color="auto" w:fill="F1F4EC"/>
            <w:tcMar>
              <w:top w:w="60" w:type="dxa"/>
              <w:left w:w="90" w:type="dxa"/>
              <w:bottom w:w="60" w:type="dxa"/>
              <w:right w:w="90" w:type="dxa"/>
            </w:tcMar>
          </w:tcPr>
          <w:p w14:paraId="0F7D06AA" w14:textId="77777777" w:rsidR="00F008E3" w:rsidRDefault="00000000">
            <w:pPr>
              <w:spacing w:after="0" w:line="264" w:lineRule="auto"/>
            </w:pPr>
            <w:r>
              <w:rPr>
                <w:sz w:val="19"/>
              </w:rPr>
              <w:t>Nahrungsmittel</w:t>
            </w:r>
          </w:p>
        </w:tc>
        <w:tc>
          <w:tcPr>
            <w:tcW w:w="2257" w:type="dxa"/>
            <w:shd w:val="clear" w:color="auto" w:fill="F1F4EC"/>
            <w:tcMar>
              <w:top w:w="60" w:type="dxa"/>
              <w:left w:w="90" w:type="dxa"/>
              <w:bottom w:w="60" w:type="dxa"/>
              <w:right w:w="90" w:type="dxa"/>
            </w:tcMar>
          </w:tcPr>
          <w:p w14:paraId="4A75650D" w14:textId="77777777" w:rsidR="00F008E3" w:rsidRDefault="00000000">
            <w:pPr>
              <w:spacing w:after="0" w:line="264" w:lineRule="auto"/>
            </w:pPr>
            <w:r>
              <w:rPr>
                <w:sz w:val="19"/>
              </w:rPr>
              <w:t>Vulkane</w:t>
            </w:r>
          </w:p>
        </w:tc>
      </w:tr>
      <w:tr w:rsidR="00F008E3" w14:paraId="7D340556" w14:textId="77777777">
        <w:trPr>
          <w:cantSplit/>
        </w:trPr>
        <w:tc>
          <w:tcPr>
            <w:tcW w:w="2256" w:type="dxa"/>
            <w:tcMar>
              <w:top w:w="60" w:type="dxa"/>
              <w:left w:w="90" w:type="dxa"/>
              <w:bottom w:w="60" w:type="dxa"/>
              <w:right w:w="90" w:type="dxa"/>
            </w:tcMar>
          </w:tcPr>
          <w:p w14:paraId="1C20AAAA" w14:textId="77777777" w:rsidR="00F008E3" w:rsidRDefault="00000000">
            <w:pPr>
              <w:spacing w:after="0" w:line="264" w:lineRule="auto"/>
            </w:pPr>
            <w:r>
              <w:rPr>
                <w:sz w:val="19"/>
              </w:rPr>
              <w:t>Ernährung</w:t>
            </w:r>
          </w:p>
        </w:tc>
        <w:tc>
          <w:tcPr>
            <w:tcW w:w="2256" w:type="dxa"/>
            <w:tcMar>
              <w:top w:w="60" w:type="dxa"/>
              <w:left w:w="90" w:type="dxa"/>
              <w:bottom w:w="60" w:type="dxa"/>
              <w:right w:w="90" w:type="dxa"/>
            </w:tcMar>
          </w:tcPr>
          <w:p w14:paraId="2C3FEE56" w14:textId="77777777" w:rsidR="00F008E3" w:rsidRDefault="00000000">
            <w:pPr>
              <w:spacing w:after="0" w:line="264" w:lineRule="auto"/>
            </w:pPr>
            <w:r>
              <w:rPr>
                <w:sz w:val="19"/>
              </w:rPr>
              <w:t>Euler</w:t>
            </w:r>
          </w:p>
        </w:tc>
        <w:tc>
          <w:tcPr>
            <w:tcW w:w="2257" w:type="dxa"/>
            <w:tcMar>
              <w:top w:w="60" w:type="dxa"/>
              <w:left w:w="90" w:type="dxa"/>
              <w:bottom w:w="60" w:type="dxa"/>
              <w:right w:w="90" w:type="dxa"/>
            </w:tcMar>
          </w:tcPr>
          <w:p w14:paraId="2BA72406" w14:textId="77777777" w:rsidR="00F008E3" w:rsidRDefault="00000000">
            <w:pPr>
              <w:spacing w:after="0" w:line="264" w:lineRule="auto"/>
            </w:pPr>
            <w:r>
              <w:rPr>
                <w:sz w:val="19"/>
              </w:rPr>
              <w:t>Spiele</w:t>
            </w:r>
          </w:p>
        </w:tc>
        <w:tc>
          <w:tcPr>
            <w:tcW w:w="2257" w:type="dxa"/>
            <w:tcMar>
              <w:top w:w="60" w:type="dxa"/>
              <w:left w:w="90" w:type="dxa"/>
              <w:bottom w:w="60" w:type="dxa"/>
              <w:right w:w="90" w:type="dxa"/>
            </w:tcMar>
          </w:tcPr>
          <w:p w14:paraId="461DB84C" w14:textId="77777777" w:rsidR="00F008E3" w:rsidRDefault="00000000">
            <w:pPr>
              <w:spacing w:after="0" w:line="264" w:lineRule="auto"/>
            </w:pPr>
            <w:r>
              <w:rPr>
                <w:sz w:val="19"/>
              </w:rPr>
              <w:t>Symmetrie</w:t>
            </w:r>
          </w:p>
        </w:tc>
      </w:tr>
      <w:tr w:rsidR="00F008E3" w14:paraId="02E863CB" w14:textId="77777777">
        <w:trPr>
          <w:cantSplit/>
        </w:trPr>
        <w:tc>
          <w:tcPr>
            <w:tcW w:w="2256" w:type="dxa"/>
            <w:shd w:val="clear" w:color="auto" w:fill="F1F4EC"/>
            <w:tcMar>
              <w:top w:w="60" w:type="dxa"/>
              <w:left w:w="90" w:type="dxa"/>
              <w:bottom w:w="60" w:type="dxa"/>
              <w:right w:w="90" w:type="dxa"/>
            </w:tcMar>
          </w:tcPr>
          <w:p w14:paraId="4FBDAA41" w14:textId="77777777" w:rsidR="00F008E3" w:rsidRDefault="00000000">
            <w:pPr>
              <w:spacing w:after="0" w:line="264" w:lineRule="auto"/>
            </w:pPr>
            <w:r>
              <w:rPr>
                <w:sz w:val="19"/>
              </w:rPr>
              <w:t>Architektur</w:t>
            </w:r>
          </w:p>
        </w:tc>
        <w:tc>
          <w:tcPr>
            <w:tcW w:w="2256" w:type="dxa"/>
            <w:shd w:val="clear" w:color="auto" w:fill="F1F4EC"/>
            <w:tcMar>
              <w:top w:w="60" w:type="dxa"/>
              <w:left w:w="90" w:type="dxa"/>
              <w:bottom w:w="60" w:type="dxa"/>
              <w:right w:w="90" w:type="dxa"/>
            </w:tcMar>
          </w:tcPr>
          <w:p w14:paraId="3A395CC0" w14:textId="77777777" w:rsidR="00F008E3" w:rsidRDefault="00000000">
            <w:pPr>
              <w:spacing w:after="0" w:line="264" w:lineRule="auto"/>
            </w:pPr>
            <w:r>
              <w:rPr>
                <w:sz w:val="19"/>
              </w:rPr>
              <w:t>Codes</w:t>
            </w:r>
          </w:p>
        </w:tc>
        <w:tc>
          <w:tcPr>
            <w:tcW w:w="2257" w:type="dxa"/>
            <w:shd w:val="clear" w:color="auto" w:fill="F1F4EC"/>
            <w:tcMar>
              <w:top w:w="60" w:type="dxa"/>
              <w:left w:w="90" w:type="dxa"/>
              <w:bottom w:w="60" w:type="dxa"/>
              <w:right w:w="90" w:type="dxa"/>
            </w:tcMar>
          </w:tcPr>
          <w:p w14:paraId="45A8031F" w14:textId="77777777" w:rsidR="00F008E3" w:rsidRDefault="00000000">
            <w:pPr>
              <w:spacing w:after="0" w:line="264" w:lineRule="auto"/>
            </w:pPr>
            <w:r>
              <w:rPr>
                <w:sz w:val="19"/>
              </w:rPr>
              <w:t>Internet</w:t>
            </w:r>
          </w:p>
        </w:tc>
        <w:tc>
          <w:tcPr>
            <w:tcW w:w="2257" w:type="dxa"/>
            <w:shd w:val="clear" w:color="auto" w:fill="F1F4EC"/>
            <w:tcMar>
              <w:top w:w="60" w:type="dxa"/>
              <w:left w:w="90" w:type="dxa"/>
              <w:bottom w:w="60" w:type="dxa"/>
              <w:right w:w="90" w:type="dxa"/>
            </w:tcMar>
          </w:tcPr>
          <w:p w14:paraId="598CA024" w14:textId="77777777" w:rsidR="00F008E3" w:rsidRDefault="00000000">
            <w:pPr>
              <w:spacing w:after="0" w:line="264" w:lineRule="auto"/>
            </w:pPr>
            <w:r>
              <w:rPr>
                <w:sz w:val="19"/>
              </w:rPr>
              <w:t>Kommunikation</w:t>
            </w:r>
          </w:p>
        </w:tc>
      </w:tr>
      <w:tr w:rsidR="00F008E3" w14:paraId="035261EB" w14:textId="77777777">
        <w:trPr>
          <w:cantSplit/>
        </w:trPr>
        <w:tc>
          <w:tcPr>
            <w:tcW w:w="2256" w:type="dxa"/>
            <w:tcMar>
              <w:top w:w="60" w:type="dxa"/>
              <w:left w:w="90" w:type="dxa"/>
              <w:bottom w:w="60" w:type="dxa"/>
              <w:right w:w="90" w:type="dxa"/>
            </w:tcMar>
          </w:tcPr>
          <w:p w14:paraId="284906A3" w14:textId="77777777" w:rsidR="00F008E3" w:rsidRDefault="00000000">
            <w:pPr>
              <w:spacing w:after="0" w:line="264" w:lineRule="auto"/>
            </w:pPr>
            <w:r>
              <w:rPr>
                <w:sz w:val="19"/>
              </w:rPr>
              <w:t>Fliesenlegen</w:t>
            </w:r>
          </w:p>
        </w:tc>
        <w:tc>
          <w:tcPr>
            <w:tcW w:w="2256" w:type="dxa"/>
            <w:tcMar>
              <w:top w:w="60" w:type="dxa"/>
              <w:left w:w="90" w:type="dxa"/>
              <w:bottom w:w="60" w:type="dxa"/>
              <w:right w:w="90" w:type="dxa"/>
            </w:tcMar>
          </w:tcPr>
          <w:p w14:paraId="14907549" w14:textId="77777777" w:rsidR="00F008E3" w:rsidRDefault="00000000">
            <w:pPr>
              <w:spacing w:after="0" w:line="264" w:lineRule="auto"/>
            </w:pPr>
            <w:r>
              <w:rPr>
                <w:sz w:val="19"/>
              </w:rPr>
              <w:t>Bevölkerung</w:t>
            </w:r>
          </w:p>
        </w:tc>
        <w:tc>
          <w:tcPr>
            <w:tcW w:w="2257" w:type="dxa"/>
            <w:tcMar>
              <w:top w:w="60" w:type="dxa"/>
              <w:left w:w="90" w:type="dxa"/>
              <w:bottom w:w="60" w:type="dxa"/>
              <w:right w:w="90" w:type="dxa"/>
            </w:tcMar>
          </w:tcPr>
          <w:p w14:paraId="04F02260" w14:textId="77777777" w:rsidR="00F008E3" w:rsidRDefault="00000000">
            <w:pPr>
              <w:spacing w:after="0" w:line="264" w:lineRule="auto"/>
            </w:pPr>
            <w:r>
              <w:rPr>
                <w:sz w:val="19"/>
              </w:rPr>
              <w:t>Landwirtschaft</w:t>
            </w:r>
          </w:p>
        </w:tc>
        <w:tc>
          <w:tcPr>
            <w:tcW w:w="2257" w:type="dxa"/>
            <w:tcMar>
              <w:top w:w="60" w:type="dxa"/>
              <w:left w:w="90" w:type="dxa"/>
              <w:bottom w:w="60" w:type="dxa"/>
              <w:right w:w="90" w:type="dxa"/>
            </w:tcMar>
          </w:tcPr>
          <w:p w14:paraId="0B6380D7" w14:textId="77777777" w:rsidR="00F008E3" w:rsidRDefault="00000000">
            <w:pPr>
              <w:spacing w:after="0" w:line="264" w:lineRule="auto"/>
            </w:pPr>
            <w:r>
              <w:rPr>
                <w:sz w:val="19"/>
              </w:rPr>
              <w:t>Viren</w:t>
            </w:r>
          </w:p>
        </w:tc>
      </w:tr>
      <w:tr w:rsidR="00F008E3" w14:paraId="21105E43" w14:textId="77777777">
        <w:trPr>
          <w:cantSplit/>
        </w:trPr>
        <w:tc>
          <w:tcPr>
            <w:tcW w:w="2256" w:type="dxa"/>
            <w:shd w:val="clear" w:color="auto" w:fill="F1F4EC"/>
            <w:tcMar>
              <w:top w:w="60" w:type="dxa"/>
              <w:left w:w="90" w:type="dxa"/>
              <w:bottom w:w="60" w:type="dxa"/>
              <w:right w:w="90" w:type="dxa"/>
            </w:tcMar>
          </w:tcPr>
          <w:p w14:paraId="0A83357D" w14:textId="77777777" w:rsidR="00F008E3" w:rsidRDefault="00000000">
            <w:pPr>
              <w:spacing w:after="0" w:line="264" w:lineRule="auto"/>
            </w:pPr>
            <w:r>
              <w:rPr>
                <w:sz w:val="19"/>
              </w:rPr>
              <w:t>Medizin</w:t>
            </w:r>
          </w:p>
        </w:tc>
        <w:tc>
          <w:tcPr>
            <w:tcW w:w="2256" w:type="dxa"/>
            <w:shd w:val="clear" w:color="auto" w:fill="F1F4EC"/>
            <w:tcMar>
              <w:top w:w="60" w:type="dxa"/>
              <w:left w:w="90" w:type="dxa"/>
              <w:bottom w:w="60" w:type="dxa"/>
              <w:right w:w="90" w:type="dxa"/>
            </w:tcMar>
          </w:tcPr>
          <w:p w14:paraId="66A7A9F8" w14:textId="77777777" w:rsidR="00F008E3" w:rsidRDefault="00000000">
            <w:pPr>
              <w:spacing w:after="0" w:line="264" w:lineRule="auto"/>
            </w:pPr>
            <w:r>
              <w:rPr>
                <w:sz w:val="19"/>
              </w:rPr>
              <w:t>Tanzen</w:t>
            </w:r>
          </w:p>
        </w:tc>
        <w:tc>
          <w:tcPr>
            <w:tcW w:w="2257" w:type="dxa"/>
            <w:shd w:val="clear" w:color="auto" w:fill="F1F4EC"/>
            <w:tcMar>
              <w:top w:w="60" w:type="dxa"/>
              <w:left w:w="90" w:type="dxa"/>
              <w:bottom w:w="60" w:type="dxa"/>
              <w:right w:w="90" w:type="dxa"/>
            </w:tcMar>
          </w:tcPr>
          <w:p w14:paraId="49306A59" w14:textId="77777777" w:rsidR="00F008E3" w:rsidRDefault="00000000">
            <w:pPr>
              <w:spacing w:after="0" w:line="264" w:lineRule="auto"/>
            </w:pPr>
            <w:r>
              <w:rPr>
                <w:sz w:val="19"/>
              </w:rPr>
              <w:t>Spielen</w:t>
            </w:r>
          </w:p>
        </w:tc>
        <w:tc>
          <w:tcPr>
            <w:tcW w:w="2257" w:type="dxa"/>
            <w:shd w:val="clear" w:color="auto" w:fill="F1F4EC"/>
            <w:tcMar>
              <w:top w:w="60" w:type="dxa"/>
              <w:left w:w="90" w:type="dxa"/>
              <w:bottom w:w="60" w:type="dxa"/>
              <w:right w:w="90" w:type="dxa"/>
            </w:tcMar>
          </w:tcPr>
          <w:p w14:paraId="616CAC06" w14:textId="77777777" w:rsidR="00F008E3" w:rsidRDefault="00000000">
            <w:pPr>
              <w:spacing w:after="0" w:line="264" w:lineRule="auto"/>
            </w:pPr>
            <w:r>
              <w:rPr>
                <w:sz w:val="19"/>
              </w:rPr>
              <w:t>Pi</w:t>
            </w:r>
          </w:p>
        </w:tc>
      </w:tr>
      <w:tr w:rsidR="00F008E3" w14:paraId="346AA1E1" w14:textId="77777777">
        <w:trPr>
          <w:cantSplit/>
        </w:trPr>
        <w:tc>
          <w:tcPr>
            <w:tcW w:w="2256" w:type="dxa"/>
            <w:tcMar>
              <w:top w:w="60" w:type="dxa"/>
              <w:left w:w="90" w:type="dxa"/>
              <w:bottom w:w="60" w:type="dxa"/>
              <w:right w:w="90" w:type="dxa"/>
            </w:tcMar>
          </w:tcPr>
          <w:p w14:paraId="0BFD0264" w14:textId="77777777" w:rsidR="00F008E3" w:rsidRDefault="00000000">
            <w:pPr>
              <w:spacing w:after="0" w:line="264" w:lineRule="auto"/>
            </w:pPr>
            <w:r>
              <w:rPr>
                <w:sz w:val="19"/>
              </w:rPr>
              <w:t>Geografie</w:t>
            </w:r>
          </w:p>
        </w:tc>
        <w:tc>
          <w:tcPr>
            <w:tcW w:w="2256" w:type="dxa"/>
            <w:tcMar>
              <w:top w:w="60" w:type="dxa"/>
              <w:left w:w="90" w:type="dxa"/>
              <w:bottom w:w="60" w:type="dxa"/>
              <w:right w:w="90" w:type="dxa"/>
            </w:tcMar>
          </w:tcPr>
          <w:p w14:paraId="045165D6" w14:textId="77777777" w:rsidR="00F008E3" w:rsidRDefault="00000000">
            <w:pPr>
              <w:spacing w:after="0" w:line="264" w:lineRule="auto"/>
            </w:pPr>
            <w:r>
              <w:rPr>
                <w:sz w:val="19"/>
              </w:rPr>
              <w:t>Biologie</w:t>
            </w:r>
          </w:p>
        </w:tc>
        <w:tc>
          <w:tcPr>
            <w:tcW w:w="2257" w:type="dxa"/>
            <w:tcMar>
              <w:top w:w="60" w:type="dxa"/>
              <w:left w:w="90" w:type="dxa"/>
              <w:bottom w:w="60" w:type="dxa"/>
              <w:right w:w="90" w:type="dxa"/>
            </w:tcMar>
          </w:tcPr>
          <w:p w14:paraId="41BC7C5D" w14:textId="77777777" w:rsidR="00F008E3" w:rsidRDefault="00000000">
            <w:pPr>
              <w:spacing w:after="0" w:line="264" w:lineRule="auto"/>
            </w:pPr>
            <w:r>
              <w:rPr>
                <w:sz w:val="19"/>
              </w:rPr>
              <w:t>Geschäfte</w:t>
            </w:r>
          </w:p>
        </w:tc>
        <w:tc>
          <w:tcPr>
            <w:tcW w:w="2257" w:type="dxa"/>
            <w:tcMar>
              <w:top w:w="60" w:type="dxa"/>
              <w:left w:w="90" w:type="dxa"/>
              <w:bottom w:w="60" w:type="dxa"/>
              <w:right w:w="90" w:type="dxa"/>
            </w:tcMar>
          </w:tcPr>
          <w:p w14:paraId="76FBC968" w14:textId="77777777" w:rsidR="00F008E3" w:rsidRDefault="00000000">
            <w:pPr>
              <w:spacing w:after="0" w:line="264" w:lineRule="auto"/>
            </w:pPr>
            <w:r>
              <w:rPr>
                <w:sz w:val="19"/>
              </w:rPr>
              <w:t>Wirtschaftswissenschaften</w:t>
            </w:r>
          </w:p>
        </w:tc>
      </w:tr>
      <w:tr w:rsidR="00F008E3" w14:paraId="0C876311" w14:textId="77777777">
        <w:trPr>
          <w:cantSplit/>
        </w:trPr>
        <w:tc>
          <w:tcPr>
            <w:tcW w:w="2256" w:type="dxa"/>
            <w:shd w:val="clear" w:color="auto" w:fill="F1F4EC"/>
            <w:tcMar>
              <w:top w:w="60" w:type="dxa"/>
              <w:left w:w="90" w:type="dxa"/>
              <w:bottom w:w="60" w:type="dxa"/>
              <w:right w:w="90" w:type="dxa"/>
            </w:tcMar>
          </w:tcPr>
          <w:p w14:paraId="79D0FB64" w14:textId="77777777" w:rsidR="00F008E3" w:rsidRDefault="00000000">
            <w:pPr>
              <w:spacing w:after="0" w:line="264" w:lineRule="auto"/>
            </w:pPr>
            <w:r>
              <w:rPr>
                <w:sz w:val="19"/>
              </w:rPr>
              <w:t>Physik</w:t>
            </w:r>
          </w:p>
        </w:tc>
        <w:tc>
          <w:tcPr>
            <w:tcW w:w="2256" w:type="dxa"/>
            <w:shd w:val="clear" w:color="auto" w:fill="F1F4EC"/>
            <w:tcMar>
              <w:top w:w="60" w:type="dxa"/>
              <w:left w:w="90" w:type="dxa"/>
              <w:bottom w:w="60" w:type="dxa"/>
              <w:right w:w="90" w:type="dxa"/>
            </w:tcMar>
          </w:tcPr>
          <w:p w14:paraId="6149368B" w14:textId="77777777" w:rsidR="00F008E3" w:rsidRDefault="00000000">
            <w:pPr>
              <w:spacing w:after="0" w:line="264" w:lineRule="auto"/>
            </w:pPr>
            <w:r>
              <w:rPr>
                <w:sz w:val="19"/>
              </w:rPr>
              <w:t>Chemie</w:t>
            </w:r>
          </w:p>
        </w:tc>
        <w:tc>
          <w:tcPr>
            <w:tcW w:w="2257" w:type="dxa"/>
            <w:shd w:val="clear" w:color="auto" w:fill="F1F4EC"/>
            <w:tcMar>
              <w:top w:w="60" w:type="dxa"/>
              <w:left w:w="90" w:type="dxa"/>
              <w:bottom w:w="60" w:type="dxa"/>
              <w:right w:w="90" w:type="dxa"/>
            </w:tcMar>
          </w:tcPr>
          <w:p w14:paraId="50BE5F11" w14:textId="77777777" w:rsidR="00F008E3" w:rsidRPr="00675D78" w:rsidRDefault="00000000">
            <w:pPr>
              <w:spacing w:after="0" w:line="264" w:lineRule="auto"/>
              <w:rPr>
                <w:lang w:val="de-DE"/>
              </w:rPr>
            </w:pPr>
            <w:r w:rsidRPr="00675D78">
              <w:rPr>
                <w:sz w:val="19"/>
                <w:lang w:val="de-DE"/>
              </w:rPr>
              <w:t>Informationstechnologie in der globalen Gesellschaft</w:t>
            </w:r>
          </w:p>
        </w:tc>
        <w:tc>
          <w:tcPr>
            <w:tcW w:w="2257" w:type="dxa"/>
            <w:shd w:val="clear" w:color="auto" w:fill="F1F4EC"/>
            <w:tcMar>
              <w:top w:w="60" w:type="dxa"/>
              <w:left w:w="90" w:type="dxa"/>
              <w:bottom w:w="60" w:type="dxa"/>
              <w:right w:w="90" w:type="dxa"/>
            </w:tcMar>
          </w:tcPr>
          <w:p w14:paraId="3251F095" w14:textId="77777777" w:rsidR="00F008E3" w:rsidRDefault="00000000">
            <w:pPr>
              <w:spacing w:after="0" w:line="264" w:lineRule="auto"/>
            </w:pPr>
            <w:proofErr w:type="spellStart"/>
            <w:r>
              <w:rPr>
                <w:sz w:val="19"/>
              </w:rPr>
              <w:t>Psychologie</w:t>
            </w:r>
            <w:proofErr w:type="spellEnd"/>
          </w:p>
        </w:tc>
      </w:tr>
    </w:tbl>
    <w:p w14:paraId="40F03BF9" w14:textId="77777777" w:rsidR="00F008E3" w:rsidRDefault="00F008E3"/>
    <w:p w14:paraId="5B398D28" w14:textId="77777777" w:rsidR="00F008E3" w:rsidRPr="00675D78" w:rsidRDefault="00000000">
      <w:pPr>
        <w:pStyle w:val="KPKlein"/>
        <w:rPr>
          <w:lang w:val="de-DE"/>
        </w:rPr>
      </w:pPr>
      <w:r w:rsidRPr="00675D78">
        <w:rPr>
          <w:lang w:val="de-DE"/>
        </w:rPr>
        <w:t xml:space="preserve">Die IB empfiehlt, aus einem Impuls per Mindmap konkrete Fragen zu entwickeln. Die Lehrerhandreichungen zeigen das am Impuls „Wasser“: von dort führen Äste zu „Wie viel Wasser ist auf der Welt vorhanden?“, „Modellierung von Wasserständen“, „Größe und Geometrie der Segel beim </w:t>
      </w:r>
      <w:proofErr w:type="spellStart"/>
      <w:r w:rsidRPr="00675D78">
        <w:rPr>
          <w:lang w:val="de-DE"/>
        </w:rPr>
        <w:t>America's</w:t>
      </w:r>
      <w:proofErr w:type="spellEnd"/>
      <w:r w:rsidRPr="00675D78">
        <w:rPr>
          <w:lang w:val="de-DE"/>
        </w:rPr>
        <w:t xml:space="preserve"> Cup“, „Regen – vom Tröpfeln bis zum sintflutartigen Regen“ und „Einfluss von mit Salz gesättigtem Wasser auf die polaren Eiskappen“. Der Impuls ist der Stamm, nicht der Titel.</w:t>
      </w:r>
    </w:p>
    <w:p w14:paraId="49E91F3B" w14:textId="77777777" w:rsidR="00F008E3" w:rsidRPr="00675D78" w:rsidRDefault="00000000">
      <w:pPr>
        <w:pStyle w:val="KPAbschnitt"/>
        <w:rPr>
          <w:lang w:val="de-DE"/>
        </w:rPr>
      </w:pPr>
      <w:r w:rsidRPr="00675D78">
        <w:rPr>
          <w:color w:val="8FB840"/>
          <w:lang w:val="de-DE"/>
        </w:rPr>
        <w:t xml:space="preserve">Fragen, die mit dem Stoff des </w:t>
      </w:r>
      <w:proofErr w:type="gramStart"/>
      <w:r w:rsidRPr="00675D78">
        <w:rPr>
          <w:color w:val="8FB840"/>
          <w:lang w:val="de-DE"/>
        </w:rPr>
        <w:t>Standard Level</w:t>
      </w:r>
      <w:proofErr w:type="gramEnd"/>
      <w:r w:rsidRPr="00675D78">
        <w:rPr>
          <w:color w:val="8FB840"/>
          <w:lang w:val="de-DE"/>
        </w:rPr>
        <w:t xml:space="preserve"> tragen   </w:t>
      </w:r>
      <w:r w:rsidRPr="00675D78">
        <w:rPr>
          <w:lang w:val="de-DE"/>
        </w:rPr>
        <w:t>Standard Level</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4200"/>
        <w:gridCol w:w="1500"/>
        <w:gridCol w:w="3326"/>
      </w:tblGrid>
      <w:tr w:rsidR="00F008E3" w14:paraId="4B345998" w14:textId="77777777">
        <w:trPr>
          <w:cantSplit/>
          <w:tblHeader/>
        </w:trPr>
        <w:tc>
          <w:tcPr>
            <w:tcW w:w="4200" w:type="dxa"/>
            <w:shd w:val="clear" w:color="auto" w:fill="0F3D2A"/>
            <w:tcMar>
              <w:top w:w="60" w:type="dxa"/>
              <w:left w:w="90" w:type="dxa"/>
              <w:bottom w:w="60" w:type="dxa"/>
              <w:right w:w="90" w:type="dxa"/>
            </w:tcMar>
          </w:tcPr>
          <w:p w14:paraId="0F600343" w14:textId="77777777" w:rsidR="00F008E3" w:rsidRDefault="00000000">
            <w:pPr>
              <w:spacing w:after="0" w:line="252" w:lineRule="auto"/>
            </w:pPr>
            <w:r>
              <w:rPr>
                <w:rFonts w:ascii="Calibri" w:hAnsi="Calibri"/>
                <w:b/>
                <w:color w:val="FFFFFF"/>
                <w:sz w:val="17"/>
              </w:rPr>
              <w:t>Frage</w:t>
            </w:r>
          </w:p>
        </w:tc>
        <w:tc>
          <w:tcPr>
            <w:tcW w:w="1500" w:type="dxa"/>
            <w:shd w:val="clear" w:color="auto" w:fill="0F3D2A"/>
            <w:tcMar>
              <w:top w:w="60" w:type="dxa"/>
              <w:left w:w="90" w:type="dxa"/>
              <w:bottom w:w="60" w:type="dxa"/>
              <w:right w:w="90" w:type="dxa"/>
            </w:tcMar>
          </w:tcPr>
          <w:p w14:paraId="7169D93C" w14:textId="77777777" w:rsidR="00F008E3" w:rsidRDefault="00000000">
            <w:pPr>
              <w:spacing w:after="0" w:line="252" w:lineRule="auto"/>
            </w:pPr>
            <w:r>
              <w:rPr>
                <w:rFonts w:ascii="Calibri" w:hAnsi="Calibri"/>
                <w:b/>
                <w:color w:val="FFFFFF"/>
                <w:sz w:val="17"/>
              </w:rPr>
              <w:t>Blöcke</w:t>
            </w:r>
          </w:p>
        </w:tc>
        <w:tc>
          <w:tcPr>
            <w:tcW w:w="3326" w:type="dxa"/>
            <w:shd w:val="clear" w:color="auto" w:fill="0F3D2A"/>
            <w:tcMar>
              <w:top w:w="60" w:type="dxa"/>
              <w:left w:w="90" w:type="dxa"/>
              <w:bottom w:w="60" w:type="dxa"/>
              <w:right w:w="90" w:type="dxa"/>
            </w:tcMar>
          </w:tcPr>
          <w:p w14:paraId="04BFBFF9" w14:textId="77777777" w:rsidR="00F008E3" w:rsidRDefault="00000000">
            <w:pPr>
              <w:spacing w:after="0" w:line="252" w:lineRule="auto"/>
            </w:pPr>
            <w:r>
              <w:rPr>
                <w:rFonts w:ascii="Calibri" w:hAnsi="Calibri"/>
                <w:b/>
                <w:color w:val="FFFFFF"/>
                <w:sz w:val="17"/>
              </w:rPr>
              <w:t>Worauf du achten musst</w:t>
            </w:r>
          </w:p>
        </w:tc>
      </w:tr>
      <w:tr w:rsidR="00F008E3" w:rsidRPr="00675D78" w14:paraId="3D10C123" w14:textId="77777777">
        <w:trPr>
          <w:cantSplit/>
        </w:trPr>
        <w:tc>
          <w:tcPr>
            <w:tcW w:w="4200" w:type="dxa"/>
            <w:tcMar>
              <w:top w:w="60" w:type="dxa"/>
              <w:left w:w="90" w:type="dxa"/>
              <w:bottom w:w="60" w:type="dxa"/>
              <w:right w:w="90" w:type="dxa"/>
            </w:tcMar>
          </w:tcPr>
          <w:p w14:paraId="325E0784" w14:textId="77777777" w:rsidR="00F008E3" w:rsidRDefault="00000000">
            <w:pPr>
              <w:spacing w:after="0" w:line="264" w:lineRule="auto"/>
            </w:pPr>
            <w:r w:rsidRPr="00675D78">
              <w:rPr>
                <w:sz w:val="18"/>
                <w:lang w:val="de-DE"/>
              </w:rPr>
              <w:t xml:space="preserve">Wie gut beschreibt eine Exponentialfunktion das Abklingen von … </w:t>
            </w:r>
            <w:r>
              <w:rPr>
                <w:sz w:val="18"/>
              </w:rPr>
              <w:t>(</w:t>
            </w:r>
            <w:proofErr w:type="spellStart"/>
            <w:r>
              <w:rPr>
                <w:sz w:val="18"/>
              </w:rPr>
              <w:t>Temperatur</w:t>
            </w:r>
            <w:proofErr w:type="spellEnd"/>
            <w:r>
              <w:rPr>
                <w:sz w:val="18"/>
              </w:rPr>
              <w:t xml:space="preserve">, </w:t>
            </w:r>
            <w:proofErr w:type="spellStart"/>
            <w:r>
              <w:rPr>
                <w:sz w:val="18"/>
              </w:rPr>
              <w:t>Ladung</w:t>
            </w:r>
            <w:proofErr w:type="spellEnd"/>
            <w:r>
              <w:rPr>
                <w:sz w:val="18"/>
              </w:rPr>
              <w:t xml:space="preserve">, </w:t>
            </w:r>
            <w:proofErr w:type="spellStart"/>
            <w:r>
              <w:rPr>
                <w:sz w:val="18"/>
              </w:rPr>
              <w:t>Medikamentenspiegel</w:t>
            </w:r>
            <w:proofErr w:type="spellEnd"/>
            <w:r>
              <w:rPr>
                <w:sz w:val="18"/>
              </w:rPr>
              <w:t xml:space="preserve">, </w:t>
            </w:r>
            <w:proofErr w:type="spellStart"/>
            <w:r>
              <w:rPr>
                <w:sz w:val="18"/>
              </w:rPr>
              <w:t>Nachhall</w:t>
            </w:r>
            <w:proofErr w:type="spellEnd"/>
            <w:r>
              <w:rPr>
                <w:sz w:val="18"/>
              </w:rPr>
              <w:t>)?</w:t>
            </w:r>
          </w:p>
        </w:tc>
        <w:tc>
          <w:tcPr>
            <w:tcW w:w="1500" w:type="dxa"/>
            <w:tcMar>
              <w:top w:w="60" w:type="dxa"/>
              <w:left w:w="90" w:type="dxa"/>
              <w:bottom w:w="60" w:type="dxa"/>
              <w:right w:w="90" w:type="dxa"/>
            </w:tcMar>
          </w:tcPr>
          <w:p w14:paraId="5C5330FD" w14:textId="77777777" w:rsidR="00F008E3" w:rsidRDefault="00000000">
            <w:pPr>
              <w:spacing w:after="0" w:line="264" w:lineRule="auto"/>
            </w:pPr>
            <w:r>
              <w:rPr>
                <w:sz w:val="18"/>
              </w:rPr>
              <w:t>B 2.7, B 2.9, B 4.2</w:t>
            </w:r>
          </w:p>
        </w:tc>
        <w:tc>
          <w:tcPr>
            <w:tcW w:w="3326" w:type="dxa"/>
            <w:tcMar>
              <w:top w:w="60" w:type="dxa"/>
              <w:left w:w="90" w:type="dxa"/>
              <w:bottom w:w="60" w:type="dxa"/>
              <w:right w:w="90" w:type="dxa"/>
            </w:tcMar>
          </w:tcPr>
          <w:p w14:paraId="7E8B322C" w14:textId="77777777" w:rsidR="00F008E3" w:rsidRPr="00675D78" w:rsidRDefault="00000000">
            <w:pPr>
              <w:spacing w:after="0" w:line="264" w:lineRule="auto"/>
              <w:rPr>
                <w:lang w:val="de-DE"/>
              </w:rPr>
            </w:pPr>
            <w:r w:rsidRPr="00675D78">
              <w:rPr>
                <w:sz w:val="18"/>
                <w:lang w:val="de-DE"/>
              </w:rPr>
              <w:t>Eigene Messreihe nötig – sonst wird es eine Formelübung.</w:t>
            </w:r>
          </w:p>
        </w:tc>
      </w:tr>
      <w:tr w:rsidR="00F008E3" w:rsidRPr="00675D78" w14:paraId="3DA4B0FF" w14:textId="77777777">
        <w:trPr>
          <w:cantSplit/>
        </w:trPr>
        <w:tc>
          <w:tcPr>
            <w:tcW w:w="4200" w:type="dxa"/>
            <w:shd w:val="clear" w:color="auto" w:fill="F1F4EC"/>
            <w:tcMar>
              <w:top w:w="60" w:type="dxa"/>
              <w:left w:w="90" w:type="dxa"/>
              <w:bottom w:w="60" w:type="dxa"/>
              <w:right w:w="90" w:type="dxa"/>
            </w:tcMar>
          </w:tcPr>
          <w:p w14:paraId="46CE3EFF" w14:textId="77777777" w:rsidR="00F008E3" w:rsidRPr="00675D78" w:rsidRDefault="00000000">
            <w:pPr>
              <w:spacing w:after="0" w:line="264" w:lineRule="auto"/>
              <w:rPr>
                <w:lang w:val="de-DE"/>
              </w:rPr>
            </w:pPr>
            <w:r w:rsidRPr="00675D78">
              <w:rPr>
                <w:sz w:val="18"/>
                <w:lang w:val="de-DE"/>
              </w:rPr>
              <w:t>Welche Verpackungsform braucht bei festem Volumen am wenigsten Material – und wie nah kommt die reale Verpackung daran?</w:t>
            </w:r>
          </w:p>
        </w:tc>
        <w:tc>
          <w:tcPr>
            <w:tcW w:w="1500" w:type="dxa"/>
            <w:shd w:val="clear" w:color="auto" w:fill="F1F4EC"/>
            <w:tcMar>
              <w:top w:w="60" w:type="dxa"/>
              <w:left w:w="90" w:type="dxa"/>
              <w:bottom w:w="60" w:type="dxa"/>
              <w:right w:w="90" w:type="dxa"/>
            </w:tcMar>
          </w:tcPr>
          <w:p w14:paraId="715389F6" w14:textId="77777777" w:rsidR="00F008E3" w:rsidRDefault="00000000">
            <w:pPr>
              <w:spacing w:after="0" w:line="264" w:lineRule="auto"/>
            </w:pPr>
            <w:r>
              <w:rPr>
                <w:sz w:val="18"/>
              </w:rPr>
              <w:t>B 5.7, B 5.2</w:t>
            </w:r>
          </w:p>
        </w:tc>
        <w:tc>
          <w:tcPr>
            <w:tcW w:w="3326" w:type="dxa"/>
            <w:shd w:val="clear" w:color="auto" w:fill="F1F4EC"/>
            <w:tcMar>
              <w:top w:w="60" w:type="dxa"/>
              <w:left w:w="90" w:type="dxa"/>
              <w:bottom w:w="60" w:type="dxa"/>
              <w:right w:w="90" w:type="dxa"/>
            </w:tcMar>
          </w:tcPr>
          <w:p w14:paraId="2CE08D97" w14:textId="77777777" w:rsidR="00F008E3" w:rsidRPr="00675D78" w:rsidRDefault="00000000">
            <w:pPr>
              <w:spacing w:after="0" w:line="264" w:lineRule="auto"/>
              <w:rPr>
                <w:lang w:val="de-DE"/>
              </w:rPr>
            </w:pPr>
            <w:r w:rsidRPr="00675D78">
              <w:rPr>
                <w:sz w:val="18"/>
                <w:lang w:val="de-DE"/>
              </w:rPr>
              <w:t>Der Standardfall Dose ist schnell erledigt; nimm eine unregelmäßige echte Verpackung.</w:t>
            </w:r>
          </w:p>
        </w:tc>
      </w:tr>
      <w:tr w:rsidR="00F008E3" w:rsidRPr="00675D78" w14:paraId="48BC379B" w14:textId="77777777">
        <w:trPr>
          <w:cantSplit/>
        </w:trPr>
        <w:tc>
          <w:tcPr>
            <w:tcW w:w="4200" w:type="dxa"/>
            <w:tcMar>
              <w:top w:w="60" w:type="dxa"/>
              <w:left w:w="90" w:type="dxa"/>
              <w:bottom w:w="60" w:type="dxa"/>
              <w:right w:w="90" w:type="dxa"/>
            </w:tcMar>
          </w:tcPr>
          <w:p w14:paraId="722709FD" w14:textId="77777777" w:rsidR="00F008E3" w:rsidRPr="00675D78" w:rsidRDefault="00000000">
            <w:pPr>
              <w:spacing w:after="0" w:line="264" w:lineRule="auto"/>
              <w:rPr>
                <w:lang w:val="de-DE"/>
              </w:rPr>
            </w:pPr>
            <w:r w:rsidRPr="00675D78">
              <w:rPr>
                <w:sz w:val="18"/>
                <w:lang w:val="de-DE"/>
              </w:rPr>
              <w:t>Wie gut beschreibt eine Sinusfunktion den Jahresgang von Tageslänge, Temperatur oder Gezeiten an meinem Ort?</w:t>
            </w:r>
          </w:p>
        </w:tc>
        <w:tc>
          <w:tcPr>
            <w:tcW w:w="1500" w:type="dxa"/>
            <w:tcMar>
              <w:top w:w="60" w:type="dxa"/>
              <w:left w:w="90" w:type="dxa"/>
              <w:bottom w:w="60" w:type="dxa"/>
              <w:right w:w="90" w:type="dxa"/>
            </w:tcMar>
          </w:tcPr>
          <w:p w14:paraId="5EB72991" w14:textId="77777777" w:rsidR="00F008E3" w:rsidRDefault="00000000">
            <w:pPr>
              <w:spacing w:after="0" w:line="264" w:lineRule="auto"/>
            </w:pPr>
            <w:r>
              <w:rPr>
                <w:sz w:val="18"/>
              </w:rPr>
              <w:t>B 3.5, B 2.5, B 4.2</w:t>
            </w:r>
          </w:p>
        </w:tc>
        <w:tc>
          <w:tcPr>
            <w:tcW w:w="3326" w:type="dxa"/>
            <w:tcMar>
              <w:top w:w="60" w:type="dxa"/>
              <w:left w:w="90" w:type="dxa"/>
              <w:bottom w:w="60" w:type="dxa"/>
              <w:right w:w="90" w:type="dxa"/>
            </w:tcMar>
          </w:tcPr>
          <w:p w14:paraId="33C286DA" w14:textId="77777777" w:rsidR="00F008E3" w:rsidRPr="00675D78" w:rsidRDefault="00000000">
            <w:pPr>
              <w:spacing w:after="0" w:line="264" w:lineRule="auto"/>
              <w:rPr>
                <w:lang w:val="de-DE"/>
              </w:rPr>
            </w:pPr>
            <w:r w:rsidRPr="00675D78">
              <w:rPr>
                <w:sz w:val="18"/>
                <w:lang w:val="de-DE"/>
              </w:rPr>
              <w:t>Achte auf Parameterdeutung: Was bedeutet jeder Parameter physikalisch?</w:t>
            </w:r>
          </w:p>
        </w:tc>
      </w:tr>
      <w:tr w:rsidR="00F008E3" w:rsidRPr="00675D78" w14:paraId="0C75E9A2" w14:textId="77777777">
        <w:trPr>
          <w:cantSplit/>
        </w:trPr>
        <w:tc>
          <w:tcPr>
            <w:tcW w:w="4200" w:type="dxa"/>
            <w:shd w:val="clear" w:color="auto" w:fill="F1F4EC"/>
            <w:tcMar>
              <w:top w:w="60" w:type="dxa"/>
              <w:left w:w="90" w:type="dxa"/>
              <w:bottom w:w="60" w:type="dxa"/>
              <w:right w:w="90" w:type="dxa"/>
            </w:tcMar>
          </w:tcPr>
          <w:p w14:paraId="77AE0A0D" w14:textId="77777777" w:rsidR="00F008E3" w:rsidRPr="00675D78" w:rsidRDefault="00000000">
            <w:pPr>
              <w:spacing w:after="0" w:line="264" w:lineRule="auto"/>
              <w:rPr>
                <w:lang w:val="de-DE"/>
              </w:rPr>
            </w:pPr>
            <w:r w:rsidRPr="00675D78">
              <w:rPr>
                <w:sz w:val="18"/>
                <w:lang w:val="de-DE"/>
              </w:rPr>
              <w:t xml:space="preserve">Hängen zwei Größen aus meinem Alltag </w:t>
            </w:r>
            <w:proofErr w:type="gramStart"/>
            <w:r w:rsidRPr="00675D78">
              <w:rPr>
                <w:sz w:val="18"/>
                <w:lang w:val="de-DE"/>
              </w:rPr>
              <w:t>wirklich zusammen</w:t>
            </w:r>
            <w:proofErr w:type="gramEnd"/>
            <w:r w:rsidRPr="00675D78">
              <w:rPr>
                <w:sz w:val="18"/>
                <w:lang w:val="de-DE"/>
              </w:rPr>
              <w:t xml:space="preserve"> – und was sagt die Regression, was nicht?</w:t>
            </w:r>
          </w:p>
        </w:tc>
        <w:tc>
          <w:tcPr>
            <w:tcW w:w="1500" w:type="dxa"/>
            <w:shd w:val="clear" w:color="auto" w:fill="F1F4EC"/>
            <w:tcMar>
              <w:top w:w="60" w:type="dxa"/>
              <w:left w:w="90" w:type="dxa"/>
              <w:bottom w:w="60" w:type="dxa"/>
              <w:right w:w="90" w:type="dxa"/>
            </w:tcMar>
          </w:tcPr>
          <w:p w14:paraId="6AC47F45" w14:textId="77777777" w:rsidR="00F008E3" w:rsidRDefault="00000000">
            <w:pPr>
              <w:spacing w:after="0" w:line="264" w:lineRule="auto"/>
            </w:pPr>
            <w:r>
              <w:rPr>
                <w:sz w:val="18"/>
              </w:rPr>
              <w:t>B 4.1, B 4.2</w:t>
            </w:r>
          </w:p>
        </w:tc>
        <w:tc>
          <w:tcPr>
            <w:tcW w:w="3326" w:type="dxa"/>
            <w:shd w:val="clear" w:color="auto" w:fill="F1F4EC"/>
            <w:tcMar>
              <w:top w:w="60" w:type="dxa"/>
              <w:left w:w="90" w:type="dxa"/>
              <w:bottom w:w="60" w:type="dxa"/>
              <w:right w:w="90" w:type="dxa"/>
            </w:tcMar>
          </w:tcPr>
          <w:p w14:paraId="0F535F26" w14:textId="77777777" w:rsidR="00F008E3" w:rsidRPr="00675D78" w:rsidRDefault="00000000">
            <w:pPr>
              <w:spacing w:after="0" w:line="264" w:lineRule="auto"/>
              <w:rPr>
                <w:lang w:val="de-DE"/>
              </w:rPr>
            </w:pPr>
            <w:r w:rsidRPr="00675D78">
              <w:rPr>
                <w:sz w:val="18"/>
                <w:lang w:val="de-DE"/>
              </w:rPr>
              <w:t>Die interessante Frage ist die nach den Grenzen der Regression, nicht nach dem r-Wert.</w:t>
            </w:r>
          </w:p>
        </w:tc>
      </w:tr>
      <w:tr w:rsidR="00F008E3" w:rsidRPr="00675D78" w14:paraId="215B0E20" w14:textId="77777777">
        <w:trPr>
          <w:cantSplit/>
        </w:trPr>
        <w:tc>
          <w:tcPr>
            <w:tcW w:w="4200" w:type="dxa"/>
            <w:tcMar>
              <w:top w:w="60" w:type="dxa"/>
              <w:left w:w="90" w:type="dxa"/>
              <w:bottom w:w="60" w:type="dxa"/>
              <w:right w:w="90" w:type="dxa"/>
            </w:tcMar>
          </w:tcPr>
          <w:p w14:paraId="2290A181" w14:textId="77777777" w:rsidR="00F008E3" w:rsidRPr="00675D78" w:rsidRDefault="00000000">
            <w:pPr>
              <w:spacing w:after="0" w:line="264" w:lineRule="auto"/>
              <w:rPr>
                <w:lang w:val="de-DE"/>
              </w:rPr>
            </w:pPr>
            <w:r w:rsidRPr="00675D78">
              <w:rPr>
                <w:sz w:val="18"/>
                <w:lang w:val="de-DE"/>
              </w:rPr>
              <w:t>Welcher von mehreren Tarifen, Sparplänen oder Kreditangeboten ist für mein tatsächliches Verhalten der beste?</w:t>
            </w:r>
          </w:p>
        </w:tc>
        <w:tc>
          <w:tcPr>
            <w:tcW w:w="1500" w:type="dxa"/>
            <w:tcMar>
              <w:top w:w="60" w:type="dxa"/>
              <w:left w:w="90" w:type="dxa"/>
              <w:bottom w:w="60" w:type="dxa"/>
              <w:right w:w="90" w:type="dxa"/>
            </w:tcMar>
          </w:tcPr>
          <w:p w14:paraId="21908770" w14:textId="77777777" w:rsidR="00F008E3" w:rsidRDefault="00000000">
            <w:pPr>
              <w:spacing w:after="0" w:line="264" w:lineRule="auto"/>
            </w:pPr>
            <w:r>
              <w:rPr>
                <w:sz w:val="18"/>
              </w:rPr>
              <w:t>B 1.5, B 2.1</w:t>
            </w:r>
          </w:p>
        </w:tc>
        <w:tc>
          <w:tcPr>
            <w:tcW w:w="3326" w:type="dxa"/>
            <w:tcMar>
              <w:top w:w="60" w:type="dxa"/>
              <w:left w:w="90" w:type="dxa"/>
              <w:bottom w:w="60" w:type="dxa"/>
              <w:right w:w="90" w:type="dxa"/>
            </w:tcMar>
          </w:tcPr>
          <w:p w14:paraId="40A8A8A8" w14:textId="77777777" w:rsidR="00F008E3" w:rsidRPr="00675D78" w:rsidRDefault="00000000">
            <w:pPr>
              <w:spacing w:after="0" w:line="264" w:lineRule="auto"/>
              <w:rPr>
                <w:lang w:val="de-DE"/>
              </w:rPr>
            </w:pPr>
            <w:r w:rsidRPr="00675D78">
              <w:rPr>
                <w:sz w:val="18"/>
                <w:lang w:val="de-DE"/>
              </w:rPr>
              <w:t>Eigene Verbrauchsdaten über mehrere Monate machen den Unterschied.</w:t>
            </w:r>
          </w:p>
        </w:tc>
      </w:tr>
      <w:tr w:rsidR="00F008E3" w:rsidRPr="00675D78" w14:paraId="6FBEC210" w14:textId="77777777">
        <w:trPr>
          <w:cantSplit/>
        </w:trPr>
        <w:tc>
          <w:tcPr>
            <w:tcW w:w="4200" w:type="dxa"/>
            <w:shd w:val="clear" w:color="auto" w:fill="F1F4EC"/>
            <w:tcMar>
              <w:top w:w="60" w:type="dxa"/>
              <w:left w:w="90" w:type="dxa"/>
              <w:bottom w:w="60" w:type="dxa"/>
              <w:right w:w="90" w:type="dxa"/>
            </w:tcMar>
          </w:tcPr>
          <w:p w14:paraId="3D3993FA" w14:textId="77777777" w:rsidR="00F008E3" w:rsidRPr="00675D78" w:rsidRDefault="00000000">
            <w:pPr>
              <w:spacing w:after="0" w:line="264" w:lineRule="auto"/>
              <w:rPr>
                <w:lang w:val="de-DE"/>
              </w:rPr>
            </w:pPr>
            <w:r w:rsidRPr="00675D78">
              <w:rPr>
                <w:sz w:val="18"/>
                <w:lang w:val="de-DE"/>
              </w:rPr>
              <w:lastRenderedPageBreak/>
              <w:t>Wie ändert sich das Volumen eines Rotationskörpers, wenn ich die erzeugende Funktion strecke oder verschiebe?</w:t>
            </w:r>
          </w:p>
        </w:tc>
        <w:tc>
          <w:tcPr>
            <w:tcW w:w="1500" w:type="dxa"/>
            <w:shd w:val="clear" w:color="auto" w:fill="F1F4EC"/>
            <w:tcMar>
              <w:top w:w="60" w:type="dxa"/>
              <w:left w:w="90" w:type="dxa"/>
              <w:bottom w:w="60" w:type="dxa"/>
              <w:right w:w="90" w:type="dxa"/>
            </w:tcMar>
          </w:tcPr>
          <w:p w14:paraId="64EEBA0E" w14:textId="77777777" w:rsidR="00F008E3" w:rsidRDefault="00000000">
            <w:pPr>
              <w:spacing w:after="0" w:line="264" w:lineRule="auto"/>
            </w:pPr>
            <w:r>
              <w:rPr>
                <w:sz w:val="18"/>
              </w:rPr>
              <w:t>B 5.8, B 2.5</w:t>
            </w:r>
          </w:p>
        </w:tc>
        <w:tc>
          <w:tcPr>
            <w:tcW w:w="3326" w:type="dxa"/>
            <w:shd w:val="clear" w:color="auto" w:fill="F1F4EC"/>
            <w:tcMar>
              <w:top w:w="60" w:type="dxa"/>
              <w:left w:w="90" w:type="dxa"/>
              <w:bottom w:w="60" w:type="dxa"/>
              <w:right w:w="90" w:type="dxa"/>
            </w:tcMar>
          </w:tcPr>
          <w:p w14:paraId="35649BEE" w14:textId="77777777" w:rsidR="00F008E3" w:rsidRPr="00675D78" w:rsidRDefault="00000000">
            <w:pPr>
              <w:spacing w:after="0" w:line="264" w:lineRule="auto"/>
              <w:rPr>
                <w:lang w:val="de-DE"/>
              </w:rPr>
            </w:pPr>
            <w:r w:rsidRPr="00675D78">
              <w:rPr>
                <w:sz w:val="18"/>
                <w:lang w:val="de-DE"/>
              </w:rPr>
              <w:t>Verallgemeinere: Gilt dein Ergebnis für jede Funktion?</w:t>
            </w:r>
          </w:p>
        </w:tc>
      </w:tr>
      <w:tr w:rsidR="00F008E3" w:rsidRPr="00675D78" w14:paraId="75C14CB0" w14:textId="77777777">
        <w:trPr>
          <w:cantSplit/>
        </w:trPr>
        <w:tc>
          <w:tcPr>
            <w:tcW w:w="4200" w:type="dxa"/>
            <w:tcMar>
              <w:top w:w="60" w:type="dxa"/>
              <w:left w:w="90" w:type="dxa"/>
              <w:bottom w:w="60" w:type="dxa"/>
              <w:right w:w="90" w:type="dxa"/>
            </w:tcMar>
          </w:tcPr>
          <w:p w14:paraId="0427E065" w14:textId="77777777" w:rsidR="00F008E3" w:rsidRPr="00675D78" w:rsidRDefault="00000000">
            <w:pPr>
              <w:spacing w:after="0" w:line="264" w:lineRule="auto"/>
              <w:rPr>
                <w:lang w:val="de-DE"/>
              </w:rPr>
            </w:pPr>
            <w:r w:rsidRPr="00675D78">
              <w:rPr>
                <w:sz w:val="18"/>
                <w:lang w:val="de-DE"/>
              </w:rPr>
              <w:t>Wie viele Züge braucht eine Strategie im Spiel X im Mittel – und lohnt sich die riskante Variante?</w:t>
            </w:r>
          </w:p>
        </w:tc>
        <w:tc>
          <w:tcPr>
            <w:tcW w:w="1500" w:type="dxa"/>
            <w:tcMar>
              <w:top w:w="60" w:type="dxa"/>
              <w:left w:w="90" w:type="dxa"/>
              <w:bottom w:w="60" w:type="dxa"/>
              <w:right w:w="90" w:type="dxa"/>
            </w:tcMar>
          </w:tcPr>
          <w:p w14:paraId="08D82A7B" w14:textId="77777777" w:rsidR="00F008E3" w:rsidRDefault="00000000">
            <w:pPr>
              <w:spacing w:after="0" w:line="264" w:lineRule="auto"/>
            </w:pPr>
            <w:r>
              <w:rPr>
                <w:sz w:val="18"/>
              </w:rPr>
              <w:t>B 4.3, B 4.4, B 4.5</w:t>
            </w:r>
          </w:p>
        </w:tc>
        <w:tc>
          <w:tcPr>
            <w:tcW w:w="3326" w:type="dxa"/>
            <w:tcMar>
              <w:top w:w="60" w:type="dxa"/>
              <w:left w:w="90" w:type="dxa"/>
              <w:bottom w:w="60" w:type="dxa"/>
              <w:right w:w="90" w:type="dxa"/>
            </w:tcMar>
          </w:tcPr>
          <w:p w14:paraId="67E27577" w14:textId="77777777" w:rsidR="00F008E3" w:rsidRPr="00675D78" w:rsidRDefault="00000000">
            <w:pPr>
              <w:spacing w:after="0" w:line="264" w:lineRule="auto"/>
              <w:rPr>
                <w:lang w:val="de-DE"/>
              </w:rPr>
            </w:pPr>
            <w:r w:rsidRPr="00675D78">
              <w:rPr>
                <w:sz w:val="18"/>
                <w:lang w:val="de-DE"/>
              </w:rPr>
              <w:t>Erwartungswert rechnen, nicht nur simulieren.</w:t>
            </w:r>
          </w:p>
        </w:tc>
      </w:tr>
      <w:tr w:rsidR="00F008E3" w:rsidRPr="00675D78" w14:paraId="1CA52A5A" w14:textId="77777777">
        <w:trPr>
          <w:cantSplit/>
        </w:trPr>
        <w:tc>
          <w:tcPr>
            <w:tcW w:w="4200" w:type="dxa"/>
            <w:shd w:val="clear" w:color="auto" w:fill="F1F4EC"/>
            <w:tcMar>
              <w:top w:w="60" w:type="dxa"/>
              <w:left w:w="90" w:type="dxa"/>
              <w:bottom w:w="60" w:type="dxa"/>
              <w:right w:w="90" w:type="dxa"/>
            </w:tcMar>
          </w:tcPr>
          <w:p w14:paraId="13A802D0" w14:textId="77777777" w:rsidR="00F008E3" w:rsidRPr="00675D78" w:rsidRDefault="00000000">
            <w:pPr>
              <w:spacing w:after="0" w:line="264" w:lineRule="auto"/>
              <w:rPr>
                <w:lang w:val="de-DE"/>
              </w:rPr>
            </w:pPr>
            <w:r w:rsidRPr="00675D78">
              <w:rPr>
                <w:sz w:val="18"/>
                <w:lang w:val="de-DE"/>
              </w:rPr>
              <w:t>Wie fair ist eine Bewertungs- oder Punkteregel, die ich kenne? Ein Vergleich mit einer eigenen Alternative.</w:t>
            </w:r>
          </w:p>
        </w:tc>
        <w:tc>
          <w:tcPr>
            <w:tcW w:w="1500" w:type="dxa"/>
            <w:shd w:val="clear" w:color="auto" w:fill="F1F4EC"/>
            <w:tcMar>
              <w:top w:w="60" w:type="dxa"/>
              <w:left w:w="90" w:type="dxa"/>
              <w:bottom w:w="60" w:type="dxa"/>
              <w:right w:w="90" w:type="dxa"/>
            </w:tcMar>
          </w:tcPr>
          <w:p w14:paraId="2F80973E" w14:textId="77777777" w:rsidR="00F008E3" w:rsidRDefault="00000000">
            <w:pPr>
              <w:spacing w:after="0" w:line="264" w:lineRule="auto"/>
            </w:pPr>
            <w:r>
              <w:rPr>
                <w:sz w:val="18"/>
              </w:rPr>
              <w:t>B 4.5, B 4.6</w:t>
            </w:r>
          </w:p>
        </w:tc>
        <w:tc>
          <w:tcPr>
            <w:tcW w:w="3326" w:type="dxa"/>
            <w:shd w:val="clear" w:color="auto" w:fill="F1F4EC"/>
            <w:tcMar>
              <w:top w:w="60" w:type="dxa"/>
              <w:left w:w="90" w:type="dxa"/>
              <w:bottom w:w="60" w:type="dxa"/>
              <w:right w:w="90" w:type="dxa"/>
            </w:tcMar>
          </w:tcPr>
          <w:p w14:paraId="7336E968" w14:textId="77777777" w:rsidR="00F008E3" w:rsidRPr="00675D78" w:rsidRDefault="00000000">
            <w:pPr>
              <w:spacing w:after="0" w:line="264" w:lineRule="auto"/>
              <w:rPr>
                <w:lang w:val="de-DE"/>
              </w:rPr>
            </w:pPr>
            <w:r w:rsidRPr="00675D78">
              <w:rPr>
                <w:sz w:val="18"/>
                <w:lang w:val="de-DE"/>
              </w:rPr>
              <w:t>Du musst eine Alternative bauen, sonst fehlt der Vergleich.</w:t>
            </w:r>
          </w:p>
        </w:tc>
      </w:tr>
      <w:tr w:rsidR="00F008E3" w:rsidRPr="00675D78" w14:paraId="3F4666B8" w14:textId="77777777">
        <w:trPr>
          <w:cantSplit/>
        </w:trPr>
        <w:tc>
          <w:tcPr>
            <w:tcW w:w="4200" w:type="dxa"/>
            <w:tcMar>
              <w:top w:w="60" w:type="dxa"/>
              <w:left w:w="90" w:type="dxa"/>
              <w:bottom w:w="60" w:type="dxa"/>
              <w:right w:w="90" w:type="dxa"/>
            </w:tcMar>
          </w:tcPr>
          <w:p w14:paraId="07568402" w14:textId="77777777" w:rsidR="00F008E3" w:rsidRPr="00675D78" w:rsidRDefault="00000000">
            <w:pPr>
              <w:spacing w:after="0" w:line="264" w:lineRule="auto"/>
              <w:rPr>
                <w:lang w:val="de-DE"/>
              </w:rPr>
            </w:pPr>
            <w:r w:rsidRPr="00675D78">
              <w:rPr>
                <w:sz w:val="18"/>
                <w:lang w:val="de-DE"/>
              </w:rPr>
              <w:t>Wie gut passt die Normalverteilung auf eine Größe, die ich selbst gemessen habe?</w:t>
            </w:r>
          </w:p>
        </w:tc>
        <w:tc>
          <w:tcPr>
            <w:tcW w:w="1500" w:type="dxa"/>
            <w:tcMar>
              <w:top w:w="60" w:type="dxa"/>
              <w:left w:w="90" w:type="dxa"/>
              <w:bottom w:w="60" w:type="dxa"/>
              <w:right w:w="90" w:type="dxa"/>
            </w:tcMar>
          </w:tcPr>
          <w:p w14:paraId="1D12F4E1" w14:textId="77777777" w:rsidR="00F008E3" w:rsidRDefault="00000000">
            <w:pPr>
              <w:spacing w:after="0" w:line="264" w:lineRule="auto"/>
            </w:pPr>
            <w:r>
              <w:rPr>
                <w:sz w:val="18"/>
              </w:rPr>
              <w:t>B 4.1, B 4.7</w:t>
            </w:r>
          </w:p>
        </w:tc>
        <w:tc>
          <w:tcPr>
            <w:tcW w:w="3326" w:type="dxa"/>
            <w:tcMar>
              <w:top w:w="60" w:type="dxa"/>
              <w:left w:w="90" w:type="dxa"/>
              <w:bottom w:w="60" w:type="dxa"/>
              <w:right w:w="90" w:type="dxa"/>
            </w:tcMar>
          </w:tcPr>
          <w:p w14:paraId="7B491F65" w14:textId="77777777" w:rsidR="00F008E3" w:rsidRPr="00675D78" w:rsidRDefault="00000000">
            <w:pPr>
              <w:spacing w:after="0" w:line="264" w:lineRule="auto"/>
              <w:rPr>
                <w:lang w:val="de-DE"/>
              </w:rPr>
            </w:pPr>
            <w:r w:rsidRPr="00675D78">
              <w:rPr>
                <w:sz w:val="18"/>
                <w:lang w:val="de-DE"/>
              </w:rPr>
              <w:t>Genug Messwerte sammeln, sonst trägt das Verfahren nicht.</w:t>
            </w:r>
          </w:p>
        </w:tc>
      </w:tr>
      <w:tr w:rsidR="00F008E3" w:rsidRPr="00675D78" w14:paraId="0BD5E2B8" w14:textId="77777777">
        <w:trPr>
          <w:cantSplit/>
        </w:trPr>
        <w:tc>
          <w:tcPr>
            <w:tcW w:w="4200" w:type="dxa"/>
            <w:shd w:val="clear" w:color="auto" w:fill="F1F4EC"/>
            <w:tcMar>
              <w:top w:w="60" w:type="dxa"/>
              <w:left w:w="90" w:type="dxa"/>
              <w:bottom w:w="60" w:type="dxa"/>
              <w:right w:w="90" w:type="dxa"/>
            </w:tcMar>
          </w:tcPr>
          <w:p w14:paraId="0ADF7272" w14:textId="77777777" w:rsidR="00F008E3" w:rsidRPr="00675D78" w:rsidRDefault="00000000">
            <w:pPr>
              <w:spacing w:after="0" w:line="264" w:lineRule="auto"/>
              <w:rPr>
                <w:lang w:val="de-DE"/>
              </w:rPr>
            </w:pPr>
            <w:r w:rsidRPr="00675D78">
              <w:rPr>
                <w:sz w:val="18"/>
                <w:lang w:val="de-DE"/>
              </w:rPr>
              <w:t>Wie schnell wächst eine Folge, die ich selbst definiert habe – arithmetisch, geometrisch oder keins von beidem?</w:t>
            </w:r>
          </w:p>
        </w:tc>
        <w:tc>
          <w:tcPr>
            <w:tcW w:w="1500" w:type="dxa"/>
            <w:shd w:val="clear" w:color="auto" w:fill="F1F4EC"/>
            <w:tcMar>
              <w:top w:w="60" w:type="dxa"/>
              <w:left w:w="90" w:type="dxa"/>
              <w:bottom w:w="60" w:type="dxa"/>
              <w:right w:w="90" w:type="dxa"/>
            </w:tcMar>
          </w:tcPr>
          <w:p w14:paraId="39362B79" w14:textId="77777777" w:rsidR="00F008E3" w:rsidRDefault="00000000">
            <w:pPr>
              <w:spacing w:after="0" w:line="264" w:lineRule="auto"/>
            </w:pPr>
            <w:r>
              <w:rPr>
                <w:sz w:val="18"/>
              </w:rPr>
              <w:t>B 1.2, B 1.3, B 1.4</w:t>
            </w:r>
          </w:p>
        </w:tc>
        <w:tc>
          <w:tcPr>
            <w:tcW w:w="3326" w:type="dxa"/>
            <w:shd w:val="clear" w:color="auto" w:fill="F1F4EC"/>
            <w:tcMar>
              <w:top w:w="60" w:type="dxa"/>
              <w:left w:w="90" w:type="dxa"/>
              <w:bottom w:w="60" w:type="dxa"/>
              <w:right w:w="90" w:type="dxa"/>
            </w:tcMar>
          </w:tcPr>
          <w:p w14:paraId="6E2E934D" w14:textId="77777777" w:rsidR="00F008E3" w:rsidRPr="00675D78" w:rsidRDefault="00000000">
            <w:pPr>
              <w:spacing w:after="0" w:line="264" w:lineRule="auto"/>
              <w:rPr>
                <w:lang w:val="de-DE"/>
              </w:rPr>
            </w:pPr>
            <w:r w:rsidRPr="00675D78">
              <w:rPr>
                <w:sz w:val="18"/>
                <w:lang w:val="de-DE"/>
              </w:rPr>
              <w:t>Eigene Folge definieren, nicht eine bekannte nachrechnen.</w:t>
            </w:r>
          </w:p>
        </w:tc>
      </w:tr>
      <w:tr w:rsidR="00F008E3" w:rsidRPr="00675D78" w14:paraId="52E4F138" w14:textId="77777777">
        <w:trPr>
          <w:cantSplit/>
        </w:trPr>
        <w:tc>
          <w:tcPr>
            <w:tcW w:w="4200" w:type="dxa"/>
            <w:tcMar>
              <w:top w:w="60" w:type="dxa"/>
              <w:left w:w="90" w:type="dxa"/>
              <w:bottom w:w="60" w:type="dxa"/>
              <w:right w:w="90" w:type="dxa"/>
            </w:tcMar>
          </w:tcPr>
          <w:p w14:paraId="276755FB" w14:textId="77777777" w:rsidR="00F008E3" w:rsidRDefault="00000000">
            <w:pPr>
              <w:spacing w:after="0" w:line="264" w:lineRule="auto"/>
            </w:pPr>
            <w:r w:rsidRPr="00675D78">
              <w:rPr>
                <w:sz w:val="18"/>
                <w:lang w:val="de-DE"/>
              </w:rPr>
              <w:t xml:space="preserve">An welcher Stelle steht mein Handy am besten, damit die Kamera die ganze Szene erfasst? </w:t>
            </w:r>
            <w:r>
              <w:rPr>
                <w:sz w:val="18"/>
              </w:rPr>
              <w:t xml:space="preserve">Eine </w:t>
            </w:r>
            <w:proofErr w:type="spellStart"/>
            <w:r>
              <w:rPr>
                <w:sz w:val="18"/>
              </w:rPr>
              <w:t>Winkeloptimierung</w:t>
            </w:r>
            <w:proofErr w:type="spellEnd"/>
            <w:r>
              <w:rPr>
                <w:sz w:val="18"/>
              </w:rPr>
              <w:t>.</w:t>
            </w:r>
          </w:p>
        </w:tc>
        <w:tc>
          <w:tcPr>
            <w:tcW w:w="1500" w:type="dxa"/>
            <w:tcMar>
              <w:top w:w="60" w:type="dxa"/>
              <w:left w:w="90" w:type="dxa"/>
              <w:bottom w:w="60" w:type="dxa"/>
              <w:right w:w="90" w:type="dxa"/>
            </w:tcMar>
          </w:tcPr>
          <w:p w14:paraId="425A4D4F" w14:textId="77777777" w:rsidR="00F008E3" w:rsidRDefault="00000000">
            <w:pPr>
              <w:spacing w:after="0" w:line="264" w:lineRule="auto"/>
            </w:pPr>
            <w:r>
              <w:rPr>
                <w:sz w:val="18"/>
              </w:rPr>
              <w:t>B 3.1, B 5.7</w:t>
            </w:r>
          </w:p>
        </w:tc>
        <w:tc>
          <w:tcPr>
            <w:tcW w:w="3326" w:type="dxa"/>
            <w:tcMar>
              <w:top w:w="60" w:type="dxa"/>
              <w:left w:w="90" w:type="dxa"/>
              <w:bottom w:w="60" w:type="dxa"/>
              <w:right w:w="90" w:type="dxa"/>
            </w:tcMar>
          </w:tcPr>
          <w:p w14:paraId="1D54A259" w14:textId="77777777" w:rsidR="00F008E3" w:rsidRPr="00675D78" w:rsidRDefault="00000000">
            <w:pPr>
              <w:spacing w:after="0" w:line="264" w:lineRule="auto"/>
              <w:rPr>
                <w:lang w:val="de-DE"/>
              </w:rPr>
            </w:pPr>
            <w:r w:rsidRPr="00675D78">
              <w:rPr>
                <w:sz w:val="18"/>
                <w:lang w:val="de-DE"/>
              </w:rPr>
              <w:t>Skizze mit sauber definierten Winkeln ist hier der halbe Punkt bei Kriterium B.</w:t>
            </w:r>
          </w:p>
        </w:tc>
      </w:tr>
      <w:tr w:rsidR="00F008E3" w:rsidRPr="00675D78" w14:paraId="50B12ABE" w14:textId="77777777">
        <w:trPr>
          <w:cantSplit/>
        </w:trPr>
        <w:tc>
          <w:tcPr>
            <w:tcW w:w="4200" w:type="dxa"/>
            <w:shd w:val="clear" w:color="auto" w:fill="F1F4EC"/>
            <w:tcMar>
              <w:top w:w="60" w:type="dxa"/>
              <w:left w:w="90" w:type="dxa"/>
              <w:bottom w:w="60" w:type="dxa"/>
              <w:right w:w="90" w:type="dxa"/>
            </w:tcMar>
          </w:tcPr>
          <w:p w14:paraId="3406D6B9" w14:textId="77777777" w:rsidR="00F008E3" w:rsidRPr="00675D78" w:rsidRDefault="00000000">
            <w:pPr>
              <w:spacing w:after="0" w:line="264" w:lineRule="auto"/>
              <w:rPr>
                <w:lang w:val="de-DE"/>
              </w:rPr>
            </w:pPr>
            <w:r w:rsidRPr="00675D78">
              <w:rPr>
                <w:sz w:val="18"/>
                <w:lang w:val="de-DE"/>
              </w:rPr>
              <w:t>Wie verändert sich die Wurfweite beim Basketball mit dem Abwurfwinkel – und stimmt das mit meinen eigenen Treffern überein?</w:t>
            </w:r>
          </w:p>
        </w:tc>
        <w:tc>
          <w:tcPr>
            <w:tcW w:w="1500" w:type="dxa"/>
            <w:shd w:val="clear" w:color="auto" w:fill="F1F4EC"/>
            <w:tcMar>
              <w:top w:w="60" w:type="dxa"/>
              <w:left w:w="90" w:type="dxa"/>
              <w:bottom w:w="60" w:type="dxa"/>
              <w:right w:w="90" w:type="dxa"/>
            </w:tcMar>
          </w:tcPr>
          <w:p w14:paraId="056847D5" w14:textId="77777777" w:rsidR="00F008E3" w:rsidRDefault="00000000">
            <w:pPr>
              <w:spacing w:after="0" w:line="264" w:lineRule="auto"/>
            </w:pPr>
            <w:r>
              <w:rPr>
                <w:sz w:val="18"/>
              </w:rPr>
              <w:t>B 2.2, B 5.7</w:t>
            </w:r>
          </w:p>
        </w:tc>
        <w:tc>
          <w:tcPr>
            <w:tcW w:w="3326" w:type="dxa"/>
            <w:shd w:val="clear" w:color="auto" w:fill="F1F4EC"/>
            <w:tcMar>
              <w:top w:w="60" w:type="dxa"/>
              <w:left w:w="90" w:type="dxa"/>
              <w:bottom w:w="60" w:type="dxa"/>
              <w:right w:w="90" w:type="dxa"/>
            </w:tcMar>
          </w:tcPr>
          <w:p w14:paraId="0C987AF1" w14:textId="77777777" w:rsidR="00F008E3" w:rsidRPr="00675D78" w:rsidRDefault="00000000">
            <w:pPr>
              <w:spacing w:after="0" w:line="264" w:lineRule="auto"/>
              <w:rPr>
                <w:lang w:val="de-DE"/>
              </w:rPr>
            </w:pPr>
            <w:r w:rsidRPr="00675D78">
              <w:rPr>
                <w:sz w:val="18"/>
                <w:lang w:val="de-DE"/>
              </w:rPr>
              <w:t>Eigene Trefferquote erheben; das ist der Zugang, der Kriterium C trägt.</w:t>
            </w:r>
          </w:p>
        </w:tc>
      </w:tr>
    </w:tbl>
    <w:p w14:paraId="37C1A7E5" w14:textId="77777777" w:rsidR="00F008E3" w:rsidRPr="00675D78" w:rsidRDefault="00F008E3">
      <w:pPr>
        <w:rPr>
          <w:lang w:val="de-DE"/>
        </w:rPr>
      </w:pPr>
    </w:p>
    <w:p w14:paraId="1B52D31C" w14:textId="77777777" w:rsidR="00F008E3" w:rsidRPr="00675D78" w:rsidRDefault="00000000">
      <w:pPr>
        <w:pStyle w:val="KPAbschnitt"/>
        <w:rPr>
          <w:lang w:val="de-DE"/>
        </w:rPr>
      </w:pPr>
      <w:r w:rsidRPr="00675D78">
        <w:rPr>
          <w:color w:val="8FB840"/>
          <w:lang w:val="de-DE"/>
        </w:rPr>
        <w:t xml:space="preserve">Zusätzliche Fragen, die Anspruch und Stringenz ermöglichen   </w:t>
      </w:r>
      <w:r w:rsidRPr="00675D78">
        <w:rPr>
          <w:lang w:val="de-DE"/>
        </w:rPr>
        <w:t>Higher Level</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4200"/>
        <w:gridCol w:w="1500"/>
        <w:gridCol w:w="3326"/>
      </w:tblGrid>
      <w:tr w:rsidR="00F008E3" w14:paraId="459173EA" w14:textId="77777777">
        <w:trPr>
          <w:cantSplit/>
          <w:tblHeader/>
        </w:trPr>
        <w:tc>
          <w:tcPr>
            <w:tcW w:w="4200" w:type="dxa"/>
            <w:shd w:val="clear" w:color="auto" w:fill="0F3D2A"/>
            <w:tcMar>
              <w:top w:w="60" w:type="dxa"/>
              <w:left w:w="90" w:type="dxa"/>
              <w:bottom w:w="60" w:type="dxa"/>
              <w:right w:w="90" w:type="dxa"/>
            </w:tcMar>
          </w:tcPr>
          <w:p w14:paraId="5379A79F" w14:textId="77777777" w:rsidR="00F008E3" w:rsidRDefault="00000000">
            <w:pPr>
              <w:spacing w:after="0" w:line="252" w:lineRule="auto"/>
            </w:pPr>
            <w:r>
              <w:rPr>
                <w:rFonts w:ascii="Calibri" w:hAnsi="Calibri"/>
                <w:b/>
                <w:color w:val="FFFFFF"/>
                <w:sz w:val="17"/>
              </w:rPr>
              <w:t>Frage</w:t>
            </w:r>
          </w:p>
        </w:tc>
        <w:tc>
          <w:tcPr>
            <w:tcW w:w="1500" w:type="dxa"/>
            <w:shd w:val="clear" w:color="auto" w:fill="0F3D2A"/>
            <w:tcMar>
              <w:top w:w="60" w:type="dxa"/>
              <w:left w:w="90" w:type="dxa"/>
              <w:bottom w:w="60" w:type="dxa"/>
              <w:right w:w="90" w:type="dxa"/>
            </w:tcMar>
          </w:tcPr>
          <w:p w14:paraId="7D205F6A" w14:textId="77777777" w:rsidR="00F008E3" w:rsidRDefault="00000000">
            <w:pPr>
              <w:spacing w:after="0" w:line="252" w:lineRule="auto"/>
            </w:pPr>
            <w:r>
              <w:rPr>
                <w:rFonts w:ascii="Calibri" w:hAnsi="Calibri"/>
                <w:b/>
                <w:color w:val="FFFFFF"/>
                <w:sz w:val="17"/>
              </w:rPr>
              <w:t>Blöcke</w:t>
            </w:r>
          </w:p>
        </w:tc>
        <w:tc>
          <w:tcPr>
            <w:tcW w:w="3326" w:type="dxa"/>
            <w:shd w:val="clear" w:color="auto" w:fill="0F3D2A"/>
            <w:tcMar>
              <w:top w:w="60" w:type="dxa"/>
              <w:left w:w="90" w:type="dxa"/>
              <w:bottom w:w="60" w:type="dxa"/>
              <w:right w:w="90" w:type="dxa"/>
            </w:tcMar>
          </w:tcPr>
          <w:p w14:paraId="5DF971D9" w14:textId="77777777" w:rsidR="00F008E3" w:rsidRDefault="00000000">
            <w:pPr>
              <w:spacing w:after="0" w:line="252" w:lineRule="auto"/>
            </w:pPr>
            <w:r>
              <w:rPr>
                <w:rFonts w:ascii="Calibri" w:hAnsi="Calibri"/>
                <w:b/>
                <w:color w:val="FFFFFF"/>
                <w:sz w:val="17"/>
              </w:rPr>
              <w:t>Worauf du achten musst</w:t>
            </w:r>
          </w:p>
        </w:tc>
      </w:tr>
      <w:tr w:rsidR="00F008E3" w:rsidRPr="00675D78" w14:paraId="32FED495" w14:textId="77777777">
        <w:trPr>
          <w:cantSplit/>
        </w:trPr>
        <w:tc>
          <w:tcPr>
            <w:tcW w:w="4200" w:type="dxa"/>
            <w:tcMar>
              <w:top w:w="60" w:type="dxa"/>
              <w:left w:w="90" w:type="dxa"/>
              <w:bottom w:w="60" w:type="dxa"/>
              <w:right w:w="90" w:type="dxa"/>
            </w:tcMar>
          </w:tcPr>
          <w:p w14:paraId="7818A8ED" w14:textId="77777777" w:rsidR="00F008E3" w:rsidRPr="00675D78" w:rsidRDefault="00000000">
            <w:pPr>
              <w:spacing w:after="0" w:line="264" w:lineRule="auto"/>
              <w:rPr>
                <w:lang w:val="de-DE"/>
              </w:rPr>
            </w:pPr>
            <w:r w:rsidRPr="00675D78">
              <w:rPr>
                <w:sz w:val="18"/>
                <w:lang w:val="de-DE"/>
              </w:rPr>
              <w:t>Wie liegen die Lösungen von zⁿ = 1 in der komplexen Ebene, und was folgt daraus für Summen von Einheitswurzeln?</w:t>
            </w:r>
          </w:p>
        </w:tc>
        <w:tc>
          <w:tcPr>
            <w:tcW w:w="1500" w:type="dxa"/>
            <w:tcMar>
              <w:top w:w="60" w:type="dxa"/>
              <w:left w:w="90" w:type="dxa"/>
              <w:bottom w:w="60" w:type="dxa"/>
              <w:right w:w="90" w:type="dxa"/>
            </w:tcMar>
          </w:tcPr>
          <w:p w14:paraId="651592E4" w14:textId="77777777" w:rsidR="00F008E3" w:rsidRDefault="00000000">
            <w:pPr>
              <w:spacing w:after="0" w:line="264" w:lineRule="auto"/>
            </w:pPr>
            <w:r>
              <w:rPr>
                <w:sz w:val="18"/>
              </w:rPr>
              <w:t>H 1.7, H 1.8, H 1.9</w:t>
            </w:r>
          </w:p>
        </w:tc>
        <w:tc>
          <w:tcPr>
            <w:tcW w:w="3326" w:type="dxa"/>
            <w:tcMar>
              <w:top w:w="60" w:type="dxa"/>
              <w:left w:w="90" w:type="dxa"/>
              <w:bottom w:w="60" w:type="dxa"/>
              <w:right w:w="90" w:type="dxa"/>
            </w:tcMar>
          </w:tcPr>
          <w:p w14:paraId="07B12C58" w14:textId="77777777" w:rsidR="00F008E3" w:rsidRPr="00675D78" w:rsidRDefault="00000000">
            <w:pPr>
              <w:spacing w:after="0" w:line="264" w:lineRule="auto"/>
              <w:rPr>
                <w:lang w:val="de-DE"/>
              </w:rPr>
            </w:pPr>
            <w:r w:rsidRPr="00675D78">
              <w:rPr>
                <w:sz w:val="18"/>
                <w:lang w:val="de-DE"/>
              </w:rPr>
              <w:t>Beweise die Summenformel, statt sie zu bestätigen.</w:t>
            </w:r>
          </w:p>
        </w:tc>
      </w:tr>
      <w:tr w:rsidR="00F008E3" w:rsidRPr="00675D78" w14:paraId="64759C43" w14:textId="77777777">
        <w:trPr>
          <w:cantSplit/>
        </w:trPr>
        <w:tc>
          <w:tcPr>
            <w:tcW w:w="4200" w:type="dxa"/>
            <w:shd w:val="clear" w:color="auto" w:fill="F1F4EC"/>
            <w:tcMar>
              <w:top w:w="60" w:type="dxa"/>
              <w:left w:w="90" w:type="dxa"/>
              <w:bottom w:w="60" w:type="dxa"/>
              <w:right w:w="90" w:type="dxa"/>
            </w:tcMar>
          </w:tcPr>
          <w:p w14:paraId="752E1CD6" w14:textId="77777777" w:rsidR="00F008E3" w:rsidRPr="00675D78" w:rsidRDefault="00000000">
            <w:pPr>
              <w:spacing w:after="0" w:line="264" w:lineRule="auto"/>
              <w:rPr>
                <w:lang w:val="de-DE"/>
              </w:rPr>
            </w:pPr>
            <w:r w:rsidRPr="00675D78">
              <w:rPr>
                <w:sz w:val="18"/>
                <w:lang w:val="de-DE"/>
              </w:rPr>
              <w:t>Lässt sich eine Vermutung über Teilbarkeit, die ich an Beispielen finde, per vollständiger Induktion beweisen?</w:t>
            </w:r>
          </w:p>
        </w:tc>
        <w:tc>
          <w:tcPr>
            <w:tcW w:w="1500" w:type="dxa"/>
            <w:shd w:val="clear" w:color="auto" w:fill="F1F4EC"/>
            <w:tcMar>
              <w:top w:w="60" w:type="dxa"/>
              <w:left w:w="90" w:type="dxa"/>
              <w:bottom w:w="60" w:type="dxa"/>
              <w:right w:w="90" w:type="dxa"/>
            </w:tcMar>
          </w:tcPr>
          <w:p w14:paraId="05152D3D" w14:textId="77777777" w:rsidR="00F008E3" w:rsidRDefault="00000000">
            <w:pPr>
              <w:spacing w:after="0" w:line="264" w:lineRule="auto"/>
            </w:pPr>
            <w:r>
              <w:rPr>
                <w:sz w:val="18"/>
              </w:rPr>
              <w:t>H 1.2, B 1.7</w:t>
            </w:r>
          </w:p>
        </w:tc>
        <w:tc>
          <w:tcPr>
            <w:tcW w:w="3326" w:type="dxa"/>
            <w:shd w:val="clear" w:color="auto" w:fill="F1F4EC"/>
            <w:tcMar>
              <w:top w:w="60" w:type="dxa"/>
              <w:left w:w="90" w:type="dxa"/>
              <w:bottom w:w="60" w:type="dxa"/>
              <w:right w:w="90" w:type="dxa"/>
            </w:tcMar>
          </w:tcPr>
          <w:p w14:paraId="18753B6E" w14:textId="77777777" w:rsidR="00F008E3" w:rsidRPr="00675D78" w:rsidRDefault="00000000">
            <w:pPr>
              <w:spacing w:after="0" w:line="264" w:lineRule="auto"/>
              <w:rPr>
                <w:lang w:val="de-DE"/>
              </w:rPr>
            </w:pPr>
            <w:r w:rsidRPr="00675D78">
              <w:rPr>
                <w:sz w:val="18"/>
                <w:lang w:val="de-DE"/>
              </w:rPr>
              <w:t>Die Vermutung muss deine sein – sonst fehlt Kriterium C.</w:t>
            </w:r>
          </w:p>
        </w:tc>
      </w:tr>
      <w:tr w:rsidR="00F008E3" w:rsidRPr="00675D78" w14:paraId="3CE15283" w14:textId="77777777">
        <w:trPr>
          <w:cantSplit/>
        </w:trPr>
        <w:tc>
          <w:tcPr>
            <w:tcW w:w="4200" w:type="dxa"/>
            <w:tcMar>
              <w:top w:w="60" w:type="dxa"/>
              <w:left w:w="90" w:type="dxa"/>
              <w:bottom w:w="60" w:type="dxa"/>
              <w:right w:w="90" w:type="dxa"/>
            </w:tcMar>
          </w:tcPr>
          <w:p w14:paraId="0EF8A41D" w14:textId="77777777" w:rsidR="00F008E3" w:rsidRPr="00675D78" w:rsidRDefault="00000000">
            <w:pPr>
              <w:spacing w:after="0" w:line="264" w:lineRule="auto"/>
              <w:rPr>
                <w:lang w:val="de-DE"/>
              </w:rPr>
            </w:pPr>
            <w:r w:rsidRPr="00675D78">
              <w:rPr>
                <w:sz w:val="18"/>
                <w:lang w:val="de-DE"/>
              </w:rPr>
              <w:t xml:space="preserve">Wie genau ist die </w:t>
            </w:r>
            <w:proofErr w:type="spellStart"/>
            <w:r w:rsidRPr="00675D78">
              <w:rPr>
                <w:sz w:val="18"/>
                <w:lang w:val="de-DE"/>
              </w:rPr>
              <w:t>Maclaurin</w:t>
            </w:r>
            <w:proofErr w:type="spellEnd"/>
            <w:r w:rsidRPr="00675D78">
              <w:rPr>
                <w:sz w:val="18"/>
                <w:lang w:val="de-DE"/>
              </w:rPr>
              <w:t>-Reihe einer Funktion, und ab welchem Glied lohnt sie sich nicht mehr?</w:t>
            </w:r>
          </w:p>
        </w:tc>
        <w:tc>
          <w:tcPr>
            <w:tcW w:w="1500" w:type="dxa"/>
            <w:tcMar>
              <w:top w:w="60" w:type="dxa"/>
              <w:left w:w="90" w:type="dxa"/>
              <w:bottom w:w="60" w:type="dxa"/>
              <w:right w:w="90" w:type="dxa"/>
            </w:tcMar>
          </w:tcPr>
          <w:p w14:paraId="73BCA3FB" w14:textId="77777777" w:rsidR="00F008E3" w:rsidRDefault="00000000">
            <w:pPr>
              <w:spacing w:after="0" w:line="264" w:lineRule="auto"/>
            </w:pPr>
            <w:r>
              <w:rPr>
                <w:sz w:val="18"/>
              </w:rPr>
              <w:t>H 5.9</w:t>
            </w:r>
          </w:p>
        </w:tc>
        <w:tc>
          <w:tcPr>
            <w:tcW w:w="3326" w:type="dxa"/>
            <w:tcMar>
              <w:top w:w="60" w:type="dxa"/>
              <w:left w:w="90" w:type="dxa"/>
              <w:bottom w:w="60" w:type="dxa"/>
              <w:right w:w="90" w:type="dxa"/>
            </w:tcMar>
          </w:tcPr>
          <w:p w14:paraId="26EBBDE9" w14:textId="77777777" w:rsidR="00F008E3" w:rsidRPr="00675D78" w:rsidRDefault="00000000">
            <w:pPr>
              <w:spacing w:after="0" w:line="264" w:lineRule="auto"/>
              <w:rPr>
                <w:lang w:val="de-DE"/>
              </w:rPr>
            </w:pPr>
            <w:r w:rsidRPr="00675D78">
              <w:rPr>
                <w:sz w:val="18"/>
                <w:lang w:val="de-DE"/>
              </w:rPr>
              <w:t>Restgliedabschätzung ist hier der Unterschied zwischen Ebene 4 und 6.</w:t>
            </w:r>
          </w:p>
        </w:tc>
      </w:tr>
      <w:tr w:rsidR="00F008E3" w:rsidRPr="00675D78" w14:paraId="42BCB818" w14:textId="77777777">
        <w:trPr>
          <w:cantSplit/>
        </w:trPr>
        <w:tc>
          <w:tcPr>
            <w:tcW w:w="4200" w:type="dxa"/>
            <w:shd w:val="clear" w:color="auto" w:fill="F1F4EC"/>
            <w:tcMar>
              <w:top w:w="60" w:type="dxa"/>
              <w:left w:w="90" w:type="dxa"/>
              <w:bottom w:w="60" w:type="dxa"/>
              <w:right w:w="90" w:type="dxa"/>
            </w:tcMar>
          </w:tcPr>
          <w:p w14:paraId="2B272E47" w14:textId="77777777" w:rsidR="00F008E3" w:rsidRDefault="00000000">
            <w:pPr>
              <w:spacing w:after="0" w:line="264" w:lineRule="auto"/>
            </w:pPr>
            <w:r w:rsidRPr="00675D78">
              <w:rPr>
                <w:sz w:val="18"/>
                <w:lang w:val="de-DE"/>
              </w:rPr>
              <w:t xml:space="preserve">Wie schnell ändert sich eine Größe, die von einer anderen abhängt, die sich ebenfalls ändert? </w:t>
            </w:r>
            <w:r>
              <w:rPr>
                <w:sz w:val="18"/>
              </w:rPr>
              <w:t xml:space="preserve">Ein </w:t>
            </w:r>
            <w:proofErr w:type="spellStart"/>
            <w:r>
              <w:rPr>
                <w:sz w:val="18"/>
              </w:rPr>
              <w:t>eigenes</w:t>
            </w:r>
            <w:proofErr w:type="spellEnd"/>
            <w:r>
              <w:rPr>
                <w:sz w:val="18"/>
              </w:rPr>
              <w:t xml:space="preserve"> </w:t>
            </w:r>
            <w:proofErr w:type="spellStart"/>
            <w:r>
              <w:rPr>
                <w:sz w:val="18"/>
              </w:rPr>
              <w:t>Beispiel</w:t>
            </w:r>
            <w:proofErr w:type="spellEnd"/>
            <w:r>
              <w:rPr>
                <w:sz w:val="18"/>
              </w:rPr>
              <w:t xml:space="preserve"> </w:t>
            </w:r>
            <w:proofErr w:type="spellStart"/>
            <w:r>
              <w:rPr>
                <w:sz w:val="18"/>
              </w:rPr>
              <w:t>mit</w:t>
            </w:r>
            <w:proofErr w:type="spellEnd"/>
            <w:r>
              <w:rPr>
                <w:sz w:val="18"/>
              </w:rPr>
              <w:t xml:space="preserve"> verwandten Änderungsraten.</w:t>
            </w:r>
          </w:p>
        </w:tc>
        <w:tc>
          <w:tcPr>
            <w:tcW w:w="1500" w:type="dxa"/>
            <w:shd w:val="clear" w:color="auto" w:fill="F1F4EC"/>
            <w:tcMar>
              <w:top w:w="60" w:type="dxa"/>
              <w:left w:w="90" w:type="dxa"/>
              <w:bottom w:w="60" w:type="dxa"/>
              <w:right w:w="90" w:type="dxa"/>
            </w:tcMar>
          </w:tcPr>
          <w:p w14:paraId="19272699" w14:textId="77777777" w:rsidR="00F008E3" w:rsidRDefault="00000000">
            <w:pPr>
              <w:spacing w:after="0" w:line="264" w:lineRule="auto"/>
            </w:pPr>
            <w:r>
              <w:rPr>
                <w:sz w:val="18"/>
              </w:rPr>
              <w:t>H 5.3, H 5.2</w:t>
            </w:r>
          </w:p>
        </w:tc>
        <w:tc>
          <w:tcPr>
            <w:tcW w:w="3326" w:type="dxa"/>
            <w:shd w:val="clear" w:color="auto" w:fill="F1F4EC"/>
            <w:tcMar>
              <w:top w:w="60" w:type="dxa"/>
              <w:left w:w="90" w:type="dxa"/>
              <w:bottom w:w="60" w:type="dxa"/>
              <w:right w:w="90" w:type="dxa"/>
            </w:tcMar>
          </w:tcPr>
          <w:p w14:paraId="0E007608" w14:textId="77777777" w:rsidR="00F008E3" w:rsidRPr="00675D78" w:rsidRDefault="00000000">
            <w:pPr>
              <w:spacing w:after="0" w:line="264" w:lineRule="auto"/>
              <w:rPr>
                <w:lang w:val="de-DE"/>
              </w:rPr>
            </w:pPr>
            <w:r w:rsidRPr="00675D78">
              <w:rPr>
                <w:sz w:val="18"/>
                <w:lang w:val="de-DE"/>
              </w:rPr>
              <w:t>Ein selbst beobachteter Vorgang statt einer Lehrbuchaufgabe.</w:t>
            </w:r>
          </w:p>
        </w:tc>
      </w:tr>
      <w:tr w:rsidR="00F008E3" w:rsidRPr="00675D78" w14:paraId="3DAA1831" w14:textId="77777777">
        <w:trPr>
          <w:cantSplit/>
        </w:trPr>
        <w:tc>
          <w:tcPr>
            <w:tcW w:w="4200" w:type="dxa"/>
            <w:tcMar>
              <w:top w:w="60" w:type="dxa"/>
              <w:left w:w="90" w:type="dxa"/>
              <w:bottom w:w="60" w:type="dxa"/>
              <w:right w:w="90" w:type="dxa"/>
            </w:tcMar>
          </w:tcPr>
          <w:p w14:paraId="5CEF4A7B" w14:textId="77777777" w:rsidR="00F008E3" w:rsidRPr="00675D78" w:rsidRDefault="00000000">
            <w:pPr>
              <w:spacing w:after="0" w:line="264" w:lineRule="auto"/>
              <w:rPr>
                <w:lang w:val="de-DE"/>
              </w:rPr>
            </w:pPr>
            <w:r w:rsidRPr="00675D78">
              <w:rPr>
                <w:sz w:val="18"/>
                <w:lang w:val="de-DE"/>
              </w:rPr>
              <w:t>Welche Differentialgleichung beschreibt meinen Vorgang, und wie gut sagt ihre Lösung meine Messwerte voraus?</w:t>
            </w:r>
          </w:p>
        </w:tc>
        <w:tc>
          <w:tcPr>
            <w:tcW w:w="1500" w:type="dxa"/>
            <w:tcMar>
              <w:top w:w="60" w:type="dxa"/>
              <w:left w:w="90" w:type="dxa"/>
              <w:bottom w:w="60" w:type="dxa"/>
              <w:right w:w="90" w:type="dxa"/>
            </w:tcMar>
          </w:tcPr>
          <w:p w14:paraId="630941C0" w14:textId="77777777" w:rsidR="00F008E3" w:rsidRDefault="00000000">
            <w:pPr>
              <w:spacing w:after="0" w:line="264" w:lineRule="auto"/>
            </w:pPr>
            <w:r>
              <w:rPr>
                <w:sz w:val="18"/>
              </w:rPr>
              <w:t>H 5.8, B 4.2</w:t>
            </w:r>
          </w:p>
        </w:tc>
        <w:tc>
          <w:tcPr>
            <w:tcW w:w="3326" w:type="dxa"/>
            <w:tcMar>
              <w:top w:w="60" w:type="dxa"/>
              <w:left w:w="90" w:type="dxa"/>
              <w:bottom w:w="60" w:type="dxa"/>
              <w:right w:w="90" w:type="dxa"/>
            </w:tcMar>
          </w:tcPr>
          <w:p w14:paraId="752C4042" w14:textId="77777777" w:rsidR="00F008E3" w:rsidRPr="00675D78" w:rsidRDefault="00000000">
            <w:pPr>
              <w:spacing w:after="0" w:line="264" w:lineRule="auto"/>
              <w:rPr>
                <w:lang w:val="de-DE"/>
              </w:rPr>
            </w:pPr>
            <w:r w:rsidRPr="00675D78">
              <w:rPr>
                <w:sz w:val="18"/>
                <w:lang w:val="de-DE"/>
              </w:rPr>
              <w:t>Modellkritik nicht vergessen; hier liegt Kriterium D.</w:t>
            </w:r>
          </w:p>
        </w:tc>
      </w:tr>
      <w:tr w:rsidR="00F008E3" w:rsidRPr="00675D78" w14:paraId="38500F6B" w14:textId="77777777">
        <w:trPr>
          <w:cantSplit/>
        </w:trPr>
        <w:tc>
          <w:tcPr>
            <w:tcW w:w="4200" w:type="dxa"/>
            <w:shd w:val="clear" w:color="auto" w:fill="F1F4EC"/>
            <w:tcMar>
              <w:top w:w="60" w:type="dxa"/>
              <w:left w:w="90" w:type="dxa"/>
              <w:bottom w:w="60" w:type="dxa"/>
              <w:right w:w="90" w:type="dxa"/>
            </w:tcMar>
          </w:tcPr>
          <w:p w14:paraId="416EDF26" w14:textId="77777777" w:rsidR="00F008E3" w:rsidRPr="00675D78" w:rsidRDefault="00000000">
            <w:pPr>
              <w:spacing w:after="0" w:line="264" w:lineRule="auto"/>
              <w:rPr>
                <w:lang w:val="de-DE"/>
              </w:rPr>
            </w:pPr>
            <w:r w:rsidRPr="00675D78">
              <w:rPr>
                <w:sz w:val="18"/>
                <w:lang w:val="de-DE"/>
              </w:rPr>
              <w:t>Wie bestimme ich den Abstand zweier windschiefer Geraden in einer realen Situation – und wie empfindlich ist das Ergebnis auf Messfehler?</w:t>
            </w:r>
          </w:p>
        </w:tc>
        <w:tc>
          <w:tcPr>
            <w:tcW w:w="1500" w:type="dxa"/>
            <w:shd w:val="clear" w:color="auto" w:fill="F1F4EC"/>
            <w:tcMar>
              <w:top w:w="60" w:type="dxa"/>
              <w:left w:w="90" w:type="dxa"/>
              <w:bottom w:w="60" w:type="dxa"/>
              <w:right w:w="90" w:type="dxa"/>
            </w:tcMar>
          </w:tcPr>
          <w:p w14:paraId="55739C5B" w14:textId="77777777" w:rsidR="00F008E3" w:rsidRDefault="00000000">
            <w:pPr>
              <w:spacing w:after="0" w:line="264" w:lineRule="auto"/>
            </w:pPr>
            <w:r>
              <w:rPr>
                <w:sz w:val="18"/>
              </w:rPr>
              <w:t>H 3.4, H 3.6, H 3.8</w:t>
            </w:r>
          </w:p>
        </w:tc>
        <w:tc>
          <w:tcPr>
            <w:tcW w:w="3326" w:type="dxa"/>
            <w:shd w:val="clear" w:color="auto" w:fill="F1F4EC"/>
            <w:tcMar>
              <w:top w:w="60" w:type="dxa"/>
              <w:left w:w="90" w:type="dxa"/>
              <w:bottom w:w="60" w:type="dxa"/>
              <w:right w:w="90" w:type="dxa"/>
            </w:tcMar>
          </w:tcPr>
          <w:p w14:paraId="4F4229F2" w14:textId="77777777" w:rsidR="00F008E3" w:rsidRPr="00675D78" w:rsidRDefault="00000000">
            <w:pPr>
              <w:spacing w:after="0" w:line="264" w:lineRule="auto"/>
              <w:rPr>
                <w:lang w:val="de-DE"/>
              </w:rPr>
            </w:pPr>
            <w:r w:rsidRPr="00675D78">
              <w:rPr>
                <w:sz w:val="18"/>
                <w:lang w:val="de-DE"/>
              </w:rPr>
              <w:t>Die Sensitivitätsbetrachtung ist die Stringenz.</w:t>
            </w:r>
          </w:p>
        </w:tc>
      </w:tr>
      <w:tr w:rsidR="00F008E3" w:rsidRPr="00675D78" w14:paraId="7B90629F" w14:textId="77777777">
        <w:trPr>
          <w:cantSplit/>
        </w:trPr>
        <w:tc>
          <w:tcPr>
            <w:tcW w:w="4200" w:type="dxa"/>
            <w:tcMar>
              <w:top w:w="60" w:type="dxa"/>
              <w:left w:w="90" w:type="dxa"/>
              <w:bottom w:w="60" w:type="dxa"/>
              <w:right w:w="90" w:type="dxa"/>
            </w:tcMar>
          </w:tcPr>
          <w:p w14:paraId="726C41ED" w14:textId="77777777" w:rsidR="00F008E3" w:rsidRPr="00675D78" w:rsidRDefault="00000000">
            <w:pPr>
              <w:spacing w:after="0" w:line="264" w:lineRule="auto"/>
              <w:rPr>
                <w:lang w:val="de-DE"/>
              </w:rPr>
            </w:pPr>
            <w:r w:rsidRPr="00675D78">
              <w:rPr>
                <w:sz w:val="18"/>
                <w:lang w:val="de-DE"/>
              </w:rPr>
              <w:t>Welche Ebene legt sich am besten durch eine Punktwolke im Raum, die ich selbst gemessen habe?</w:t>
            </w:r>
          </w:p>
        </w:tc>
        <w:tc>
          <w:tcPr>
            <w:tcW w:w="1500" w:type="dxa"/>
            <w:tcMar>
              <w:top w:w="60" w:type="dxa"/>
              <w:left w:w="90" w:type="dxa"/>
              <w:bottom w:w="60" w:type="dxa"/>
              <w:right w:w="90" w:type="dxa"/>
            </w:tcMar>
          </w:tcPr>
          <w:p w14:paraId="3E2A1AEE" w14:textId="77777777" w:rsidR="00F008E3" w:rsidRDefault="00000000">
            <w:pPr>
              <w:spacing w:after="0" w:line="264" w:lineRule="auto"/>
            </w:pPr>
            <w:r>
              <w:rPr>
                <w:sz w:val="18"/>
              </w:rPr>
              <w:t>H 3.7, H 3.8</w:t>
            </w:r>
          </w:p>
        </w:tc>
        <w:tc>
          <w:tcPr>
            <w:tcW w:w="3326" w:type="dxa"/>
            <w:tcMar>
              <w:top w:w="60" w:type="dxa"/>
              <w:left w:w="90" w:type="dxa"/>
              <w:bottom w:w="60" w:type="dxa"/>
              <w:right w:w="90" w:type="dxa"/>
            </w:tcMar>
          </w:tcPr>
          <w:p w14:paraId="705803A2" w14:textId="77777777" w:rsidR="00F008E3" w:rsidRPr="00675D78" w:rsidRDefault="00000000">
            <w:pPr>
              <w:spacing w:after="0" w:line="264" w:lineRule="auto"/>
              <w:rPr>
                <w:lang w:val="de-DE"/>
              </w:rPr>
            </w:pPr>
            <w:r w:rsidRPr="00675D78">
              <w:rPr>
                <w:sz w:val="18"/>
                <w:lang w:val="de-DE"/>
              </w:rPr>
              <w:t>Anspruchsvoll, wenn du die Optimalität begründest und nicht nur rechnest.</w:t>
            </w:r>
          </w:p>
        </w:tc>
      </w:tr>
      <w:tr w:rsidR="00F008E3" w14:paraId="32655566" w14:textId="77777777">
        <w:trPr>
          <w:cantSplit/>
        </w:trPr>
        <w:tc>
          <w:tcPr>
            <w:tcW w:w="4200" w:type="dxa"/>
            <w:shd w:val="clear" w:color="auto" w:fill="F1F4EC"/>
            <w:tcMar>
              <w:top w:w="60" w:type="dxa"/>
              <w:left w:w="90" w:type="dxa"/>
              <w:bottom w:w="60" w:type="dxa"/>
              <w:right w:w="90" w:type="dxa"/>
            </w:tcMar>
          </w:tcPr>
          <w:p w14:paraId="6D2468DE" w14:textId="77777777" w:rsidR="00F008E3" w:rsidRPr="00675D78" w:rsidRDefault="00000000">
            <w:pPr>
              <w:spacing w:after="0" w:line="264" w:lineRule="auto"/>
              <w:rPr>
                <w:lang w:val="de-DE"/>
              </w:rPr>
            </w:pPr>
            <w:r w:rsidRPr="00675D78">
              <w:rPr>
                <w:sz w:val="18"/>
                <w:lang w:val="de-DE"/>
              </w:rPr>
              <w:t>Was passiert mit der Fläche unter einer Kurve, wenn ich sie um eine Achse drehe, die nicht die x-Achse ist?</w:t>
            </w:r>
          </w:p>
        </w:tc>
        <w:tc>
          <w:tcPr>
            <w:tcW w:w="1500" w:type="dxa"/>
            <w:shd w:val="clear" w:color="auto" w:fill="F1F4EC"/>
            <w:tcMar>
              <w:top w:w="60" w:type="dxa"/>
              <w:left w:w="90" w:type="dxa"/>
              <w:bottom w:w="60" w:type="dxa"/>
              <w:right w:w="90" w:type="dxa"/>
            </w:tcMar>
          </w:tcPr>
          <w:p w14:paraId="28D7F746" w14:textId="77777777" w:rsidR="00F008E3" w:rsidRDefault="00000000">
            <w:pPr>
              <w:spacing w:after="0" w:line="264" w:lineRule="auto"/>
            </w:pPr>
            <w:r>
              <w:rPr>
                <w:sz w:val="18"/>
              </w:rPr>
              <w:t>H 5.7, B 2.5</w:t>
            </w:r>
          </w:p>
        </w:tc>
        <w:tc>
          <w:tcPr>
            <w:tcW w:w="3326" w:type="dxa"/>
            <w:shd w:val="clear" w:color="auto" w:fill="F1F4EC"/>
            <w:tcMar>
              <w:top w:w="60" w:type="dxa"/>
              <w:left w:w="90" w:type="dxa"/>
              <w:bottom w:w="60" w:type="dxa"/>
              <w:right w:w="90" w:type="dxa"/>
            </w:tcMar>
          </w:tcPr>
          <w:p w14:paraId="0035FE31" w14:textId="77777777" w:rsidR="00F008E3" w:rsidRDefault="00000000">
            <w:pPr>
              <w:spacing w:after="0" w:line="264" w:lineRule="auto"/>
            </w:pPr>
            <w:r>
              <w:rPr>
                <w:sz w:val="18"/>
              </w:rPr>
              <w:t>Allgemeiner Fall statt Einzelrechnung.</w:t>
            </w:r>
          </w:p>
        </w:tc>
      </w:tr>
      <w:tr w:rsidR="00F008E3" w:rsidRPr="00675D78" w14:paraId="1E7CEB0B" w14:textId="77777777">
        <w:trPr>
          <w:cantSplit/>
        </w:trPr>
        <w:tc>
          <w:tcPr>
            <w:tcW w:w="4200" w:type="dxa"/>
            <w:tcMar>
              <w:top w:w="60" w:type="dxa"/>
              <w:left w:w="90" w:type="dxa"/>
              <w:bottom w:w="60" w:type="dxa"/>
              <w:right w:w="90" w:type="dxa"/>
            </w:tcMar>
          </w:tcPr>
          <w:p w14:paraId="7489FB5A" w14:textId="77777777" w:rsidR="00F008E3" w:rsidRPr="00675D78" w:rsidRDefault="00000000">
            <w:pPr>
              <w:spacing w:after="0" w:line="264" w:lineRule="auto"/>
              <w:rPr>
                <w:lang w:val="de-DE"/>
              </w:rPr>
            </w:pPr>
            <w:r w:rsidRPr="00675D78">
              <w:rPr>
                <w:sz w:val="18"/>
                <w:lang w:val="de-DE"/>
              </w:rPr>
              <w:t>Wie lassen sich zwei Zählprobleme aus meinem Alltag auf dasselbe Abzählprinzip zurückführen?</w:t>
            </w:r>
          </w:p>
        </w:tc>
        <w:tc>
          <w:tcPr>
            <w:tcW w:w="1500" w:type="dxa"/>
            <w:tcMar>
              <w:top w:w="60" w:type="dxa"/>
              <w:left w:w="90" w:type="dxa"/>
              <w:bottom w:w="60" w:type="dxa"/>
              <w:right w:w="90" w:type="dxa"/>
            </w:tcMar>
          </w:tcPr>
          <w:p w14:paraId="6C7C96FE" w14:textId="77777777" w:rsidR="00F008E3" w:rsidRDefault="00000000">
            <w:pPr>
              <w:spacing w:after="0" w:line="264" w:lineRule="auto"/>
            </w:pPr>
            <w:r>
              <w:rPr>
                <w:sz w:val="18"/>
              </w:rPr>
              <w:t>H 1.3</w:t>
            </w:r>
          </w:p>
        </w:tc>
        <w:tc>
          <w:tcPr>
            <w:tcW w:w="3326" w:type="dxa"/>
            <w:tcMar>
              <w:top w:w="60" w:type="dxa"/>
              <w:left w:w="90" w:type="dxa"/>
              <w:bottom w:w="60" w:type="dxa"/>
              <w:right w:w="90" w:type="dxa"/>
            </w:tcMar>
          </w:tcPr>
          <w:p w14:paraId="02B96C50" w14:textId="77777777" w:rsidR="00F008E3" w:rsidRPr="00675D78" w:rsidRDefault="00000000">
            <w:pPr>
              <w:spacing w:after="0" w:line="264" w:lineRule="auto"/>
              <w:rPr>
                <w:lang w:val="de-DE"/>
              </w:rPr>
            </w:pPr>
            <w:r w:rsidRPr="00675D78">
              <w:rPr>
                <w:sz w:val="18"/>
                <w:lang w:val="de-DE"/>
              </w:rPr>
              <w:t>Das Erkennen der gemeinsamen Struktur ist genau das, was das Handbuch mit Anspruch meint.</w:t>
            </w:r>
          </w:p>
        </w:tc>
      </w:tr>
      <w:tr w:rsidR="00F008E3" w:rsidRPr="00675D78" w14:paraId="479D1A6A" w14:textId="77777777">
        <w:trPr>
          <w:cantSplit/>
        </w:trPr>
        <w:tc>
          <w:tcPr>
            <w:tcW w:w="4200" w:type="dxa"/>
            <w:shd w:val="clear" w:color="auto" w:fill="F1F4EC"/>
            <w:tcMar>
              <w:top w:w="60" w:type="dxa"/>
              <w:left w:w="90" w:type="dxa"/>
              <w:bottom w:w="60" w:type="dxa"/>
              <w:right w:w="90" w:type="dxa"/>
            </w:tcMar>
          </w:tcPr>
          <w:p w14:paraId="3951BE65" w14:textId="77777777" w:rsidR="00F008E3" w:rsidRPr="00675D78" w:rsidRDefault="00000000">
            <w:pPr>
              <w:spacing w:after="0" w:line="264" w:lineRule="auto"/>
              <w:rPr>
                <w:lang w:val="de-DE"/>
              </w:rPr>
            </w:pPr>
            <w:r w:rsidRPr="00675D78">
              <w:rPr>
                <w:sz w:val="18"/>
                <w:lang w:val="de-DE"/>
              </w:rPr>
              <w:lastRenderedPageBreak/>
              <w:t>Wie verhält sich eine stetige Zufallsvariable, deren Dichte ich selbst aus Messdaten modelliere?</w:t>
            </w:r>
          </w:p>
        </w:tc>
        <w:tc>
          <w:tcPr>
            <w:tcW w:w="1500" w:type="dxa"/>
            <w:shd w:val="clear" w:color="auto" w:fill="F1F4EC"/>
            <w:tcMar>
              <w:top w:w="60" w:type="dxa"/>
              <w:left w:w="90" w:type="dxa"/>
              <w:bottom w:w="60" w:type="dxa"/>
              <w:right w:w="90" w:type="dxa"/>
            </w:tcMar>
          </w:tcPr>
          <w:p w14:paraId="1001F86B" w14:textId="77777777" w:rsidR="00F008E3" w:rsidRDefault="00000000">
            <w:pPr>
              <w:spacing w:after="0" w:line="264" w:lineRule="auto"/>
            </w:pPr>
            <w:r>
              <w:rPr>
                <w:sz w:val="18"/>
              </w:rPr>
              <w:t>H 4.3, B 4.7</w:t>
            </w:r>
          </w:p>
        </w:tc>
        <w:tc>
          <w:tcPr>
            <w:tcW w:w="3326" w:type="dxa"/>
            <w:shd w:val="clear" w:color="auto" w:fill="F1F4EC"/>
            <w:tcMar>
              <w:top w:w="60" w:type="dxa"/>
              <w:left w:w="90" w:type="dxa"/>
              <w:bottom w:w="60" w:type="dxa"/>
              <w:right w:w="90" w:type="dxa"/>
            </w:tcMar>
          </w:tcPr>
          <w:p w14:paraId="36A3DE8A" w14:textId="77777777" w:rsidR="00F008E3" w:rsidRPr="00675D78" w:rsidRDefault="00000000">
            <w:pPr>
              <w:spacing w:after="0" w:line="264" w:lineRule="auto"/>
              <w:rPr>
                <w:lang w:val="de-DE"/>
              </w:rPr>
            </w:pPr>
            <w:r w:rsidRPr="00675D78">
              <w:rPr>
                <w:sz w:val="18"/>
                <w:lang w:val="de-DE"/>
              </w:rPr>
              <w:t>Normierung der Dichte sauber begründen.</w:t>
            </w:r>
          </w:p>
        </w:tc>
      </w:tr>
      <w:tr w:rsidR="00F008E3" w:rsidRPr="00675D78" w14:paraId="26CA72AD" w14:textId="77777777">
        <w:trPr>
          <w:cantSplit/>
        </w:trPr>
        <w:tc>
          <w:tcPr>
            <w:tcW w:w="4200" w:type="dxa"/>
            <w:tcMar>
              <w:top w:w="60" w:type="dxa"/>
              <w:left w:w="90" w:type="dxa"/>
              <w:bottom w:w="60" w:type="dxa"/>
              <w:right w:w="90" w:type="dxa"/>
            </w:tcMar>
          </w:tcPr>
          <w:p w14:paraId="710B3CE1" w14:textId="77777777" w:rsidR="00F008E3" w:rsidRPr="00675D78" w:rsidRDefault="00000000">
            <w:pPr>
              <w:spacing w:after="0" w:line="264" w:lineRule="auto"/>
              <w:rPr>
                <w:lang w:val="de-DE"/>
              </w:rPr>
            </w:pPr>
            <w:r w:rsidRPr="00675D78">
              <w:rPr>
                <w:sz w:val="18"/>
                <w:lang w:val="de-DE"/>
              </w:rPr>
              <w:t>Welche Optimierungsaufgabe aus meinem Alltag führt auf dieselbe Bedingung wie ein bekanntes physikalisches Gesetz?</w:t>
            </w:r>
          </w:p>
        </w:tc>
        <w:tc>
          <w:tcPr>
            <w:tcW w:w="1500" w:type="dxa"/>
            <w:tcMar>
              <w:top w:w="60" w:type="dxa"/>
              <w:left w:w="90" w:type="dxa"/>
              <w:bottom w:w="60" w:type="dxa"/>
              <w:right w:w="90" w:type="dxa"/>
            </w:tcMar>
          </w:tcPr>
          <w:p w14:paraId="572B84EA" w14:textId="77777777" w:rsidR="00F008E3" w:rsidRDefault="00000000">
            <w:pPr>
              <w:spacing w:after="0" w:line="264" w:lineRule="auto"/>
            </w:pPr>
            <w:r>
              <w:rPr>
                <w:sz w:val="18"/>
              </w:rPr>
              <w:t>B 5.7, H 5.1</w:t>
            </w:r>
          </w:p>
        </w:tc>
        <w:tc>
          <w:tcPr>
            <w:tcW w:w="3326" w:type="dxa"/>
            <w:tcMar>
              <w:top w:w="60" w:type="dxa"/>
              <w:left w:w="90" w:type="dxa"/>
              <w:bottom w:w="60" w:type="dxa"/>
              <w:right w:w="90" w:type="dxa"/>
            </w:tcMar>
          </w:tcPr>
          <w:p w14:paraId="3B96E48B" w14:textId="77777777" w:rsidR="00F008E3" w:rsidRPr="00675D78" w:rsidRDefault="00000000">
            <w:pPr>
              <w:spacing w:after="0" w:line="264" w:lineRule="auto"/>
              <w:rPr>
                <w:lang w:val="de-DE"/>
              </w:rPr>
            </w:pPr>
            <w:r w:rsidRPr="00675D78">
              <w:rPr>
                <w:sz w:val="18"/>
                <w:lang w:val="de-DE"/>
              </w:rPr>
              <w:t>Die Verbindung zwischen zwei Gebieten ist der Anspruch – aber nur, wenn du sie herleitest.</w:t>
            </w:r>
          </w:p>
        </w:tc>
      </w:tr>
      <w:tr w:rsidR="00F008E3" w:rsidRPr="00675D78" w14:paraId="62897CC9" w14:textId="77777777">
        <w:trPr>
          <w:cantSplit/>
        </w:trPr>
        <w:tc>
          <w:tcPr>
            <w:tcW w:w="4200" w:type="dxa"/>
            <w:shd w:val="clear" w:color="auto" w:fill="F1F4EC"/>
            <w:tcMar>
              <w:top w:w="60" w:type="dxa"/>
              <w:left w:w="90" w:type="dxa"/>
              <w:bottom w:w="60" w:type="dxa"/>
              <w:right w:w="90" w:type="dxa"/>
            </w:tcMar>
          </w:tcPr>
          <w:p w14:paraId="3F9E29F2" w14:textId="77777777" w:rsidR="00F008E3" w:rsidRPr="00675D78" w:rsidRDefault="00000000">
            <w:pPr>
              <w:spacing w:after="0" w:line="264" w:lineRule="auto"/>
              <w:rPr>
                <w:lang w:val="de-DE"/>
              </w:rPr>
            </w:pPr>
            <w:r w:rsidRPr="00675D78">
              <w:rPr>
                <w:sz w:val="18"/>
                <w:lang w:val="de-DE"/>
              </w:rPr>
              <w:t>Wie gut approximiert ein Näherungsverfahren eine Nullstelle, die ich exakt kenne – und wie schnell konvergiert es?</w:t>
            </w:r>
          </w:p>
        </w:tc>
        <w:tc>
          <w:tcPr>
            <w:tcW w:w="1500" w:type="dxa"/>
            <w:shd w:val="clear" w:color="auto" w:fill="F1F4EC"/>
            <w:tcMar>
              <w:top w:w="60" w:type="dxa"/>
              <w:left w:w="90" w:type="dxa"/>
              <w:bottom w:w="60" w:type="dxa"/>
              <w:right w:w="90" w:type="dxa"/>
            </w:tcMar>
          </w:tcPr>
          <w:p w14:paraId="31BBED40" w14:textId="77777777" w:rsidR="00F008E3" w:rsidRDefault="00000000">
            <w:pPr>
              <w:spacing w:after="0" w:line="264" w:lineRule="auto"/>
            </w:pPr>
            <w:r>
              <w:rPr>
                <w:sz w:val="18"/>
              </w:rPr>
              <w:t>H 5.1, H 5.9</w:t>
            </w:r>
          </w:p>
        </w:tc>
        <w:tc>
          <w:tcPr>
            <w:tcW w:w="3326" w:type="dxa"/>
            <w:shd w:val="clear" w:color="auto" w:fill="F1F4EC"/>
            <w:tcMar>
              <w:top w:w="60" w:type="dxa"/>
              <w:left w:w="90" w:type="dxa"/>
              <w:bottom w:w="60" w:type="dxa"/>
              <w:right w:w="90" w:type="dxa"/>
            </w:tcMar>
          </w:tcPr>
          <w:p w14:paraId="11897CE8" w14:textId="77777777" w:rsidR="00F008E3" w:rsidRPr="00675D78" w:rsidRDefault="00000000">
            <w:pPr>
              <w:spacing w:after="0" w:line="264" w:lineRule="auto"/>
              <w:rPr>
                <w:lang w:val="de-DE"/>
              </w:rPr>
            </w:pPr>
            <w:r w:rsidRPr="00675D78">
              <w:rPr>
                <w:sz w:val="18"/>
                <w:lang w:val="de-DE"/>
              </w:rPr>
              <w:t>Konvergenzordnung begründen, nicht nur Schritte zählen.</w:t>
            </w:r>
          </w:p>
        </w:tc>
      </w:tr>
    </w:tbl>
    <w:p w14:paraId="4F85272D" w14:textId="77777777" w:rsidR="00F008E3" w:rsidRPr="00675D78" w:rsidRDefault="00F008E3">
      <w:pPr>
        <w:rPr>
          <w:lang w:val="de-DE"/>
        </w:rPr>
      </w:pPr>
    </w:p>
    <w:p w14:paraId="423CC25D" w14:textId="77777777" w:rsidR="00F008E3" w:rsidRPr="00675D78" w:rsidRDefault="00000000">
      <w:pPr>
        <w:rPr>
          <w:lang w:val="de-DE"/>
        </w:rPr>
      </w:pPr>
      <w:r w:rsidRPr="00675D78">
        <w:rPr>
          <w:lang w:val="de-DE"/>
        </w:rPr>
        <w:br w:type="page"/>
      </w:r>
    </w:p>
    <w:p w14:paraId="2FF93B89" w14:textId="77777777" w:rsidR="00F008E3" w:rsidRPr="00675D78" w:rsidRDefault="00000000">
      <w:pPr>
        <w:pStyle w:val="KPKapitel"/>
        <w:rPr>
          <w:lang w:val="de-DE"/>
        </w:rPr>
      </w:pPr>
      <w:r w:rsidRPr="00675D78">
        <w:rPr>
          <w:color w:val="8FB840"/>
          <w:lang w:val="de-DE"/>
        </w:rPr>
        <w:lastRenderedPageBreak/>
        <w:t xml:space="preserve">M 14   </w:t>
      </w:r>
      <w:r w:rsidRPr="00675D78">
        <w:rPr>
          <w:lang w:val="de-DE"/>
        </w:rPr>
        <w:t>Zeitschiene und Spielregeln</w:t>
      </w:r>
    </w:p>
    <w:p w14:paraId="076DB0C5" w14:textId="77777777" w:rsidR="00F008E3" w:rsidRPr="00675D78" w:rsidRDefault="00000000">
      <w:pPr>
        <w:pStyle w:val="KPAbschnitt"/>
        <w:rPr>
          <w:lang w:val="de-DE"/>
        </w:rPr>
      </w:pPr>
      <w:r w:rsidRPr="00675D78">
        <w:rPr>
          <w:lang w:val="de-DE"/>
        </w:rPr>
        <w:t>Die Termine</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500"/>
        <w:gridCol w:w="4200"/>
        <w:gridCol w:w="2200"/>
        <w:gridCol w:w="2126"/>
      </w:tblGrid>
      <w:tr w:rsidR="00F008E3" w14:paraId="177B9231" w14:textId="77777777">
        <w:trPr>
          <w:cantSplit/>
          <w:tblHeader/>
        </w:trPr>
        <w:tc>
          <w:tcPr>
            <w:tcW w:w="500" w:type="dxa"/>
            <w:shd w:val="clear" w:color="auto" w:fill="0F3D2A"/>
            <w:tcMar>
              <w:top w:w="60" w:type="dxa"/>
              <w:left w:w="90" w:type="dxa"/>
              <w:bottom w:w="60" w:type="dxa"/>
              <w:right w:w="90" w:type="dxa"/>
            </w:tcMar>
          </w:tcPr>
          <w:p w14:paraId="1623194F" w14:textId="77777777" w:rsidR="00F008E3" w:rsidRDefault="00000000">
            <w:pPr>
              <w:spacing w:after="0" w:line="252" w:lineRule="auto"/>
            </w:pPr>
            <w:r>
              <w:rPr>
                <w:rFonts w:ascii="Calibri" w:hAnsi="Calibri"/>
                <w:b/>
                <w:color w:val="FFFFFF"/>
                <w:sz w:val="17"/>
              </w:rPr>
              <w:t>Nr.</w:t>
            </w:r>
          </w:p>
        </w:tc>
        <w:tc>
          <w:tcPr>
            <w:tcW w:w="4200" w:type="dxa"/>
            <w:shd w:val="clear" w:color="auto" w:fill="0F3D2A"/>
            <w:tcMar>
              <w:top w:w="60" w:type="dxa"/>
              <w:left w:w="90" w:type="dxa"/>
              <w:bottom w:w="60" w:type="dxa"/>
              <w:right w:w="90" w:type="dxa"/>
            </w:tcMar>
          </w:tcPr>
          <w:p w14:paraId="5B8EB7D3" w14:textId="77777777" w:rsidR="00F008E3" w:rsidRDefault="00000000">
            <w:pPr>
              <w:spacing w:after="0" w:line="252" w:lineRule="auto"/>
            </w:pPr>
            <w:r>
              <w:rPr>
                <w:rFonts w:ascii="Calibri" w:hAnsi="Calibri"/>
                <w:b/>
                <w:color w:val="FFFFFF"/>
                <w:sz w:val="17"/>
              </w:rPr>
              <w:t>Was</w:t>
            </w:r>
          </w:p>
        </w:tc>
        <w:tc>
          <w:tcPr>
            <w:tcW w:w="2200" w:type="dxa"/>
            <w:shd w:val="clear" w:color="auto" w:fill="0F3D2A"/>
            <w:tcMar>
              <w:top w:w="60" w:type="dxa"/>
              <w:left w:w="90" w:type="dxa"/>
              <w:bottom w:w="60" w:type="dxa"/>
              <w:right w:w="90" w:type="dxa"/>
            </w:tcMar>
          </w:tcPr>
          <w:p w14:paraId="0D2F087A" w14:textId="77777777" w:rsidR="00F008E3" w:rsidRDefault="00000000">
            <w:pPr>
              <w:spacing w:after="0" w:line="252" w:lineRule="auto"/>
            </w:pPr>
            <w:r>
              <w:rPr>
                <w:rFonts w:ascii="Calibri" w:hAnsi="Calibri"/>
                <w:b/>
                <w:color w:val="FFFFFF"/>
                <w:sz w:val="17"/>
              </w:rPr>
              <w:t>Wann</w:t>
            </w:r>
          </w:p>
        </w:tc>
        <w:tc>
          <w:tcPr>
            <w:tcW w:w="2126" w:type="dxa"/>
            <w:shd w:val="clear" w:color="auto" w:fill="0F3D2A"/>
            <w:tcMar>
              <w:top w:w="60" w:type="dxa"/>
              <w:left w:w="90" w:type="dxa"/>
              <w:bottom w:w="60" w:type="dxa"/>
              <w:right w:w="90" w:type="dxa"/>
            </w:tcMar>
          </w:tcPr>
          <w:p w14:paraId="6064D63B" w14:textId="77777777" w:rsidR="00F008E3" w:rsidRDefault="00000000">
            <w:pPr>
              <w:spacing w:after="0" w:line="252" w:lineRule="auto"/>
            </w:pPr>
            <w:r>
              <w:rPr>
                <w:rFonts w:ascii="Calibri" w:hAnsi="Calibri"/>
                <w:b/>
                <w:color w:val="FFFFFF"/>
                <w:sz w:val="17"/>
              </w:rPr>
              <w:t>Datum</w:t>
            </w:r>
          </w:p>
        </w:tc>
      </w:tr>
      <w:tr w:rsidR="00F008E3" w14:paraId="6059951A" w14:textId="77777777">
        <w:trPr>
          <w:cantSplit/>
        </w:trPr>
        <w:tc>
          <w:tcPr>
            <w:tcW w:w="500" w:type="dxa"/>
            <w:tcMar>
              <w:top w:w="60" w:type="dxa"/>
              <w:left w:w="90" w:type="dxa"/>
              <w:bottom w:w="60" w:type="dxa"/>
              <w:right w:w="90" w:type="dxa"/>
            </w:tcMar>
          </w:tcPr>
          <w:p w14:paraId="7AA425D5" w14:textId="77777777" w:rsidR="00F008E3" w:rsidRDefault="00000000">
            <w:pPr>
              <w:spacing w:after="0" w:line="264" w:lineRule="auto"/>
            </w:pPr>
            <w:r>
              <w:rPr>
                <w:b/>
                <w:sz w:val="19"/>
              </w:rPr>
              <w:t>1</w:t>
            </w:r>
          </w:p>
        </w:tc>
        <w:tc>
          <w:tcPr>
            <w:tcW w:w="4200" w:type="dxa"/>
            <w:tcMar>
              <w:top w:w="60" w:type="dxa"/>
              <w:left w:w="90" w:type="dxa"/>
              <w:bottom w:w="60" w:type="dxa"/>
              <w:right w:w="90" w:type="dxa"/>
            </w:tcMar>
          </w:tcPr>
          <w:p w14:paraId="064C59E3" w14:textId="77777777" w:rsidR="00F008E3" w:rsidRDefault="00000000">
            <w:pPr>
              <w:spacing w:after="0" w:line="264" w:lineRule="auto"/>
            </w:pPr>
            <w:r>
              <w:rPr>
                <w:sz w:val="19"/>
              </w:rPr>
              <w:t>Themenanmeldung (M 12)</w:t>
            </w:r>
          </w:p>
        </w:tc>
        <w:tc>
          <w:tcPr>
            <w:tcW w:w="2200" w:type="dxa"/>
            <w:tcMar>
              <w:top w:w="60" w:type="dxa"/>
              <w:left w:w="90" w:type="dxa"/>
              <w:bottom w:w="60" w:type="dxa"/>
              <w:right w:w="90" w:type="dxa"/>
            </w:tcMar>
          </w:tcPr>
          <w:p w14:paraId="3A211688" w14:textId="77777777" w:rsidR="00F008E3" w:rsidRDefault="00000000">
            <w:pPr>
              <w:spacing w:after="0" w:line="264" w:lineRule="auto"/>
            </w:pPr>
            <w:r>
              <w:rPr>
                <w:sz w:val="19"/>
              </w:rPr>
              <w:t>Ende von Doppelstunde 6</w:t>
            </w:r>
          </w:p>
        </w:tc>
        <w:tc>
          <w:tcPr>
            <w:tcW w:w="2126" w:type="dxa"/>
            <w:tcMar>
              <w:top w:w="60" w:type="dxa"/>
              <w:left w:w="90" w:type="dxa"/>
              <w:bottom w:w="60" w:type="dxa"/>
              <w:right w:w="90" w:type="dxa"/>
            </w:tcMar>
          </w:tcPr>
          <w:p w14:paraId="226A3AAC" w14:textId="77777777" w:rsidR="00F008E3" w:rsidRDefault="00000000">
            <w:pPr>
              <w:spacing w:after="0" w:line="264" w:lineRule="auto"/>
            </w:pPr>
            <w:r>
              <w:rPr>
                <w:sz w:val="19"/>
              </w:rPr>
              <w:t>________________</w:t>
            </w:r>
          </w:p>
        </w:tc>
      </w:tr>
      <w:tr w:rsidR="00F008E3" w14:paraId="6AFB1255" w14:textId="77777777">
        <w:trPr>
          <w:cantSplit/>
        </w:trPr>
        <w:tc>
          <w:tcPr>
            <w:tcW w:w="500" w:type="dxa"/>
            <w:shd w:val="clear" w:color="auto" w:fill="F1F4EC"/>
            <w:tcMar>
              <w:top w:w="60" w:type="dxa"/>
              <w:left w:w="90" w:type="dxa"/>
              <w:bottom w:w="60" w:type="dxa"/>
              <w:right w:w="90" w:type="dxa"/>
            </w:tcMar>
          </w:tcPr>
          <w:p w14:paraId="67B9DE42" w14:textId="77777777" w:rsidR="00F008E3" w:rsidRDefault="00000000">
            <w:pPr>
              <w:spacing w:after="0" w:line="264" w:lineRule="auto"/>
            </w:pPr>
            <w:r>
              <w:rPr>
                <w:b/>
                <w:sz w:val="19"/>
              </w:rPr>
              <w:t>2</w:t>
            </w:r>
          </w:p>
        </w:tc>
        <w:tc>
          <w:tcPr>
            <w:tcW w:w="4200" w:type="dxa"/>
            <w:shd w:val="clear" w:color="auto" w:fill="F1F4EC"/>
            <w:tcMar>
              <w:top w:w="60" w:type="dxa"/>
              <w:left w:w="90" w:type="dxa"/>
              <w:bottom w:w="60" w:type="dxa"/>
              <w:right w:w="90" w:type="dxa"/>
            </w:tcMar>
          </w:tcPr>
          <w:p w14:paraId="609085AE" w14:textId="77777777" w:rsidR="00F008E3" w:rsidRPr="00675D78" w:rsidRDefault="00000000">
            <w:pPr>
              <w:spacing w:after="0" w:line="264" w:lineRule="auto"/>
              <w:rPr>
                <w:lang w:val="de-DE"/>
              </w:rPr>
            </w:pPr>
            <w:r w:rsidRPr="00675D78">
              <w:rPr>
                <w:sz w:val="19"/>
                <w:lang w:val="de-DE"/>
              </w:rPr>
              <w:t>Untersuchungsplan – eine Seite: Vorgehen, Daten, Mathematik, dein eigener Beitrag</w:t>
            </w:r>
          </w:p>
        </w:tc>
        <w:tc>
          <w:tcPr>
            <w:tcW w:w="2200" w:type="dxa"/>
            <w:shd w:val="clear" w:color="auto" w:fill="F1F4EC"/>
            <w:tcMar>
              <w:top w:w="60" w:type="dxa"/>
              <w:left w:w="90" w:type="dxa"/>
              <w:bottom w:w="60" w:type="dxa"/>
              <w:right w:w="90" w:type="dxa"/>
            </w:tcMar>
          </w:tcPr>
          <w:p w14:paraId="23656025" w14:textId="77777777" w:rsidR="00F008E3" w:rsidRDefault="00000000">
            <w:pPr>
              <w:spacing w:after="0" w:line="264" w:lineRule="auto"/>
            </w:pPr>
            <w:r>
              <w:rPr>
                <w:sz w:val="19"/>
              </w:rPr>
              <w:t xml:space="preserve">3 bis 4 </w:t>
            </w:r>
            <w:proofErr w:type="spellStart"/>
            <w:r>
              <w:rPr>
                <w:sz w:val="19"/>
              </w:rPr>
              <w:t>Wochen</w:t>
            </w:r>
            <w:proofErr w:type="spellEnd"/>
            <w:r>
              <w:rPr>
                <w:sz w:val="19"/>
              </w:rPr>
              <w:t xml:space="preserve"> später</w:t>
            </w:r>
          </w:p>
        </w:tc>
        <w:tc>
          <w:tcPr>
            <w:tcW w:w="2126" w:type="dxa"/>
            <w:shd w:val="clear" w:color="auto" w:fill="F1F4EC"/>
            <w:tcMar>
              <w:top w:w="60" w:type="dxa"/>
              <w:left w:w="90" w:type="dxa"/>
              <w:bottom w:w="60" w:type="dxa"/>
              <w:right w:w="90" w:type="dxa"/>
            </w:tcMar>
          </w:tcPr>
          <w:p w14:paraId="03262F8E" w14:textId="77777777" w:rsidR="00F008E3" w:rsidRDefault="00000000">
            <w:pPr>
              <w:spacing w:after="0" w:line="264" w:lineRule="auto"/>
            </w:pPr>
            <w:r>
              <w:rPr>
                <w:sz w:val="19"/>
              </w:rPr>
              <w:t>________________</w:t>
            </w:r>
          </w:p>
        </w:tc>
      </w:tr>
      <w:tr w:rsidR="00F008E3" w14:paraId="7844CDBB" w14:textId="77777777">
        <w:trPr>
          <w:cantSplit/>
        </w:trPr>
        <w:tc>
          <w:tcPr>
            <w:tcW w:w="500" w:type="dxa"/>
            <w:tcMar>
              <w:top w:w="60" w:type="dxa"/>
              <w:left w:w="90" w:type="dxa"/>
              <w:bottom w:w="60" w:type="dxa"/>
              <w:right w:w="90" w:type="dxa"/>
            </w:tcMar>
          </w:tcPr>
          <w:p w14:paraId="3CFB261E" w14:textId="77777777" w:rsidR="00F008E3" w:rsidRDefault="00000000">
            <w:pPr>
              <w:spacing w:after="0" w:line="264" w:lineRule="auto"/>
            </w:pPr>
            <w:r>
              <w:rPr>
                <w:b/>
                <w:sz w:val="19"/>
              </w:rPr>
              <w:t>3</w:t>
            </w:r>
          </w:p>
        </w:tc>
        <w:tc>
          <w:tcPr>
            <w:tcW w:w="4200" w:type="dxa"/>
            <w:tcMar>
              <w:top w:w="60" w:type="dxa"/>
              <w:left w:w="90" w:type="dxa"/>
              <w:bottom w:w="60" w:type="dxa"/>
              <w:right w:w="90" w:type="dxa"/>
            </w:tcMar>
          </w:tcPr>
          <w:p w14:paraId="09F21236" w14:textId="77777777" w:rsidR="00F008E3" w:rsidRPr="00675D78" w:rsidRDefault="00000000">
            <w:pPr>
              <w:spacing w:after="0" w:line="264" w:lineRule="auto"/>
              <w:rPr>
                <w:lang w:val="de-DE"/>
              </w:rPr>
            </w:pPr>
            <w:r w:rsidRPr="00675D78">
              <w:rPr>
                <w:sz w:val="19"/>
                <w:lang w:val="de-DE"/>
              </w:rPr>
              <w:t>Zwischengespräch zum Rechen- oder Datenstand (keine Abgabe)</w:t>
            </w:r>
          </w:p>
        </w:tc>
        <w:tc>
          <w:tcPr>
            <w:tcW w:w="2200" w:type="dxa"/>
            <w:tcMar>
              <w:top w:w="60" w:type="dxa"/>
              <w:left w:w="90" w:type="dxa"/>
              <w:bottom w:w="60" w:type="dxa"/>
              <w:right w:w="90" w:type="dxa"/>
            </w:tcMar>
          </w:tcPr>
          <w:p w14:paraId="26B155C5" w14:textId="77777777" w:rsidR="00F008E3" w:rsidRDefault="00000000">
            <w:pPr>
              <w:spacing w:after="0" w:line="264" w:lineRule="auto"/>
            </w:pPr>
            <w:r>
              <w:rPr>
                <w:sz w:val="19"/>
              </w:rPr>
              <w:t xml:space="preserve">6 bis 8 </w:t>
            </w:r>
            <w:proofErr w:type="spellStart"/>
            <w:r>
              <w:rPr>
                <w:sz w:val="19"/>
              </w:rPr>
              <w:t>Wochen</w:t>
            </w:r>
            <w:proofErr w:type="spellEnd"/>
            <w:r>
              <w:rPr>
                <w:sz w:val="19"/>
              </w:rPr>
              <w:t xml:space="preserve"> </w:t>
            </w:r>
            <w:proofErr w:type="spellStart"/>
            <w:r>
              <w:rPr>
                <w:sz w:val="19"/>
              </w:rPr>
              <w:t>später</w:t>
            </w:r>
            <w:proofErr w:type="spellEnd"/>
          </w:p>
        </w:tc>
        <w:tc>
          <w:tcPr>
            <w:tcW w:w="2126" w:type="dxa"/>
            <w:tcMar>
              <w:top w:w="60" w:type="dxa"/>
              <w:left w:w="90" w:type="dxa"/>
              <w:bottom w:w="60" w:type="dxa"/>
              <w:right w:w="90" w:type="dxa"/>
            </w:tcMar>
          </w:tcPr>
          <w:p w14:paraId="7C342A39" w14:textId="77777777" w:rsidR="00F008E3" w:rsidRDefault="00000000">
            <w:pPr>
              <w:spacing w:after="0" w:line="264" w:lineRule="auto"/>
            </w:pPr>
            <w:r>
              <w:rPr>
                <w:sz w:val="19"/>
              </w:rPr>
              <w:t>________________</w:t>
            </w:r>
          </w:p>
        </w:tc>
      </w:tr>
      <w:tr w:rsidR="00F008E3" w14:paraId="4E0A6D2F" w14:textId="77777777">
        <w:trPr>
          <w:cantSplit/>
        </w:trPr>
        <w:tc>
          <w:tcPr>
            <w:tcW w:w="500" w:type="dxa"/>
            <w:shd w:val="clear" w:color="auto" w:fill="F1F4EC"/>
            <w:tcMar>
              <w:top w:w="60" w:type="dxa"/>
              <w:left w:w="90" w:type="dxa"/>
              <w:bottom w:w="60" w:type="dxa"/>
              <w:right w:w="90" w:type="dxa"/>
            </w:tcMar>
          </w:tcPr>
          <w:p w14:paraId="029576E6" w14:textId="77777777" w:rsidR="00F008E3" w:rsidRDefault="00000000">
            <w:pPr>
              <w:spacing w:after="0" w:line="264" w:lineRule="auto"/>
            </w:pPr>
            <w:r>
              <w:rPr>
                <w:b/>
                <w:sz w:val="19"/>
              </w:rPr>
              <w:t>4</w:t>
            </w:r>
          </w:p>
        </w:tc>
        <w:tc>
          <w:tcPr>
            <w:tcW w:w="4200" w:type="dxa"/>
            <w:shd w:val="clear" w:color="auto" w:fill="F1F4EC"/>
            <w:tcMar>
              <w:top w:w="60" w:type="dxa"/>
              <w:left w:w="90" w:type="dxa"/>
              <w:bottom w:w="60" w:type="dxa"/>
              <w:right w:w="90" w:type="dxa"/>
            </w:tcMar>
          </w:tcPr>
          <w:p w14:paraId="3AFF01B0" w14:textId="77777777" w:rsidR="00F008E3" w:rsidRPr="00675D78" w:rsidRDefault="00000000">
            <w:pPr>
              <w:spacing w:after="0" w:line="264" w:lineRule="auto"/>
              <w:rPr>
                <w:lang w:val="de-DE"/>
              </w:rPr>
            </w:pPr>
            <w:r w:rsidRPr="00675D78">
              <w:rPr>
                <w:sz w:val="19"/>
                <w:lang w:val="de-DE"/>
              </w:rPr>
              <w:t>Rohfassung – vollständig. Dies ist die eine Fassung, zu der ich dir Rückmeldung gebe.</w:t>
            </w:r>
          </w:p>
        </w:tc>
        <w:tc>
          <w:tcPr>
            <w:tcW w:w="2200" w:type="dxa"/>
            <w:shd w:val="clear" w:color="auto" w:fill="F1F4EC"/>
            <w:tcMar>
              <w:top w:w="60" w:type="dxa"/>
              <w:left w:w="90" w:type="dxa"/>
              <w:bottom w:w="60" w:type="dxa"/>
              <w:right w:w="90" w:type="dxa"/>
            </w:tcMar>
          </w:tcPr>
          <w:p w14:paraId="63F09641" w14:textId="77777777" w:rsidR="00F008E3" w:rsidRPr="00675D78" w:rsidRDefault="00F008E3">
            <w:pPr>
              <w:spacing w:after="0" w:line="264" w:lineRule="auto"/>
              <w:rPr>
                <w:lang w:val="de-DE"/>
              </w:rPr>
            </w:pPr>
          </w:p>
        </w:tc>
        <w:tc>
          <w:tcPr>
            <w:tcW w:w="2126" w:type="dxa"/>
            <w:shd w:val="clear" w:color="auto" w:fill="F1F4EC"/>
            <w:tcMar>
              <w:top w:w="60" w:type="dxa"/>
              <w:left w:w="90" w:type="dxa"/>
              <w:bottom w:w="60" w:type="dxa"/>
              <w:right w:w="90" w:type="dxa"/>
            </w:tcMar>
          </w:tcPr>
          <w:p w14:paraId="1FC119E0" w14:textId="77777777" w:rsidR="00F008E3" w:rsidRDefault="00000000">
            <w:pPr>
              <w:spacing w:after="0" w:line="264" w:lineRule="auto"/>
            </w:pPr>
            <w:r>
              <w:rPr>
                <w:sz w:val="19"/>
              </w:rPr>
              <w:t>________________</w:t>
            </w:r>
          </w:p>
        </w:tc>
      </w:tr>
      <w:tr w:rsidR="00F008E3" w14:paraId="1BE1E5D6" w14:textId="77777777">
        <w:trPr>
          <w:cantSplit/>
        </w:trPr>
        <w:tc>
          <w:tcPr>
            <w:tcW w:w="500" w:type="dxa"/>
            <w:tcMar>
              <w:top w:w="60" w:type="dxa"/>
              <w:left w:w="90" w:type="dxa"/>
              <w:bottom w:w="60" w:type="dxa"/>
              <w:right w:w="90" w:type="dxa"/>
            </w:tcMar>
          </w:tcPr>
          <w:p w14:paraId="010B7081" w14:textId="77777777" w:rsidR="00F008E3" w:rsidRDefault="00000000">
            <w:pPr>
              <w:spacing w:after="0" w:line="264" w:lineRule="auto"/>
            </w:pPr>
            <w:r>
              <w:rPr>
                <w:b/>
                <w:sz w:val="19"/>
              </w:rPr>
              <w:t>5</w:t>
            </w:r>
          </w:p>
        </w:tc>
        <w:tc>
          <w:tcPr>
            <w:tcW w:w="4200" w:type="dxa"/>
            <w:tcMar>
              <w:top w:w="60" w:type="dxa"/>
              <w:left w:w="90" w:type="dxa"/>
              <w:bottom w:w="60" w:type="dxa"/>
              <w:right w:w="90" w:type="dxa"/>
            </w:tcMar>
          </w:tcPr>
          <w:p w14:paraId="2EE7C2D5" w14:textId="77777777" w:rsidR="00F008E3" w:rsidRPr="00675D78" w:rsidRDefault="00000000">
            <w:pPr>
              <w:spacing w:after="0" w:line="264" w:lineRule="auto"/>
              <w:rPr>
                <w:lang w:val="de-DE"/>
              </w:rPr>
            </w:pPr>
            <w:r w:rsidRPr="00675D78">
              <w:rPr>
                <w:sz w:val="19"/>
                <w:lang w:val="de-DE"/>
              </w:rPr>
              <w:t>Reinfassung mit Deckblatt und Quellenverzeichnis</w:t>
            </w:r>
          </w:p>
        </w:tc>
        <w:tc>
          <w:tcPr>
            <w:tcW w:w="2200" w:type="dxa"/>
            <w:tcMar>
              <w:top w:w="60" w:type="dxa"/>
              <w:left w:w="90" w:type="dxa"/>
              <w:bottom w:w="60" w:type="dxa"/>
              <w:right w:w="90" w:type="dxa"/>
            </w:tcMar>
          </w:tcPr>
          <w:p w14:paraId="0C2A212D" w14:textId="77777777" w:rsidR="00F008E3" w:rsidRPr="00675D78" w:rsidRDefault="00000000">
            <w:pPr>
              <w:spacing w:after="0" w:line="264" w:lineRule="auto"/>
              <w:rPr>
                <w:lang w:val="de-DE"/>
              </w:rPr>
            </w:pPr>
            <w:r w:rsidRPr="00675D78">
              <w:rPr>
                <w:sz w:val="19"/>
                <w:lang w:val="de-DE"/>
              </w:rPr>
              <w:t>4 bis 6 Wochen nach der Rückmeldung</w:t>
            </w:r>
          </w:p>
        </w:tc>
        <w:tc>
          <w:tcPr>
            <w:tcW w:w="2126" w:type="dxa"/>
            <w:tcMar>
              <w:top w:w="60" w:type="dxa"/>
              <w:left w:w="90" w:type="dxa"/>
              <w:bottom w:w="60" w:type="dxa"/>
              <w:right w:w="90" w:type="dxa"/>
            </w:tcMar>
          </w:tcPr>
          <w:p w14:paraId="47477860" w14:textId="77777777" w:rsidR="00F008E3" w:rsidRDefault="00000000">
            <w:pPr>
              <w:spacing w:after="0" w:line="264" w:lineRule="auto"/>
            </w:pPr>
            <w:r>
              <w:rPr>
                <w:sz w:val="19"/>
              </w:rPr>
              <w:t>________________</w:t>
            </w:r>
          </w:p>
        </w:tc>
      </w:tr>
      <w:tr w:rsidR="00F008E3" w14:paraId="339D6A3B" w14:textId="77777777">
        <w:trPr>
          <w:cantSplit/>
        </w:trPr>
        <w:tc>
          <w:tcPr>
            <w:tcW w:w="500" w:type="dxa"/>
            <w:shd w:val="clear" w:color="auto" w:fill="F1F4EC"/>
            <w:tcMar>
              <w:top w:w="60" w:type="dxa"/>
              <w:left w:w="90" w:type="dxa"/>
              <w:bottom w:w="60" w:type="dxa"/>
              <w:right w:w="90" w:type="dxa"/>
            </w:tcMar>
          </w:tcPr>
          <w:p w14:paraId="443B14A4" w14:textId="77777777" w:rsidR="00F008E3" w:rsidRDefault="00000000">
            <w:pPr>
              <w:spacing w:after="0" w:line="264" w:lineRule="auto"/>
            </w:pPr>
            <w:r>
              <w:rPr>
                <w:b/>
                <w:sz w:val="19"/>
              </w:rPr>
              <w:t>6</w:t>
            </w:r>
          </w:p>
        </w:tc>
        <w:tc>
          <w:tcPr>
            <w:tcW w:w="4200" w:type="dxa"/>
            <w:shd w:val="clear" w:color="auto" w:fill="F1F4EC"/>
            <w:tcMar>
              <w:top w:w="60" w:type="dxa"/>
              <w:left w:w="90" w:type="dxa"/>
              <w:bottom w:w="60" w:type="dxa"/>
              <w:right w:w="90" w:type="dxa"/>
            </w:tcMar>
          </w:tcPr>
          <w:p w14:paraId="29939F83" w14:textId="77777777" w:rsidR="00F008E3" w:rsidRPr="00675D78" w:rsidRDefault="00000000">
            <w:pPr>
              <w:spacing w:after="0" w:line="264" w:lineRule="auto"/>
              <w:rPr>
                <w:lang w:val="de-DE"/>
              </w:rPr>
            </w:pPr>
            <w:r w:rsidRPr="00675D78">
              <w:rPr>
                <w:sz w:val="19"/>
                <w:lang w:val="de-DE"/>
              </w:rPr>
              <w:t>Abgabegespräch – zehn Minuten, zwei Stellen deiner Arbeit erklären</w:t>
            </w:r>
          </w:p>
        </w:tc>
        <w:tc>
          <w:tcPr>
            <w:tcW w:w="2200" w:type="dxa"/>
            <w:shd w:val="clear" w:color="auto" w:fill="F1F4EC"/>
            <w:tcMar>
              <w:top w:w="60" w:type="dxa"/>
              <w:left w:w="90" w:type="dxa"/>
              <w:bottom w:w="60" w:type="dxa"/>
              <w:right w:w="90" w:type="dxa"/>
            </w:tcMar>
          </w:tcPr>
          <w:p w14:paraId="1F5B2674" w14:textId="77777777" w:rsidR="00F008E3" w:rsidRPr="00675D78" w:rsidRDefault="00000000">
            <w:pPr>
              <w:spacing w:after="0" w:line="264" w:lineRule="auto"/>
              <w:rPr>
                <w:lang w:val="de-DE"/>
              </w:rPr>
            </w:pPr>
            <w:r w:rsidRPr="00675D78">
              <w:rPr>
                <w:sz w:val="19"/>
                <w:lang w:val="de-DE"/>
              </w:rPr>
              <w:t>innerhalb von zwei Wochen danach</w:t>
            </w:r>
          </w:p>
        </w:tc>
        <w:tc>
          <w:tcPr>
            <w:tcW w:w="2126" w:type="dxa"/>
            <w:shd w:val="clear" w:color="auto" w:fill="F1F4EC"/>
            <w:tcMar>
              <w:top w:w="60" w:type="dxa"/>
              <w:left w:w="90" w:type="dxa"/>
              <w:bottom w:w="60" w:type="dxa"/>
              <w:right w:w="90" w:type="dxa"/>
            </w:tcMar>
          </w:tcPr>
          <w:p w14:paraId="06DEFD05" w14:textId="77777777" w:rsidR="00F008E3" w:rsidRDefault="00000000">
            <w:pPr>
              <w:spacing w:after="0" w:line="264" w:lineRule="auto"/>
            </w:pPr>
            <w:r>
              <w:rPr>
                <w:sz w:val="19"/>
              </w:rPr>
              <w:t>________________</w:t>
            </w:r>
          </w:p>
        </w:tc>
      </w:tr>
    </w:tbl>
    <w:p w14:paraId="390122DD" w14:textId="77777777" w:rsidR="00F008E3" w:rsidRDefault="00F008E3"/>
    <w:p w14:paraId="7BA3526C" w14:textId="77777777" w:rsidR="00F008E3" w:rsidRPr="00675D78" w:rsidRDefault="00000000">
      <w:pPr>
        <w:pStyle w:val="KPAbschnitt"/>
        <w:rPr>
          <w:lang w:val="de-DE"/>
        </w:rPr>
      </w:pPr>
      <w:r w:rsidRPr="00675D78">
        <w:rPr>
          <w:lang w:val="de-DE"/>
        </w:rPr>
        <w:t>Was ich darf und was nicht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1300"/>
        <w:gridCol w:w="4000"/>
        <w:gridCol w:w="3726"/>
      </w:tblGrid>
      <w:tr w:rsidR="00F008E3" w14:paraId="3538984D" w14:textId="77777777">
        <w:trPr>
          <w:cantSplit/>
          <w:tblHeader/>
        </w:trPr>
        <w:tc>
          <w:tcPr>
            <w:tcW w:w="1300" w:type="dxa"/>
            <w:shd w:val="clear" w:color="auto" w:fill="0F3D2A"/>
            <w:tcMar>
              <w:top w:w="60" w:type="dxa"/>
              <w:left w:w="90" w:type="dxa"/>
              <w:bottom w:w="60" w:type="dxa"/>
              <w:right w:w="90" w:type="dxa"/>
            </w:tcMar>
          </w:tcPr>
          <w:p w14:paraId="439DE6C8" w14:textId="77777777" w:rsidR="00F008E3" w:rsidRPr="00675D78" w:rsidRDefault="00F008E3">
            <w:pPr>
              <w:spacing w:after="0" w:line="252" w:lineRule="auto"/>
              <w:rPr>
                <w:lang w:val="de-DE"/>
              </w:rPr>
            </w:pPr>
          </w:p>
        </w:tc>
        <w:tc>
          <w:tcPr>
            <w:tcW w:w="4000" w:type="dxa"/>
            <w:shd w:val="clear" w:color="auto" w:fill="0F3D2A"/>
            <w:tcMar>
              <w:top w:w="60" w:type="dxa"/>
              <w:left w:w="90" w:type="dxa"/>
              <w:bottom w:w="60" w:type="dxa"/>
              <w:right w:w="90" w:type="dxa"/>
            </w:tcMar>
          </w:tcPr>
          <w:p w14:paraId="1BAB4F90" w14:textId="77777777" w:rsidR="00F008E3" w:rsidRDefault="00000000">
            <w:pPr>
              <w:spacing w:after="0" w:line="252" w:lineRule="auto"/>
            </w:pPr>
            <w:r>
              <w:rPr>
                <w:rFonts w:ascii="Calibri" w:hAnsi="Calibri"/>
                <w:b/>
                <w:color w:val="FFFFFF"/>
                <w:sz w:val="17"/>
              </w:rPr>
              <w:t xml:space="preserve">Ich </w:t>
            </w:r>
            <w:proofErr w:type="spellStart"/>
            <w:r>
              <w:rPr>
                <w:rFonts w:ascii="Calibri" w:hAnsi="Calibri"/>
                <w:b/>
                <w:color w:val="FFFFFF"/>
                <w:sz w:val="17"/>
              </w:rPr>
              <w:t>darf</w:t>
            </w:r>
            <w:proofErr w:type="spellEnd"/>
          </w:p>
        </w:tc>
        <w:tc>
          <w:tcPr>
            <w:tcW w:w="3726" w:type="dxa"/>
            <w:shd w:val="clear" w:color="auto" w:fill="0F3D2A"/>
            <w:tcMar>
              <w:top w:w="60" w:type="dxa"/>
              <w:left w:w="90" w:type="dxa"/>
              <w:bottom w:w="60" w:type="dxa"/>
              <w:right w:w="90" w:type="dxa"/>
            </w:tcMar>
          </w:tcPr>
          <w:p w14:paraId="1618170A" w14:textId="77777777" w:rsidR="00F008E3" w:rsidRDefault="00000000">
            <w:pPr>
              <w:spacing w:after="0" w:line="252" w:lineRule="auto"/>
            </w:pPr>
            <w:r>
              <w:rPr>
                <w:rFonts w:ascii="Calibri" w:hAnsi="Calibri"/>
                <w:b/>
                <w:color w:val="FFFFFF"/>
                <w:sz w:val="17"/>
              </w:rPr>
              <w:t>Ich darf nicht</w:t>
            </w:r>
          </w:p>
        </w:tc>
      </w:tr>
      <w:tr w:rsidR="00F008E3" w14:paraId="4BA001BD" w14:textId="77777777">
        <w:trPr>
          <w:cantSplit/>
        </w:trPr>
        <w:tc>
          <w:tcPr>
            <w:tcW w:w="1300" w:type="dxa"/>
            <w:tcMar>
              <w:top w:w="60" w:type="dxa"/>
              <w:left w:w="90" w:type="dxa"/>
              <w:bottom w:w="60" w:type="dxa"/>
              <w:right w:w="90" w:type="dxa"/>
            </w:tcMar>
          </w:tcPr>
          <w:p w14:paraId="57378841" w14:textId="77777777" w:rsidR="00F008E3" w:rsidRDefault="00000000">
            <w:pPr>
              <w:spacing w:after="0" w:line="264" w:lineRule="auto"/>
            </w:pPr>
            <w:r>
              <w:rPr>
                <w:b/>
                <w:sz w:val="19"/>
              </w:rPr>
              <w:t>Thema</w:t>
            </w:r>
          </w:p>
        </w:tc>
        <w:tc>
          <w:tcPr>
            <w:tcW w:w="4000" w:type="dxa"/>
            <w:tcMar>
              <w:top w:w="60" w:type="dxa"/>
              <w:left w:w="90" w:type="dxa"/>
              <w:bottom w:w="60" w:type="dxa"/>
              <w:right w:w="90" w:type="dxa"/>
            </w:tcMar>
          </w:tcPr>
          <w:p w14:paraId="08730DFE" w14:textId="77777777" w:rsidR="00F008E3" w:rsidRDefault="00000000">
            <w:pPr>
              <w:spacing w:after="0" w:line="264" w:lineRule="auto"/>
            </w:pPr>
            <w:r>
              <w:rPr>
                <w:sz w:val="19"/>
              </w:rPr>
              <w:t>vorschlagen, eingrenzen, abraten</w:t>
            </w:r>
          </w:p>
        </w:tc>
        <w:tc>
          <w:tcPr>
            <w:tcW w:w="3726" w:type="dxa"/>
            <w:tcMar>
              <w:top w:w="60" w:type="dxa"/>
              <w:left w:w="90" w:type="dxa"/>
              <w:bottom w:w="60" w:type="dxa"/>
              <w:right w:w="90" w:type="dxa"/>
            </w:tcMar>
          </w:tcPr>
          <w:p w14:paraId="40EC7DB9" w14:textId="77777777" w:rsidR="00F008E3" w:rsidRDefault="00000000">
            <w:pPr>
              <w:spacing w:after="0" w:line="264" w:lineRule="auto"/>
            </w:pPr>
            <w:r>
              <w:rPr>
                <w:sz w:val="19"/>
              </w:rPr>
              <w:t>dir das Thema vorgeben</w:t>
            </w:r>
          </w:p>
        </w:tc>
      </w:tr>
      <w:tr w:rsidR="00F008E3" w14:paraId="5B99D889" w14:textId="77777777">
        <w:trPr>
          <w:cantSplit/>
        </w:trPr>
        <w:tc>
          <w:tcPr>
            <w:tcW w:w="1300" w:type="dxa"/>
            <w:shd w:val="clear" w:color="auto" w:fill="F1F4EC"/>
            <w:tcMar>
              <w:top w:w="60" w:type="dxa"/>
              <w:left w:w="90" w:type="dxa"/>
              <w:bottom w:w="60" w:type="dxa"/>
              <w:right w:w="90" w:type="dxa"/>
            </w:tcMar>
          </w:tcPr>
          <w:p w14:paraId="546FA034" w14:textId="77777777" w:rsidR="00F008E3" w:rsidRDefault="00000000">
            <w:pPr>
              <w:spacing w:after="0" w:line="264" w:lineRule="auto"/>
            </w:pPr>
            <w:r>
              <w:rPr>
                <w:b/>
                <w:sz w:val="19"/>
              </w:rPr>
              <w:t>Beratung</w:t>
            </w:r>
          </w:p>
        </w:tc>
        <w:tc>
          <w:tcPr>
            <w:tcW w:w="4000" w:type="dxa"/>
            <w:shd w:val="clear" w:color="auto" w:fill="F1F4EC"/>
            <w:tcMar>
              <w:top w:w="60" w:type="dxa"/>
              <w:left w:w="90" w:type="dxa"/>
              <w:bottom w:w="60" w:type="dxa"/>
              <w:right w:w="90" w:type="dxa"/>
            </w:tcMar>
          </w:tcPr>
          <w:p w14:paraId="5961BDFC" w14:textId="77777777" w:rsidR="00F008E3" w:rsidRPr="00675D78" w:rsidRDefault="00000000">
            <w:pPr>
              <w:spacing w:after="0" w:line="264" w:lineRule="auto"/>
              <w:rPr>
                <w:lang w:val="de-DE"/>
              </w:rPr>
            </w:pPr>
            <w:r w:rsidRPr="00675D78">
              <w:rPr>
                <w:sz w:val="19"/>
                <w:lang w:val="de-DE"/>
              </w:rPr>
              <w:t xml:space="preserve">mündlich beraten, so oft du willst, und dir sagen, wo etwas nicht </w:t>
            </w:r>
            <w:proofErr w:type="gramStart"/>
            <w:r w:rsidRPr="00675D78">
              <w:rPr>
                <w:sz w:val="19"/>
                <w:lang w:val="de-DE"/>
              </w:rPr>
              <w:t>stimmt</w:t>
            </w:r>
            <w:proofErr w:type="gramEnd"/>
          </w:p>
        </w:tc>
        <w:tc>
          <w:tcPr>
            <w:tcW w:w="3726" w:type="dxa"/>
            <w:shd w:val="clear" w:color="auto" w:fill="F1F4EC"/>
            <w:tcMar>
              <w:top w:w="60" w:type="dxa"/>
              <w:left w:w="90" w:type="dxa"/>
              <w:bottom w:w="60" w:type="dxa"/>
              <w:right w:w="90" w:type="dxa"/>
            </w:tcMar>
          </w:tcPr>
          <w:p w14:paraId="15C2573F" w14:textId="77777777" w:rsidR="00F008E3" w:rsidRDefault="00000000">
            <w:pPr>
              <w:spacing w:after="0" w:line="264" w:lineRule="auto"/>
            </w:pPr>
            <w:r>
              <w:rPr>
                <w:sz w:val="19"/>
              </w:rPr>
              <w:t>—</w:t>
            </w:r>
          </w:p>
        </w:tc>
      </w:tr>
      <w:tr w:rsidR="00F008E3" w:rsidRPr="00675D78" w14:paraId="4A12A09B" w14:textId="77777777">
        <w:trPr>
          <w:cantSplit/>
        </w:trPr>
        <w:tc>
          <w:tcPr>
            <w:tcW w:w="1300" w:type="dxa"/>
            <w:tcMar>
              <w:top w:w="60" w:type="dxa"/>
              <w:left w:w="90" w:type="dxa"/>
              <w:bottom w:w="60" w:type="dxa"/>
              <w:right w:w="90" w:type="dxa"/>
            </w:tcMar>
          </w:tcPr>
          <w:p w14:paraId="3814F901" w14:textId="77777777" w:rsidR="00F008E3" w:rsidRDefault="00000000">
            <w:pPr>
              <w:spacing w:after="0" w:line="264" w:lineRule="auto"/>
            </w:pPr>
            <w:r>
              <w:rPr>
                <w:b/>
                <w:sz w:val="19"/>
              </w:rPr>
              <w:t>Entwurf</w:t>
            </w:r>
          </w:p>
        </w:tc>
        <w:tc>
          <w:tcPr>
            <w:tcW w:w="4000" w:type="dxa"/>
            <w:tcMar>
              <w:top w:w="60" w:type="dxa"/>
              <w:left w:w="90" w:type="dxa"/>
              <w:bottom w:w="60" w:type="dxa"/>
              <w:right w:w="90" w:type="dxa"/>
            </w:tcMar>
          </w:tcPr>
          <w:p w14:paraId="17A17129" w14:textId="77777777" w:rsidR="00F008E3" w:rsidRPr="00675D78" w:rsidRDefault="00000000">
            <w:pPr>
              <w:spacing w:after="0" w:line="264" w:lineRule="auto"/>
              <w:rPr>
                <w:lang w:val="de-DE"/>
              </w:rPr>
            </w:pPr>
            <w:r w:rsidRPr="00675D78">
              <w:rPr>
                <w:sz w:val="19"/>
                <w:lang w:val="de-DE"/>
              </w:rPr>
              <w:t>genau eine Fassung lesen und dir dazu Rückmeldung geben</w:t>
            </w:r>
          </w:p>
        </w:tc>
        <w:tc>
          <w:tcPr>
            <w:tcW w:w="3726" w:type="dxa"/>
            <w:tcMar>
              <w:top w:w="60" w:type="dxa"/>
              <w:left w:w="90" w:type="dxa"/>
              <w:bottom w:w="60" w:type="dxa"/>
              <w:right w:w="90" w:type="dxa"/>
            </w:tcMar>
          </w:tcPr>
          <w:p w14:paraId="277EE48C" w14:textId="77777777" w:rsidR="00F008E3" w:rsidRPr="00675D78" w:rsidRDefault="00000000">
            <w:pPr>
              <w:spacing w:after="0" w:line="264" w:lineRule="auto"/>
              <w:rPr>
                <w:lang w:val="de-DE"/>
              </w:rPr>
            </w:pPr>
            <w:r w:rsidRPr="00675D78">
              <w:rPr>
                <w:sz w:val="19"/>
                <w:lang w:val="de-DE"/>
              </w:rPr>
              <w:t>eine zweite Fassung mit Rückmeldung lesen, deinen Entwurf redigieren oder deine Fehler korrigieren</w:t>
            </w:r>
          </w:p>
        </w:tc>
      </w:tr>
    </w:tbl>
    <w:p w14:paraId="47A83AAB" w14:textId="77777777" w:rsidR="00F008E3" w:rsidRPr="00675D78" w:rsidRDefault="00F008E3">
      <w:pPr>
        <w:rPr>
          <w:lang w:val="de-DE"/>
        </w:rPr>
      </w:pPr>
    </w:p>
    <w:p w14:paraId="1BDF7C3A" w14:textId="77777777" w:rsidR="00F008E3" w:rsidRPr="00675D78" w:rsidRDefault="00000000">
      <w:pPr>
        <w:pStyle w:val="KPFlietext"/>
        <w:rPr>
          <w:lang w:val="de-DE"/>
        </w:rPr>
      </w:pPr>
      <w:r w:rsidRPr="00675D78">
        <w:rPr>
          <w:lang w:val="de-DE"/>
        </w:rPr>
        <w:t xml:space="preserve">Rat zu </w:t>
      </w:r>
      <w:proofErr w:type="gramStart"/>
      <w:r w:rsidRPr="00675D78">
        <w:rPr>
          <w:lang w:val="de-DE"/>
        </w:rPr>
        <w:t>suchen</w:t>
      </w:r>
      <w:proofErr w:type="gramEnd"/>
      <w:r w:rsidRPr="00675D78">
        <w:rPr>
          <w:lang w:val="de-DE"/>
        </w:rPr>
        <w:t xml:space="preserve"> kostet dich nie Punkte. Das steht so im Handbuch. Wer nicht fragt, verschenkt etwas.</w:t>
      </w:r>
    </w:p>
    <w:p w14:paraId="67AD8932" w14:textId="77777777" w:rsidR="00F008E3" w:rsidRPr="00675D78" w:rsidRDefault="00000000">
      <w:pPr>
        <w:pStyle w:val="KPAbschnitt"/>
        <w:rPr>
          <w:lang w:val="de-DE"/>
        </w:rPr>
      </w:pPr>
      <w:r w:rsidRPr="00675D78">
        <w:rPr>
          <w:lang w:val="de-DE"/>
        </w:rPr>
        <w:t>Zusammenarbeit</w:t>
      </w:r>
    </w:p>
    <w:p w14:paraId="077531FD" w14:textId="77777777" w:rsidR="00F008E3" w:rsidRPr="00675D78" w:rsidRDefault="00000000">
      <w:pPr>
        <w:pStyle w:val="KPListe"/>
        <w:rPr>
          <w:lang w:val="de-DE"/>
        </w:rPr>
      </w:pPr>
      <w:r w:rsidRPr="00675D78">
        <w:rPr>
          <w:sz w:val="20"/>
          <w:lang w:val="de-DE"/>
        </w:rPr>
        <w:t>— Erwünscht: Ideen entwickeln, Themen besprechen, Quellen austauschen, euch gegenseitig Rückmeldung zu euren Texten geben.</w:t>
      </w:r>
    </w:p>
    <w:p w14:paraId="360B5CD3" w14:textId="77777777" w:rsidR="00F008E3" w:rsidRPr="00675D78" w:rsidRDefault="00000000">
      <w:pPr>
        <w:pStyle w:val="KPListe"/>
        <w:rPr>
          <w:lang w:val="de-DE"/>
        </w:rPr>
      </w:pPr>
      <w:r w:rsidRPr="00675D78">
        <w:rPr>
          <w:sz w:val="20"/>
          <w:lang w:val="de-DE"/>
        </w:rPr>
        <w:t>— Nicht zulässig: eine gemeinsame Arbeit. Jede Erkundungsarbeit ist eine Einzelarbeit.</w:t>
      </w:r>
    </w:p>
    <w:p w14:paraId="6CF4E10B" w14:textId="77777777" w:rsidR="00F008E3" w:rsidRPr="00675D78" w:rsidRDefault="00000000">
      <w:pPr>
        <w:pStyle w:val="KPListe"/>
        <w:rPr>
          <w:lang w:val="de-DE"/>
        </w:rPr>
      </w:pPr>
      <w:r w:rsidRPr="00675D78">
        <w:rPr>
          <w:sz w:val="20"/>
          <w:lang w:val="de-DE"/>
        </w:rPr>
        <w:t>— Messwerte dürft ihr gemeinsam erheben. Jede und jeder sammelt eigene Daten; wenn ihr Gruppendaten zusammenlegt, beschreibt ihr das in der Arbeit.</w:t>
      </w:r>
    </w:p>
    <w:p w14:paraId="096A4D66" w14:textId="77777777" w:rsidR="00F008E3" w:rsidRPr="00675D78" w:rsidRDefault="00000000">
      <w:pPr>
        <w:pStyle w:val="KPListe"/>
        <w:rPr>
          <w:lang w:val="de-DE"/>
        </w:rPr>
      </w:pPr>
      <w:r w:rsidRPr="00675D78">
        <w:rPr>
          <w:sz w:val="20"/>
          <w:lang w:val="de-DE"/>
        </w:rPr>
        <w:t>— Punkte gibt es für deine Leistung bei der Entwicklung der Arbeit – nicht für Ergebnisse, die in der Literatur stehen oder von anderen stammen.</w:t>
      </w:r>
    </w:p>
    <w:p w14:paraId="4E27F2D5" w14:textId="77777777" w:rsidR="00F008E3" w:rsidRPr="00675D78" w:rsidRDefault="00000000">
      <w:pPr>
        <w:pStyle w:val="KPAbschnitt"/>
        <w:rPr>
          <w:lang w:val="de-DE"/>
        </w:rPr>
      </w:pPr>
      <w:r w:rsidRPr="00675D78">
        <w:rPr>
          <w:lang w:val="de-DE"/>
        </w:rPr>
        <w:t>Akademische Redlichkeit</w:t>
      </w:r>
    </w:p>
    <w:p w14:paraId="6D9BB8BB" w14:textId="77777777" w:rsidR="00F008E3" w:rsidRPr="00675D78" w:rsidRDefault="00000000">
      <w:pPr>
        <w:pStyle w:val="KPListe"/>
        <w:rPr>
          <w:lang w:val="de-DE"/>
        </w:rPr>
      </w:pPr>
      <w:r w:rsidRPr="00675D78">
        <w:rPr>
          <w:sz w:val="20"/>
          <w:lang w:val="de-DE"/>
        </w:rPr>
        <w:t>— Alle Quellen werden angegeben – auch für Bilder, Diagramme, Daten und Formeln. Eine anerkannte Zitierweise, einheitlich durchgehalten.</w:t>
      </w:r>
    </w:p>
    <w:p w14:paraId="0A0AD898" w14:textId="77777777" w:rsidR="00F008E3" w:rsidRPr="00675D78" w:rsidRDefault="00000000">
      <w:pPr>
        <w:pStyle w:val="KPListe"/>
        <w:rPr>
          <w:lang w:val="de-DE"/>
        </w:rPr>
      </w:pPr>
      <w:r w:rsidRPr="00675D78">
        <w:rPr>
          <w:sz w:val="20"/>
          <w:lang w:val="de-DE"/>
        </w:rPr>
        <w:lastRenderedPageBreak/>
        <w:t>— Alles, was du konsultiert hast, kommt ins Quellenverzeichnis, auch wenn du es im Text nicht zitierst.</w:t>
      </w:r>
    </w:p>
    <w:p w14:paraId="5D240008" w14:textId="77777777" w:rsidR="00F008E3" w:rsidRPr="00675D78" w:rsidRDefault="00000000">
      <w:pPr>
        <w:pStyle w:val="KPListe"/>
        <w:rPr>
          <w:lang w:val="de-DE"/>
        </w:rPr>
      </w:pPr>
      <w:r w:rsidRPr="00675D78">
        <w:rPr>
          <w:sz w:val="20"/>
          <w:lang w:val="de-DE"/>
        </w:rPr>
        <w:t xml:space="preserve">— Dieselben Daten für Erkundungsarbeit und umfangreichen Fachaufsatz: davon rät die IB ab. Daten aus einem anderen Fach darfst du verwenden, wenn du sie völlig anders auswertest – und es mir </w:t>
      </w:r>
      <w:proofErr w:type="gramStart"/>
      <w:r w:rsidRPr="00675D78">
        <w:rPr>
          <w:sz w:val="20"/>
          <w:lang w:val="de-DE"/>
        </w:rPr>
        <w:t>vorher sagst</w:t>
      </w:r>
      <w:proofErr w:type="gramEnd"/>
      <w:r w:rsidRPr="00675D78">
        <w:rPr>
          <w:sz w:val="20"/>
          <w:lang w:val="de-DE"/>
        </w:rPr>
        <w:t>.</w:t>
      </w:r>
    </w:p>
    <w:p w14:paraId="49221151" w14:textId="77777777" w:rsidR="00F008E3" w:rsidRDefault="00000000">
      <w:pPr>
        <w:pStyle w:val="KPListe"/>
      </w:pPr>
      <w:r w:rsidRPr="00675D78">
        <w:rPr>
          <w:sz w:val="20"/>
          <w:lang w:val="de-DE"/>
        </w:rPr>
        <w:t xml:space="preserve">— Am Ende bestätigst du schriftlich, dass die Arbeit deine eigene und die endgültige Fassung ist. </w:t>
      </w:r>
      <w:proofErr w:type="spellStart"/>
      <w:r>
        <w:rPr>
          <w:sz w:val="20"/>
        </w:rPr>
        <w:t>Danach</w:t>
      </w:r>
      <w:proofErr w:type="spellEnd"/>
      <w:r>
        <w:rPr>
          <w:sz w:val="20"/>
        </w:rPr>
        <w:t xml:space="preserve"> </w:t>
      </w:r>
      <w:proofErr w:type="spellStart"/>
      <w:r>
        <w:rPr>
          <w:sz w:val="20"/>
        </w:rPr>
        <w:t>kann</w:t>
      </w:r>
      <w:proofErr w:type="spellEnd"/>
      <w:r>
        <w:rPr>
          <w:sz w:val="20"/>
        </w:rPr>
        <w:t xml:space="preserve"> </w:t>
      </w:r>
      <w:proofErr w:type="spellStart"/>
      <w:r>
        <w:rPr>
          <w:sz w:val="20"/>
        </w:rPr>
        <w:t>sie</w:t>
      </w:r>
      <w:proofErr w:type="spellEnd"/>
      <w:r>
        <w:rPr>
          <w:sz w:val="20"/>
        </w:rPr>
        <w:t xml:space="preserve"> </w:t>
      </w:r>
      <w:proofErr w:type="spellStart"/>
      <w:r>
        <w:rPr>
          <w:sz w:val="20"/>
        </w:rPr>
        <w:t>nicht</w:t>
      </w:r>
      <w:proofErr w:type="spellEnd"/>
      <w:r>
        <w:rPr>
          <w:sz w:val="20"/>
        </w:rPr>
        <w:t xml:space="preserve"> zurückgezogen werden.</w:t>
      </w:r>
    </w:p>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9026"/>
      </w:tblGrid>
      <w:tr w:rsidR="00F008E3" w14:paraId="7C6DF71E" w14:textId="77777777">
        <w:trPr>
          <w:cantSplit/>
        </w:trPr>
        <w:tc>
          <w:tcPr>
            <w:tcW w:w="9026" w:type="dxa"/>
            <w:tcBorders>
              <w:left w:val="single" w:sz="26" w:space="0" w:color="C0272D"/>
            </w:tcBorders>
            <w:shd w:val="clear" w:color="auto" w:fill="F8E7E7"/>
            <w:tcMar>
              <w:top w:w="150" w:type="dxa"/>
              <w:left w:w="220" w:type="dxa"/>
              <w:bottom w:w="150" w:type="dxa"/>
              <w:right w:w="200" w:type="dxa"/>
            </w:tcMar>
          </w:tcPr>
          <w:p w14:paraId="3AFF252C" w14:textId="77777777" w:rsidR="00F008E3" w:rsidRPr="00675D78" w:rsidRDefault="00000000">
            <w:pPr>
              <w:spacing w:after="80"/>
              <w:rPr>
                <w:lang w:val="de-DE"/>
              </w:rPr>
            </w:pPr>
            <w:r w:rsidRPr="00675D78">
              <w:rPr>
                <w:rFonts w:ascii="Calibri" w:hAnsi="Calibri"/>
                <w:b/>
                <w:color w:val="C0272D"/>
                <w:lang w:val="de-DE"/>
              </w:rPr>
              <w:t>Fremde Arbeiten im Netz</w:t>
            </w:r>
          </w:p>
          <w:p w14:paraId="6941CD2B" w14:textId="77777777" w:rsidR="00F008E3" w:rsidRPr="00675D78" w:rsidRDefault="00000000">
            <w:pPr>
              <w:spacing w:after="60"/>
              <w:rPr>
                <w:lang w:val="de-DE"/>
              </w:rPr>
            </w:pPr>
            <w:r w:rsidRPr="00675D78">
              <w:rPr>
                <w:sz w:val="20"/>
                <w:lang w:val="de-DE"/>
              </w:rPr>
              <w:t>Themenlisten anschauen: erlaubt. Ein Thema, das dort steht, ist nicht verbrannt – es kommt darauf an, was du daraus machst.</w:t>
            </w:r>
          </w:p>
          <w:p w14:paraId="1C68CFB4" w14:textId="77777777" w:rsidR="00F008E3" w:rsidRPr="00675D78" w:rsidRDefault="00000000">
            <w:pPr>
              <w:spacing w:after="60"/>
              <w:rPr>
                <w:lang w:val="de-DE"/>
              </w:rPr>
            </w:pPr>
            <w:r w:rsidRPr="00675D78">
              <w:rPr>
                <w:sz w:val="20"/>
                <w:lang w:val="de-DE"/>
              </w:rPr>
              <w:t>Eine fremde Arbeit als Vorlage für Aufbau, Formulierungen oder Rechenwege benutzen: nicht erlaubt. Das ist der direkte Weg in ein Verfahren wegen akademischen Fehlverhaltens.</w:t>
            </w:r>
          </w:p>
          <w:p w14:paraId="7BF4E123" w14:textId="77777777" w:rsidR="00F008E3" w:rsidRDefault="00000000">
            <w:pPr>
              <w:spacing w:after="60"/>
            </w:pPr>
            <w:r w:rsidRPr="00675D78">
              <w:rPr>
                <w:sz w:val="20"/>
                <w:lang w:val="de-DE"/>
              </w:rPr>
              <w:t xml:space="preserve">Wenn du eine fremde Arbeit gelesen und daraus eine Idee übernommen hast, zitierst du sie. </w:t>
            </w:r>
            <w:r>
              <w:rPr>
                <w:sz w:val="20"/>
              </w:rPr>
              <w:t xml:space="preserve">Das </w:t>
            </w:r>
            <w:proofErr w:type="spellStart"/>
            <w:r>
              <w:rPr>
                <w:sz w:val="20"/>
              </w:rPr>
              <w:t>ist</w:t>
            </w:r>
            <w:proofErr w:type="spellEnd"/>
            <w:r>
              <w:rPr>
                <w:sz w:val="20"/>
              </w:rPr>
              <w:t xml:space="preserve"> </w:t>
            </w:r>
            <w:proofErr w:type="spellStart"/>
            <w:r>
              <w:rPr>
                <w:sz w:val="20"/>
              </w:rPr>
              <w:t>erlaubt</w:t>
            </w:r>
            <w:proofErr w:type="spellEnd"/>
            <w:r>
              <w:rPr>
                <w:sz w:val="20"/>
              </w:rPr>
              <w:t xml:space="preserve"> und kostet keine Punkte.</w:t>
            </w:r>
          </w:p>
        </w:tc>
      </w:tr>
    </w:tbl>
    <w:p w14:paraId="21AE4066" w14:textId="77777777" w:rsidR="00F008E3" w:rsidRDefault="00F008E3"/>
    <w:tbl>
      <w:tblPr>
        <w:tblW w:w="90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9026"/>
      </w:tblGrid>
      <w:tr w:rsidR="00F008E3" w:rsidRPr="00675D78" w14:paraId="06098E8F" w14:textId="77777777">
        <w:trPr>
          <w:cantSplit/>
        </w:trPr>
        <w:tc>
          <w:tcPr>
            <w:tcW w:w="9026" w:type="dxa"/>
            <w:tcBorders>
              <w:left w:val="single" w:sz="26" w:space="0" w:color="E2725B"/>
            </w:tcBorders>
            <w:shd w:val="clear" w:color="auto" w:fill="FDF5F2"/>
            <w:tcMar>
              <w:top w:w="150" w:type="dxa"/>
              <w:left w:w="220" w:type="dxa"/>
              <w:bottom w:w="150" w:type="dxa"/>
              <w:right w:w="200" w:type="dxa"/>
            </w:tcMar>
          </w:tcPr>
          <w:p w14:paraId="34E93E54" w14:textId="77777777" w:rsidR="00F008E3" w:rsidRPr="00675D78" w:rsidRDefault="00000000">
            <w:pPr>
              <w:spacing w:after="80"/>
              <w:rPr>
                <w:lang w:val="de-DE"/>
              </w:rPr>
            </w:pPr>
            <w:r w:rsidRPr="00675D78">
              <w:rPr>
                <w:rFonts w:ascii="Calibri" w:hAnsi="Calibri"/>
                <w:b/>
                <w:color w:val="E2725B"/>
                <w:lang w:val="de-DE"/>
              </w:rPr>
              <w:t>Künstliche Intelligenz</w:t>
            </w:r>
          </w:p>
          <w:p w14:paraId="7308FBF9" w14:textId="77777777" w:rsidR="00F008E3" w:rsidRPr="00675D78" w:rsidRDefault="00000000">
            <w:pPr>
              <w:spacing w:after="60"/>
              <w:rPr>
                <w:lang w:val="de-DE"/>
              </w:rPr>
            </w:pPr>
            <w:r w:rsidRPr="00675D78">
              <w:rPr>
                <w:sz w:val="20"/>
                <w:lang w:val="de-DE"/>
              </w:rPr>
              <w:t>Erlaubt: Ideensuche, ein Verfahren nachschlagen, Sprachkorrektur – so wie ein Wörterbuch oder ein Lehrbuch erlaubt ist.</w:t>
            </w:r>
          </w:p>
          <w:p w14:paraId="3AB76908" w14:textId="77777777" w:rsidR="00F008E3" w:rsidRPr="00675D78" w:rsidRDefault="00000000">
            <w:pPr>
              <w:spacing w:after="60"/>
              <w:rPr>
                <w:lang w:val="de-DE"/>
              </w:rPr>
            </w:pPr>
            <w:r w:rsidRPr="00675D78">
              <w:rPr>
                <w:sz w:val="20"/>
                <w:lang w:val="de-DE"/>
              </w:rPr>
              <w:t>Nicht erlaubt: Mathematik, Argumentation, Reflexion oder Text, die du nicht selbst erzeugt hast und als eigene ausgibst.</w:t>
            </w:r>
          </w:p>
          <w:p w14:paraId="29452F33" w14:textId="77777777" w:rsidR="00F008E3" w:rsidRPr="00675D78" w:rsidRDefault="00000000">
            <w:pPr>
              <w:spacing w:after="60"/>
              <w:rPr>
                <w:lang w:val="de-DE"/>
              </w:rPr>
            </w:pPr>
            <w:r w:rsidRPr="00675D78">
              <w:rPr>
                <w:sz w:val="20"/>
                <w:lang w:val="de-DE"/>
              </w:rPr>
              <w:t>Pflicht: Jede Nutzung, die über Sprachkorrektur hinausgeht, steht im Quellenverzeichnis – mit Werkzeug, Datum und der Frage, die du gestellt hast.</w:t>
            </w:r>
          </w:p>
          <w:p w14:paraId="5E308274" w14:textId="77777777" w:rsidR="00F008E3" w:rsidRPr="00675D78" w:rsidRDefault="00000000">
            <w:pPr>
              <w:spacing w:after="60"/>
              <w:rPr>
                <w:lang w:val="de-DE"/>
              </w:rPr>
            </w:pPr>
            <w:r w:rsidRPr="00675D78">
              <w:rPr>
                <w:sz w:val="20"/>
                <w:lang w:val="de-DE"/>
              </w:rPr>
              <w:t>Die Probe aufs Exempel ist das Abgabegespräch: Du erklärst zwei Stellen deiner Arbeit. Wer seine eigene Mathematik nicht erklären kann, hat ein Problem, das kein Quellenverzeichnis löst.</w:t>
            </w:r>
          </w:p>
        </w:tc>
      </w:tr>
    </w:tbl>
    <w:p w14:paraId="37AEC570" w14:textId="77777777" w:rsidR="00F008E3" w:rsidRPr="00675D78" w:rsidRDefault="00F008E3">
      <w:pPr>
        <w:rPr>
          <w:lang w:val="de-DE"/>
        </w:rPr>
      </w:pPr>
    </w:p>
    <w:p w14:paraId="46D92A16" w14:textId="77777777" w:rsidR="00F008E3" w:rsidRPr="00675D78" w:rsidRDefault="00000000">
      <w:pPr>
        <w:rPr>
          <w:lang w:val="de-DE"/>
        </w:rPr>
      </w:pPr>
      <w:r w:rsidRPr="00675D78">
        <w:rPr>
          <w:lang w:val="de-DE"/>
        </w:rPr>
        <w:br w:type="page"/>
      </w:r>
    </w:p>
    <w:p w14:paraId="14306403" w14:textId="77777777" w:rsidR="00F008E3" w:rsidRPr="00675D78" w:rsidRDefault="00000000">
      <w:pPr>
        <w:pStyle w:val="KPKapitel"/>
        <w:rPr>
          <w:lang w:val="de-DE"/>
        </w:rPr>
      </w:pPr>
      <w:r w:rsidRPr="00675D78">
        <w:rPr>
          <w:color w:val="8FB840"/>
          <w:lang w:val="de-DE"/>
        </w:rPr>
        <w:lastRenderedPageBreak/>
        <w:t xml:space="preserve">M 15   </w:t>
      </w:r>
      <w:r w:rsidRPr="00675D78">
        <w:rPr>
          <w:lang w:val="de-DE"/>
        </w:rPr>
        <w:t>Checkliste vor der Abgabe</w:t>
      </w:r>
    </w:p>
    <w:p w14:paraId="1F798EA6" w14:textId="77777777" w:rsidR="00F008E3" w:rsidRDefault="00000000">
      <w:pPr>
        <w:pStyle w:val="KPKlein"/>
      </w:pPr>
      <w:r w:rsidRPr="00675D78">
        <w:rPr>
          <w:lang w:val="de-DE"/>
        </w:rPr>
        <w:t xml:space="preserve">Die fünf Listen stammen aus den Lehrerhandreichungen der IB – das sind die Punkte, auf die die Prüfer achten. </w:t>
      </w:r>
      <w:proofErr w:type="spellStart"/>
      <w:r>
        <w:t>Geh</w:t>
      </w:r>
      <w:proofErr w:type="spellEnd"/>
      <w:r>
        <w:t xml:space="preserve"> </w:t>
      </w:r>
      <w:proofErr w:type="spellStart"/>
      <w:r>
        <w:t>sie</w:t>
      </w:r>
      <w:proofErr w:type="spellEnd"/>
      <w:r>
        <w:t xml:space="preserve"> </w:t>
      </w:r>
      <w:proofErr w:type="spellStart"/>
      <w:r>
        <w:t>durch</w:t>
      </w:r>
      <w:proofErr w:type="spellEnd"/>
      <w:r>
        <w:t>, bevor du abgibst.</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8426"/>
      </w:tblGrid>
      <w:tr w:rsidR="00F008E3" w14:paraId="20B4DEC7" w14:textId="77777777">
        <w:trPr>
          <w:cantSplit/>
          <w:tblHeader/>
        </w:trPr>
        <w:tc>
          <w:tcPr>
            <w:tcW w:w="600" w:type="dxa"/>
            <w:shd w:val="clear" w:color="auto" w:fill="0F3D2A"/>
            <w:tcMar>
              <w:top w:w="60" w:type="dxa"/>
              <w:left w:w="90" w:type="dxa"/>
              <w:bottom w:w="60" w:type="dxa"/>
              <w:right w:w="90" w:type="dxa"/>
            </w:tcMar>
          </w:tcPr>
          <w:p w14:paraId="15623BB1" w14:textId="77777777" w:rsidR="00F008E3" w:rsidRDefault="00F008E3">
            <w:pPr>
              <w:spacing w:after="0" w:line="252" w:lineRule="auto"/>
            </w:pPr>
          </w:p>
        </w:tc>
        <w:tc>
          <w:tcPr>
            <w:tcW w:w="8426" w:type="dxa"/>
            <w:shd w:val="clear" w:color="auto" w:fill="0F3D2A"/>
            <w:tcMar>
              <w:top w:w="60" w:type="dxa"/>
              <w:left w:w="90" w:type="dxa"/>
              <w:bottom w:w="60" w:type="dxa"/>
              <w:right w:w="90" w:type="dxa"/>
            </w:tcMar>
          </w:tcPr>
          <w:p w14:paraId="7498B06B" w14:textId="77777777" w:rsidR="00F008E3" w:rsidRDefault="00000000">
            <w:pPr>
              <w:spacing w:after="0" w:line="252" w:lineRule="auto"/>
            </w:pPr>
            <w:r>
              <w:rPr>
                <w:rFonts w:ascii="Calibri" w:hAnsi="Calibri"/>
                <w:b/>
                <w:color w:val="FFFFFF"/>
                <w:sz w:val="17"/>
              </w:rPr>
              <w:t>Präsentation (Kriterium A)</w:t>
            </w:r>
          </w:p>
        </w:tc>
      </w:tr>
      <w:tr w:rsidR="00F008E3" w:rsidRPr="00675D78" w14:paraId="0553F9CE" w14:textId="77777777">
        <w:trPr>
          <w:cantSplit/>
        </w:trPr>
        <w:tc>
          <w:tcPr>
            <w:tcW w:w="600" w:type="dxa"/>
            <w:tcMar>
              <w:top w:w="60" w:type="dxa"/>
              <w:left w:w="90" w:type="dxa"/>
              <w:bottom w:w="60" w:type="dxa"/>
              <w:right w:w="90" w:type="dxa"/>
            </w:tcMar>
          </w:tcPr>
          <w:p w14:paraId="55D32CF7"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2170F42C" w14:textId="77777777" w:rsidR="00F008E3" w:rsidRPr="00675D78" w:rsidRDefault="00000000">
            <w:pPr>
              <w:spacing w:after="0" w:line="264" w:lineRule="auto"/>
              <w:rPr>
                <w:lang w:val="de-DE"/>
              </w:rPr>
            </w:pPr>
            <w:r w:rsidRPr="00675D78">
              <w:rPr>
                <w:sz w:val="20"/>
                <w:lang w:val="de-DE"/>
              </w:rPr>
              <w:t>Ich drücke meine Ideen klar aus.</w:t>
            </w:r>
          </w:p>
        </w:tc>
      </w:tr>
      <w:tr w:rsidR="00F008E3" w:rsidRPr="00675D78" w14:paraId="314A54E4" w14:textId="77777777">
        <w:trPr>
          <w:cantSplit/>
        </w:trPr>
        <w:tc>
          <w:tcPr>
            <w:tcW w:w="600" w:type="dxa"/>
            <w:shd w:val="clear" w:color="auto" w:fill="F1F4EC"/>
            <w:tcMar>
              <w:top w:w="60" w:type="dxa"/>
              <w:left w:w="90" w:type="dxa"/>
              <w:bottom w:w="60" w:type="dxa"/>
              <w:right w:w="90" w:type="dxa"/>
            </w:tcMar>
          </w:tcPr>
          <w:p w14:paraId="01A301B2"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6584C36F" w14:textId="77777777" w:rsidR="00F008E3" w:rsidRPr="00675D78" w:rsidRDefault="00000000">
            <w:pPr>
              <w:spacing w:after="0" w:line="264" w:lineRule="auto"/>
              <w:rPr>
                <w:lang w:val="de-DE"/>
              </w:rPr>
            </w:pPr>
            <w:r w:rsidRPr="00675D78">
              <w:rPr>
                <w:sz w:val="20"/>
                <w:lang w:val="de-DE"/>
              </w:rPr>
              <w:t>Ich nenne ein klares Ziel meiner Erkundungsarbeit.</w:t>
            </w:r>
          </w:p>
        </w:tc>
      </w:tr>
      <w:tr w:rsidR="00F008E3" w:rsidRPr="00675D78" w14:paraId="1528295C" w14:textId="77777777">
        <w:trPr>
          <w:cantSplit/>
        </w:trPr>
        <w:tc>
          <w:tcPr>
            <w:tcW w:w="600" w:type="dxa"/>
            <w:tcMar>
              <w:top w:w="60" w:type="dxa"/>
              <w:left w:w="90" w:type="dxa"/>
              <w:bottom w:w="60" w:type="dxa"/>
              <w:right w:w="90" w:type="dxa"/>
            </w:tcMar>
          </w:tcPr>
          <w:p w14:paraId="0BA76C6C"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30F72A8D" w14:textId="77777777" w:rsidR="00F008E3" w:rsidRPr="00675D78" w:rsidRDefault="00000000">
            <w:pPr>
              <w:spacing w:after="0" w:line="264" w:lineRule="auto"/>
              <w:rPr>
                <w:lang w:val="de-DE"/>
              </w:rPr>
            </w:pPr>
            <w:r w:rsidRPr="00675D78">
              <w:rPr>
                <w:sz w:val="20"/>
                <w:lang w:val="de-DE"/>
              </w:rPr>
              <w:t>Ich konzentriere mich auf das Ziel und habe alles Irrelevante gestrichen.</w:t>
            </w:r>
          </w:p>
        </w:tc>
      </w:tr>
      <w:tr w:rsidR="00F008E3" w:rsidRPr="00675D78" w14:paraId="60748795" w14:textId="77777777">
        <w:trPr>
          <w:cantSplit/>
        </w:trPr>
        <w:tc>
          <w:tcPr>
            <w:tcW w:w="600" w:type="dxa"/>
            <w:shd w:val="clear" w:color="auto" w:fill="F1F4EC"/>
            <w:tcMar>
              <w:top w:w="60" w:type="dxa"/>
              <w:left w:w="90" w:type="dxa"/>
              <w:bottom w:w="60" w:type="dxa"/>
              <w:right w:w="90" w:type="dxa"/>
            </w:tcMar>
          </w:tcPr>
          <w:p w14:paraId="40C7627F"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3C1A8531" w14:textId="77777777" w:rsidR="00F008E3" w:rsidRPr="00675D78" w:rsidRDefault="00000000">
            <w:pPr>
              <w:spacing w:after="0" w:line="264" w:lineRule="auto"/>
              <w:rPr>
                <w:lang w:val="de-DE"/>
              </w:rPr>
            </w:pPr>
            <w:r w:rsidRPr="00675D78">
              <w:rPr>
                <w:sz w:val="20"/>
                <w:lang w:val="de-DE"/>
              </w:rPr>
              <w:t>Meine Ideen bauen logisch aufeinander auf.</w:t>
            </w:r>
          </w:p>
        </w:tc>
      </w:tr>
      <w:tr w:rsidR="00F008E3" w:rsidRPr="00675D78" w14:paraId="755C9642" w14:textId="77777777">
        <w:trPr>
          <w:cantSplit/>
        </w:trPr>
        <w:tc>
          <w:tcPr>
            <w:tcW w:w="600" w:type="dxa"/>
            <w:tcMar>
              <w:top w:w="60" w:type="dxa"/>
              <w:left w:w="90" w:type="dxa"/>
              <w:bottom w:w="60" w:type="dxa"/>
              <w:right w:w="90" w:type="dxa"/>
            </w:tcMar>
          </w:tcPr>
          <w:p w14:paraId="718256B6"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3045806D" w14:textId="77777777" w:rsidR="00F008E3" w:rsidRPr="00675D78" w:rsidRDefault="00000000">
            <w:pPr>
              <w:spacing w:after="0" w:line="264" w:lineRule="auto"/>
              <w:rPr>
                <w:lang w:val="de-DE"/>
              </w:rPr>
            </w:pPr>
            <w:r w:rsidRPr="00675D78">
              <w:rPr>
                <w:sz w:val="20"/>
                <w:lang w:val="de-DE"/>
              </w:rPr>
              <w:t>Graphen, Tabellen und Diagramme stehen an den passenden Stellen im Text.</w:t>
            </w:r>
          </w:p>
        </w:tc>
      </w:tr>
      <w:tr w:rsidR="00F008E3" w:rsidRPr="00675D78" w14:paraId="0F32E4BD" w14:textId="77777777">
        <w:trPr>
          <w:cantSplit/>
        </w:trPr>
        <w:tc>
          <w:tcPr>
            <w:tcW w:w="600" w:type="dxa"/>
            <w:shd w:val="clear" w:color="auto" w:fill="F1F4EC"/>
            <w:tcMar>
              <w:top w:w="60" w:type="dxa"/>
              <w:left w:w="90" w:type="dxa"/>
              <w:bottom w:w="60" w:type="dxa"/>
              <w:right w:w="90" w:type="dxa"/>
            </w:tcMar>
          </w:tcPr>
          <w:p w14:paraId="7BFD58CF"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4145008C" w14:textId="77777777" w:rsidR="00F008E3" w:rsidRPr="00675D78" w:rsidRDefault="00000000">
            <w:pPr>
              <w:spacing w:after="0" w:line="264" w:lineRule="auto"/>
              <w:rPr>
                <w:lang w:val="de-DE"/>
              </w:rPr>
            </w:pPr>
            <w:r w:rsidRPr="00675D78">
              <w:rPr>
                <w:sz w:val="20"/>
                <w:lang w:val="de-DE"/>
              </w:rPr>
              <w:t>Ich habe die Arbeit überarbeitet, bis sie leicht verständlich ist – auch für meine Mitschüler.</w:t>
            </w:r>
          </w:p>
        </w:tc>
      </w:tr>
      <w:tr w:rsidR="00F008E3" w:rsidRPr="00675D78" w14:paraId="4DAB467D" w14:textId="77777777">
        <w:trPr>
          <w:cantSplit/>
        </w:trPr>
        <w:tc>
          <w:tcPr>
            <w:tcW w:w="600" w:type="dxa"/>
            <w:tcMar>
              <w:top w:w="60" w:type="dxa"/>
              <w:left w:w="90" w:type="dxa"/>
              <w:bottom w:w="60" w:type="dxa"/>
              <w:right w:w="90" w:type="dxa"/>
            </w:tcMar>
          </w:tcPr>
          <w:p w14:paraId="2E7DCD06"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2B2F3905" w14:textId="77777777" w:rsidR="00F008E3" w:rsidRPr="00675D78" w:rsidRDefault="00000000">
            <w:pPr>
              <w:spacing w:after="0" w:line="264" w:lineRule="auto"/>
              <w:rPr>
                <w:lang w:val="de-DE"/>
              </w:rPr>
            </w:pPr>
            <w:r w:rsidRPr="00675D78">
              <w:rPr>
                <w:sz w:val="20"/>
                <w:lang w:val="de-DE"/>
              </w:rPr>
              <w:t>Ich habe meine Quellen angegeben.</w:t>
            </w:r>
          </w:p>
        </w:tc>
      </w:tr>
    </w:tbl>
    <w:p w14:paraId="3EBC02CD" w14:textId="77777777" w:rsidR="00F008E3" w:rsidRPr="00675D78" w:rsidRDefault="00F008E3">
      <w:pPr>
        <w:rPr>
          <w:lang w:val="de-DE"/>
        </w:rPr>
      </w:pP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8426"/>
      </w:tblGrid>
      <w:tr w:rsidR="00F008E3" w14:paraId="0C596AA3" w14:textId="77777777">
        <w:trPr>
          <w:cantSplit/>
          <w:tblHeader/>
        </w:trPr>
        <w:tc>
          <w:tcPr>
            <w:tcW w:w="600" w:type="dxa"/>
            <w:shd w:val="clear" w:color="auto" w:fill="0F3D2A"/>
            <w:tcMar>
              <w:top w:w="60" w:type="dxa"/>
              <w:left w:w="90" w:type="dxa"/>
              <w:bottom w:w="60" w:type="dxa"/>
              <w:right w:w="90" w:type="dxa"/>
            </w:tcMar>
          </w:tcPr>
          <w:p w14:paraId="4DC440B3" w14:textId="77777777" w:rsidR="00F008E3" w:rsidRPr="00675D78" w:rsidRDefault="00F008E3">
            <w:pPr>
              <w:spacing w:after="0" w:line="252" w:lineRule="auto"/>
              <w:rPr>
                <w:lang w:val="de-DE"/>
              </w:rPr>
            </w:pPr>
          </w:p>
        </w:tc>
        <w:tc>
          <w:tcPr>
            <w:tcW w:w="8426" w:type="dxa"/>
            <w:shd w:val="clear" w:color="auto" w:fill="0F3D2A"/>
            <w:tcMar>
              <w:top w:w="60" w:type="dxa"/>
              <w:left w:w="90" w:type="dxa"/>
              <w:bottom w:w="60" w:type="dxa"/>
              <w:right w:w="90" w:type="dxa"/>
            </w:tcMar>
          </w:tcPr>
          <w:p w14:paraId="7CF2DEC7" w14:textId="77777777" w:rsidR="00F008E3" w:rsidRDefault="00000000">
            <w:pPr>
              <w:spacing w:after="0" w:line="252" w:lineRule="auto"/>
            </w:pPr>
            <w:proofErr w:type="spellStart"/>
            <w:r>
              <w:rPr>
                <w:rFonts w:ascii="Calibri" w:hAnsi="Calibri"/>
                <w:b/>
                <w:color w:val="FFFFFF"/>
                <w:sz w:val="17"/>
              </w:rPr>
              <w:t>Mathematische</w:t>
            </w:r>
            <w:proofErr w:type="spellEnd"/>
            <w:r>
              <w:rPr>
                <w:rFonts w:ascii="Calibri" w:hAnsi="Calibri"/>
                <w:b/>
                <w:color w:val="FFFFFF"/>
                <w:sz w:val="17"/>
              </w:rPr>
              <w:t xml:space="preserve"> </w:t>
            </w:r>
            <w:proofErr w:type="spellStart"/>
            <w:r>
              <w:rPr>
                <w:rFonts w:ascii="Calibri" w:hAnsi="Calibri"/>
                <w:b/>
                <w:color w:val="FFFFFF"/>
                <w:sz w:val="17"/>
              </w:rPr>
              <w:t>Kommunikation</w:t>
            </w:r>
            <w:proofErr w:type="spellEnd"/>
            <w:r>
              <w:rPr>
                <w:rFonts w:ascii="Calibri" w:hAnsi="Calibri"/>
                <w:b/>
                <w:color w:val="FFFFFF"/>
                <w:sz w:val="17"/>
              </w:rPr>
              <w:t xml:space="preserve"> (</w:t>
            </w:r>
            <w:proofErr w:type="spellStart"/>
            <w:r>
              <w:rPr>
                <w:rFonts w:ascii="Calibri" w:hAnsi="Calibri"/>
                <w:b/>
                <w:color w:val="FFFFFF"/>
                <w:sz w:val="17"/>
              </w:rPr>
              <w:t>Kriterium</w:t>
            </w:r>
            <w:proofErr w:type="spellEnd"/>
            <w:r>
              <w:rPr>
                <w:rFonts w:ascii="Calibri" w:hAnsi="Calibri"/>
                <w:b/>
                <w:color w:val="FFFFFF"/>
                <w:sz w:val="17"/>
              </w:rPr>
              <w:t xml:space="preserve"> B)</w:t>
            </w:r>
          </w:p>
        </w:tc>
      </w:tr>
      <w:tr w:rsidR="00F008E3" w:rsidRPr="00675D78" w14:paraId="5C96D891" w14:textId="77777777">
        <w:trPr>
          <w:cantSplit/>
        </w:trPr>
        <w:tc>
          <w:tcPr>
            <w:tcW w:w="600" w:type="dxa"/>
            <w:tcMar>
              <w:top w:w="60" w:type="dxa"/>
              <w:left w:w="90" w:type="dxa"/>
              <w:bottom w:w="60" w:type="dxa"/>
              <w:right w:w="90" w:type="dxa"/>
            </w:tcMar>
          </w:tcPr>
          <w:p w14:paraId="5D5CA9BB"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46E865D1" w14:textId="77777777" w:rsidR="00F008E3" w:rsidRPr="00675D78" w:rsidRDefault="00000000">
            <w:pPr>
              <w:spacing w:after="0" w:line="264" w:lineRule="auto"/>
              <w:rPr>
                <w:lang w:val="de-DE"/>
              </w:rPr>
            </w:pPr>
            <w:r w:rsidRPr="00675D78">
              <w:rPr>
                <w:sz w:val="20"/>
                <w:lang w:val="de-DE"/>
              </w:rPr>
              <w:t>Ich verwende geeignete mathematische Sprache und Darstellungsweise.</w:t>
            </w:r>
          </w:p>
        </w:tc>
      </w:tr>
      <w:tr w:rsidR="00F008E3" w:rsidRPr="00675D78" w14:paraId="6E732012" w14:textId="77777777">
        <w:trPr>
          <w:cantSplit/>
        </w:trPr>
        <w:tc>
          <w:tcPr>
            <w:tcW w:w="600" w:type="dxa"/>
            <w:shd w:val="clear" w:color="auto" w:fill="F1F4EC"/>
            <w:tcMar>
              <w:top w:w="60" w:type="dxa"/>
              <w:left w:w="90" w:type="dxa"/>
              <w:bottom w:w="60" w:type="dxa"/>
              <w:right w:w="90" w:type="dxa"/>
            </w:tcMar>
          </w:tcPr>
          <w:p w14:paraId="21FF241F"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54196CE3" w14:textId="77777777" w:rsidR="00F008E3" w:rsidRPr="00675D78" w:rsidRDefault="00000000">
            <w:pPr>
              <w:spacing w:after="0" w:line="264" w:lineRule="auto"/>
              <w:rPr>
                <w:lang w:val="de-DE"/>
              </w:rPr>
            </w:pPr>
            <w:r w:rsidRPr="00675D78">
              <w:rPr>
                <w:sz w:val="20"/>
                <w:lang w:val="de-DE"/>
              </w:rPr>
              <w:t>Ich habe Schlüsselbegriffe und Variablen definiert, wo es nötig war.</w:t>
            </w:r>
          </w:p>
        </w:tc>
      </w:tr>
      <w:tr w:rsidR="00F008E3" w:rsidRPr="00675D78" w14:paraId="3F3AAE9C" w14:textId="77777777">
        <w:trPr>
          <w:cantSplit/>
        </w:trPr>
        <w:tc>
          <w:tcPr>
            <w:tcW w:w="600" w:type="dxa"/>
            <w:tcMar>
              <w:top w:w="60" w:type="dxa"/>
              <w:left w:w="90" w:type="dxa"/>
              <w:bottom w:w="60" w:type="dxa"/>
              <w:right w:w="90" w:type="dxa"/>
            </w:tcMar>
          </w:tcPr>
          <w:p w14:paraId="51A24A0D"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59FFA3C5" w14:textId="77777777" w:rsidR="00F008E3" w:rsidRPr="00675D78" w:rsidRDefault="00000000">
            <w:pPr>
              <w:spacing w:after="0" w:line="264" w:lineRule="auto"/>
              <w:rPr>
                <w:lang w:val="de-DE"/>
              </w:rPr>
            </w:pPr>
            <w:r w:rsidRPr="00675D78">
              <w:rPr>
                <w:sz w:val="20"/>
                <w:lang w:val="de-DE"/>
              </w:rPr>
              <w:t>Ich habe geeignete mathematische Hilfsmittel gewählt.</w:t>
            </w:r>
          </w:p>
        </w:tc>
      </w:tr>
      <w:tr w:rsidR="00F008E3" w:rsidRPr="00675D78" w14:paraId="58D49D20" w14:textId="77777777">
        <w:trPr>
          <w:cantSplit/>
        </w:trPr>
        <w:tc>
          <w:tcPr>
            <w:tcW w:w="600" w:type="dxa"/>
            <w:shd w:val="clear" w:color="auto" w:fill="F1F4EC"/>
            <w:tcMar>
              <w:top w:w="60" w:type="dxa"/>
              <w:left w:w="90" w:type="dxa"/>
              <w:bottom w:w="60" w:type="dxa"/>
              <w:right w:w="90" w:type="dxa"/>
            </w:tcMar>
          </w:tcPr>
          <w:p w14:paraId="49495BAE"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1E4F0737" w14:textId="77777777" w:rsidR="00F008E3" w:rsidRPr="00675D78" w:rsidRDefault="00000000">
            <w:pPr>
              <w:spacing w:after="0" w:line="264" w:lineRule="auto"/>
              <w:rPr>
                <w:lang w:val="de-DE"/>
              </w:rPr>
            </w:pPr>
            <w:r w:rsidRPr="00675D78">
              <w:rPr>
                <w:sz w:val="20"/>
                <w:lang w:val="de-DE"/>
              </w:rPr>
              <w:t>Meine Beweise und Herleitungen sind logisch aufgebaut.</w:t>
            </w:r>
          </w:p>
        </w:tc>
      </w:tr>
      <w:tr w:rsidR="00F008E3" w:rsidRPr="00675D78" w14:paraId="41F6AA5E" w14:textId="77777777">
        <w:trPr>
          <w:cantSplit/>
        </w:trPr>
        <w:tc>
          <w:tcPr>
            <w:tcW w:w="600" w:type="dxa"/>
            <w:tcMar>
              <w:top w:w="60" w:type="dxa"/>
              <w:left w:w="90" w:type="dxa"/>
              <w:bottom w:w="60" w:type="dxa"/>
              <w:right w:w="90" w:type="dxa"/>
            </w:tcMar>
          </w:tcPr>
          <w:p w14:paraId="6F9CADC9"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68C3FE10" w14:textId="77777777" w:rsidR="00F008E3" w:rsidRPr="00675D78" w:rsidRDefault="00000000">
            <w:pPr>
              <w:spacing w:after="0" w:line="264" w:lineRule="auto"/>
              <w:rPr>
                <w:lang w:val="de-DE"/>
              </w:rPr>
            </w:pPr>
            <w:r w:rsidRPr="00675D78">
              <w:rPr>
                <w:sz w:val="20"/>
                <w:lang w:val="de-DE"/>
              </w:rPr>
              <w:t>Meine Ergebnisse stehen in angemessener Genauigkeit da.</w:t>
            </w:r>
          </w:p>
        </w:tc>
      </w:tr>
    </w:tbl>
    <w:p w14:paraId="2EF2A9F9" w14:textId="77777777" w:rsidR="00F008E3" w:rsidRPr="00675D78" w:rsidRDefault="00F008E3">
      <w:pPr>
        <w:rPr>
          <w:lang w:val="de-DE"/>
        </w:rPr>
      </w:pP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8426"/>
      </w:tblGrid>
      <w:tr w:rsidR="00F008E3" w14:paraId="0A99D7D9" w14:textId="77777777">
        <w:trPr>
          <w:cantSplit/>
          <w:tblHeader/>
        </w:trPr>
        <w:tc>
          <w:tcPr>
            <w:tcW w:w="600" w:type="dxa"/>
            <w:shd w:val="clear" w:color="auto" w:fill="0F3D2A"/>
            <w:tcMar>
              <w:top w:w="60" w:type="dxa"/>
              <w:left w:w="90" w:type="dxa"/>
              <w:bottom w:w="60" w:type="dxa"/>
              <w:right w:w="90" w:type="dxa"/>
            </w:tcMar>
          </w:tcPr>
          <w:p w14:paraId="2E6F766C" w14:textId="77777777" w:rsidR="00F008E3" w:rsidRPr="00675D78" w:rsidRDefault="00F008E3">
            <w:pPr>
              <w:spacing w:after="0" w:line="252" w:lineRule="auto"/>
              <w:rPr>
                <w:lang w:val="de-DE"/>
              </w:rPr>
            </w:pPr>
          </w:p>
        </w:tc>
        <w:tc>
          <w:tcPr>
            <w:tcW w:w="8426" w:type="dxa"/>
            <w:shd w:val="clear" w:color="auto" w:fill="0F3D2A"/>
            <w:tcMar>
              <w:top w:w="60" w:type="dxa"/>
              <w:left w:w="90" w:type="dxa"/>
              <w:bottom w:w="60" w:type="dxa"/>
              <w:right w:w="90" w:type="dxa"/>
            </w:tcMar>
          </w:tcPr>
          <w:p w14:paraId="051ED339" w14:textId="77777777" w:rsidR="00F008E3" w:rsidRDefault="00000000">
            <w:pPr>
              <w:spacing w:after="0" w:line="252" w:lineRule="auto"/>
            </w:pPr>
            <w:proofErr w:type="spellStart"/>
            <w:r>
              <w:rPr>
                <w:rFonts w:ascii="Calibri" w:hAnsi="Calibri"/>
                <w:b/>
                <w:color w:val="FFFFFF"/>
                <w:sz w:val="17"/>
              </w:rPr>
              <w:t>Persönlicher</w:t>
            </w:r>
            <w:proofErr w:type="spellEnd"/>
            <w:r>
              <w:rPr>
                <w:rFonts w:ascii="Calibri" w:hAnsi="Calibri"/>
                <w:b/>
                <w:color w:val="FFFFFF"/>
                <w:sz w:val="17"/>
              </w:rPr>
              <w:t xml:space="preserve"> </w:t>
            </w:r>
            <w:proofErr w:type="spellStart"/>
            <w:r>
              <w:rPr>
                <w:rFonts w:ascii="Calibri" w:hAnsi="Calibri"/>
                <w:b/>
                <w:color w:val="FFFFFF"/>
                <w:sz w:val="17"/>
              </w:rPr>
              <w:t>Einsatz</w:t>
            </w:r>
            <w:proofErr w:type="spellEnd"/>
            <w:r>
              <w:rPr>
                <w:rFonts w:ascii="Calibri" w:hAnsi="Calibri"/>
                <w:b/>
                <w:color w:val="FFFFFF"/>
                <w:sz w:val="17"/>
              </w:rPr>
              <w:t xml:space="preserve"> (</w:t>
            </w:r>
            <w:proofErr w:type="spellStart"/>
            <w:r>
              <w:rPr>
                <w:rFonts w:ascii="Calibri" w:hAnsi="Calibri"/>
                <w:b/>
                <w:color w:val="FFFFFF"/>
                <w:sz w:val="17"/>
              </w:rPr>
              <w:t>Kriterium</w:t>
            </w:r>
            <w:proofErr w:type="spellEnd"/>
            <w:r>
              <w:rPr>
                <w:rFonts w:ascii="Calibri" w:hAnsi="Calibri"/>
                <w:b/>
                <w:color w:val="FFFFFF"/>
                <w:sz w:val="17"/>
              </w:rPr>
              <w:t xml:space="preserve"> C)</w:t>
            </w:r>
          </w:p>
        </w:tc>
      </w:tr>
      <w:tr w:rsidR="00F008E3" w:rsidRPr="00675D78" w14:paraId="14E8A96E" w14:textId="77777777">
        <w:trPr>
          <w:cantSplit/>
        </w:trPr>
        <w:tc>
          <w:tcPr>
            <w:tcW w:w="600" w:type="dxa"/>
            <w:tcMar>
              <w:top w:w="60" w:type="dxa"/>
              <w:left w:w="90" w:type="dxa"/>
              <w:bottom w:w="60" w:type="dxa"/>
              <w:right w:w="90" w:type="dxa"/>
            </w:tcMar>
          </w:tcPr>
          <w:p w14:paraId="4AFA64C4"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02F8913E" w14:textId="77777777" w:rsidR="00F008E3" w:rsidRPr="00675D78" w:rsidRDefault="00000000">
            <w:pPr>
              <w:spacing w:after="0" w:line="264" w:lineRule="auto"/>
              <w:rPr>
                <w:lang w:val="de-DE"/>
              </w:rPr>
            </w:pPr>
            <w:r w:rsidRPr="00675D78">
              <w:rPr>
                <w:sz w:val="20"/>
                <w:lang w:val="de-DE"/>
              </w:rPr>
              <w:t>Ich stelle Fragen, äußere Vermutungen und erforsche mathematische Ideen.</w:t>
            </w:r>
          </w:p>
        </w:tc>
      </w:tr>
      <w:tr w:rsidR="00F008E3" w:rsidRPr="00675D78" w14:paraId="338076A4" w14:textId="77777777">
        <w:trPr>
          <w:cantSplit/>
        </w:trPr>
        <w:tc>
          <w:tcPr>
            <w:tcW w:w="600" w:type="dxa"/>
            <w:shd w:val="clear" w:color="auto" w:fill="F1F4EC"/>
            <w:tcMar>
              <w:top w:w="60" w:type="dxa"/>
              <w:left w:w="90" w:type="dxa"/>
              <w:bottom w:w="60" w:type="dxa"/>
              <w:right w:w="90" w:type="dxa"/>
            </w:tcMar>
          </w:tcPr>
          <w:p w14:paraId="3CB89364"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0FFB372D" w14:textId="77777777" w:rsidR="00F008E3" w:rsidRPr="00675D78" w:rsidRDefault="00000000">
            <w:pPr>
              <w:spacing w:after="0" w:line="264" w:lineRule="auto"/>
              <w:rPr>
                <w:lang w:val="de-DE"/>
              </w:rPr>
            </w:pPr>
            <w:r w:rsidRPr="00675D78">
              <w:rPr>
                <w:sz w:val="20"/>
                <w:lang w:val="de-DE"/>
              </w:rPr>
              <w:t>Ich habe zu meinem Thema gelesen.</w:t>
            </w:r>
          </w:p>
        </w:tc>
      </w:tr>
      <w:tr w:rsidR="00F008E3" w:rsidRPr="00675D78" w14:paraId="72AA3E48" w14:textId="77777777">
        <w:trPr>
          <w:cantSplit/>
        </w:trPr>
        <w:tc>
          <w:tcPr>
            <w:tcW w:w="600" w:type="dxa"/>
            <w:tcMar>
              <w:top w:w="60" w:type="dxa"/>
              <w:left w:w="90" w:type="dxa"/>
              <w:bottom w:w="60" w:type="dxa"/>
              <w:right w:w="90" w:type="dxa"/>
            </w:tcMar>
          </w:tcPr>
          <w:p w14:paraId="62543B61"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5476F538" w14:textId="77777777" w:rsidR="00F008E3" w:rsidRPr="00675D78" w:rsidRDefault="00000000">
            <w:pPr>
              <w:spacing w:after="0" w:line="264" w:lineRule="auto"/>
              <w:rPr>
                <w:lang w:val="de-DE"/>
              </w:rPr>
            </w:pPr>
            <w:r w:rsidRPr="00675D78">
              <w:rPr>
                <w:sz w:val="20"/>
                <w:lang w:val="de-DE"/>
              </w:rPr>
              <w:t>Ich habe ein eigenes mathematisches Modell für eine reale Situation gesucht oder erstellt.</w:t>
            </w:r>
          </w:p>
        </w:tc>
      </w:tr>
      <w:tr w:rsidR="00F008E3" w:rsidRPr="00675D78" w14:paraId="35066D16" w14:textId="77777777">
        <w:trPr>
          <w:cantSplit/>
        </w:trPr>
        <w:tc>
          <w:tcPr>
            <w:tcW w:w="600" w:type="dxa"/>
            <w:shd w:val="clear" w:color="auto" w:fill="F1F4EC"/>
            <w:tcMar>
              <w:top w:w="60" w:type="dxa"/>
              <w:left w:w="90" w:type="dxa"/>
              <w:bottom w:w="60" w:type="dxa"/>
              <w:right w:w="90" w:type="dxa"/>
            </w:tcMar>
          </w:tcPr>
          <w:p w14:paraId="0824414D"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71E9E516" w14:textId="77777777" w:rsidR="00F008E3" w:rsidRPr="00675D78" w:rsidRDefault="00000000">
            <w:pPr>
              <w:spacing w:after="0" w:line="264" w:lineRule="auto"/>
              <w:rPr>
                <w:lang w:val="de-DE"/>
              </w:rPr>
            </w:pPr>
            <w:r w:rsidRPr="00675D78">
              <w:rPr>
                <w:sz w:val="20"/>
                <w:lang w:val="de-DE"/>
              </w:rPr>
              <w:t>Ich habe historische oder globale Perspektiven berücksichtigt, wo es passt.</w:t>
            </w:r>
          </w:p>
        </w:tc>
      </w:tr>
      <w:tr w:rsidR="00F008E3" w:rsidRPr="00675D78" w14:paraId="343B61FC" w14:textId="77777777">
        <w:trPr>
          <w:cantSplit/>
        </w:trPr>
        <w:tc>
          <w:tcPr>
            <w:tcW w:w="600" w:type="dxa"/>
            <w:tcMar>
              <w:top w:w="60" w:type="dxa"/>
              <w:left w:w="90" w:type="dxa"/>
              <w:bottom w:w="60" w:type="dxa"/>
              <w:right w:w="90" w:type="dxa"/>
            </w:tcMar>
          </w:tcPr>
          <w:p w14:paraId="5293B4A4"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0785D4A5" w14:textId="77777777" w:rsidR="00F008E3" w:rsidRPr="00675D78" w:rsidRDefault="00000000">
            <w:pPr>
              <w:spacing w:after="0" w:line="264" w:lineRule="auto"/>
              <w:rPr>
                <w:lang w:val="de-DE"/>
              </w:rPr>
            </w:pPr>
            <w:r w:rsidRPr="00675D78">
              <w:rPr>
                <w:sz w:val="20"/>
                <w:lang w:val="de-DE"/>
              </w:rPr>
              <w:t>Ich habe mich mit Mathematik beschäftigt, die mir nicht vertraut war.</w:t>
            </w:r>
          </w:p>
        </w:tc>
      </w:tr>
    </w:tbl>
    <w:p w14:paraId="652AC22F" w14:textId="77777777" w:rsidR="00F008E3" w:rsidRPr="00675D78" w:rsidRDefault="00F008E3">
      <w:pPr>
        <w:rPr>
          <w:lang w:val="de-DE"/>
        </w:rPr>
      </w:pP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8426"/>
      </w:tblGrid>
      <w:tr w:rsidR="00F008E3" w14:paraId="44F0A60A" w14:textId="77777777">
        <w:trPr>
          <w:cantSplit/>
          <w:tblHeader/>
        </w:trPr>
        <w:tc>
          <w:tcPr>
            <w:tcW w:w="600" w:type="dxa"/>
            <w:shd w:val="clear" w:color="auto" w:fill="0F3D2A"/>
            <w:tcMar>
              <w:top w:w="60" w:type="dxa"/>
              <w:left w:w="90" w:type="dxa"/>
              <w:bottom w:w="60" w:type="dxa"/>
              <w:right w:w="90" w:type="dxa"/>
            </w:tcMar>
          </w:tcPr>
          <w:p w14:paraId="34686369" w14:textId="77777777" w:rsidR="00F008E3" w:rsidRPr="00675D78" w:rsidRDefault="00F008E3">
            <w:pPr>
              <w:spacing w:after="0" w:line="252" w:lineRule="auto"/>
              <w:rPr>
                <w:lang w:val="de-DE"/>
              </w:rPr>
            </w:pPr>
          </w:p>
        </w:tc>
        <w:tc>
          <w:tcPr>
            <w:tcW w:w="8426" w:type="dxa"/>
            <w:shd w:val="clear" w:color="auto" w:fill="0F3D2A"/>
            <w:tcMar>
              <w:top w:w="60" w:type="dxa"/>
              <w:left w:w="90" w:type="dxa"/>
              <w:bottom w:w="60" w:type="dxa"/>
              <w:right w:w="90" w:type="dxa"/>
            </w:tcMar>
          </w:tcPr>
          <w:p w14:paraId="23BA80EC" w14:textId="77777777" w:rsidR="00F008E3" w:rsidRDefault="00000000">
            <w:pPr>
              <w:spacing w:after="0" w:line="252" w:lineRule="auto"/>
            </w:pPr>
            <w:proofErr w:type="spellStart"/>
            <w:r>
              <w:rPr>
                <w:rFonts w:ascii="Calibri" w:hAnsi="Calibri"/>
                <w:b/>
                <w:color w:val="FFFFFF"/>
                <w:sz w:val="17"/>
              </w:rPr>
              <w:t>Reflexion</w:t>
            </w:r>
            <w:proofErr w:type="spellEnd"/>
            <w:r>
              <w:rPr>
                <w:rFonts w:ascii="Calibri" w:hAnsi="Calibri"/>
                <w:b/>
                <w:color w:val="FFFFFF"/>
                <w:sz w:val="17"/>
              </w:rPr>
              <w:t xml:space="preserve"> (</w:t>
            </w:r>
            <w:proofErr w:type="spellStart"/>
            <w:r>
              <w:rPr>
                <w:rFonts w:ascii="Calibri" w:hAnsi="Calibri"/>
                <w:b/>
                <w:color w:val="FFFFFF"/>
                <w:sz w:val="17"/>
              </w:rPr>
              <w:t>Kriterium</w:t>
            </w:r>
            <w:proofErr w:type="spellEnd"/>
            <w:r>
              <w:rPr>
                <w:rFonts w:ascii="Calibri" w:hAnsi="Calibri"/>
                <w:b/>
                <w:color w:val="FFFFFF"/>
                <w:sz w:val="17"/>
              </w:rPr>
              <w:t xml:space="preserve"> D)</w:t>
            </w:r>
          </w:p>
        </w:tc>
      </w:tr>
      <w:tr w:rsidR="00F008E3" w:rsidRPr="00675D78" w14:paraId="6CB35A06" w14:textId="77777777">
        <w:trPr>
          <w:cantSplit/>
        </w:trPr>
        <w:tc>
          <w:tcPr>
            <w:tcW w:w="600" w:type="dxa"/>
            <w:tcMar>
              <w:top w:w="60" w:type="dxa"/>
              <w:left w:w="90" w:type="dxa"/>
              <w:bottom w:w="60" w:type="dxa"/>
              <w:right w:w="90" w:type="dxa"/>
            </w:tcMar>
          </w:tcPr>
          <w:p w14:paraId="5F1EB256"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37AC6BE1" w14:textId="77777777" w:rsidR="00F008E3" w:rsidRPr="00675D78" w:rsidRDefault="00000000">
            <w:pPr>
              <w:spacing w:after="0" w:line="264" w:lineRule="auto"/>
              <w:rPr>
                <w:lang w:val="de-DE"/>
              </w:rPr>
            </w:pPr>
            <w:r w:rsidRPr="00675D78">
              <w:rPr>
                <w:sz w:val="20"/>
                <w:lang w:val="de-DE"/>
              </w:rPr>
              <w:t>Ich erörtere, welche Folgerungen sich aus meinen Ergebnissen ergeben.</w:t>
            </w:r>
          </w:p>
        </w:tc>
      </w:tr>
      <w:tr w:rsidR="00F008E3" w:rsidRPr="00675D78" w14:paraId="7EE6A153" w14:textId="77777777">
        <w:trPr>
          <w:cantSplit/>
        </w:trPr>
        <w:tc>
          <w:tcPr>
            <w:tcW w:w="600" w:type="dxa"/>
            <w:shd w:val="clear" w:color="auto" w:fill="F1F4EC"/>
            <w:tcMar>
              <w:top w:w="60" w:type="dxa"/>
              <w:left w:w="90" w:type="dxa"/>
              <w:bottom w:w="60" w:type="dxa"/>
              <w:right w:w="90" w:type="dxa"/>
            </w:tcMar>
          </w:tcPr>
          <w:p w14:paraId="3791765E"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6276B40F" w14:textId="77777777" w:rsidR="00F008E3" w:rsidRPr="00675D78" w:rsidRDefault="00000000">
            <w:pPr>
              <w:spacing w:after="0" w:line="264" w:lineRule="auto"/>
              <w:rPr>
                <w:lang w:val="de-DE"/>
              </w:rPr>
            </w:pPr>
            <w:r w:rsidRPr="00675D78">
              <w:rPr>
                <w:sz w:val="20"/>
                <w:lang w:val="de-DE"/>
              </w:rPr>
              <w:t>Ich mache mir Gedanken über die mögliche Bedeutung meiner Arbeit.</w:t>
            </w:r>
          </w:p>
        </w:tc>
      </w:tr>
      <w:tr w:rsidR="00F008E3" w:rsidRPr="00675D78" w14:paraId="50F30F85" w14:textId="77777777">
        <w:trPr>
          <w:cantSplit/>
        </w:trPr>
        <w:tc>
          <w:tcPr>
            <w:tcW w:w="600" w:type="dxa"/>
            <w:tcMar>
              <w:top w:w="60" w:type="dxa"/>
              <w:left w:w="90" w:type="dxa"/>
              <w:bottom w:w="60" w:type="dxa"/>
              <w:right w:w="90" w:type="dxa"/>
            </w:tcMar>
          </w:tcPr>
          <w:p w14:paraId="70C7F359"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41CF8376" w14:textId="77777777" w:rsidR="00F008E3" w:rsidRPr="00675D78" w:rsidRDefault="00000000">
            <w:pPr>
              <w:spacing w:after="0" w:line="264" w:lineRule="auto"/>
              <w:rPr>
                <w:lang w:val="de-DE"/>
              </w:rPr>
            </w:pPr>
            <w:r w:rsidRPr="00675D78">
              <w:rPr>
                <w:sz w:val="20"/>
                <w:lang w:val="de-DE"/>
              </w:rPr>
              <w:t>Ich betrachte Einschränkungen und Erweiterungen.</w:t>
            </w:r>
          </w:p>
        </w:tc>
      </w:tr>
      <w:tr w:rsidR="00F008E3" w:rsidRPr="00675D78" w14:paraId="317D9657" w14:textId="77777777">
        <w:trPr>
          <w:cantSplit/>
        </w:trPr>
        <w:tc>
          <w:tcPr>
            <w:tcW w:w="600" w:type="dxa"/>
            <w:shd w:val="clear" w:color="auto" w:fill="F1F4EC"/>
            <w:tcMar>
              <w:top w:w="60" w:type="dxa"/>
              <w:left w:w="90" w:type="dxa"/>
              <w:bottom w:w="60" w:type="dxa"/>
              <w:right w:w="90" w:type="dxa"/>
            </w:tcMar>
          </w:tcPr>
          <w:p w14:paraId="17A7505D"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08C2BA9C" w14:textId="77777777" w:rsidR="00F008E3" w:rsidRPr="00675D78" w:rsidRDefault="00000000">
            <w:pPr>
              <w:spacing w:after="0" w:line="264" w:lineRule="auto"/>
              <w:rPr>
                <w:lang w:val="de-DE"/>
              </w:rPr>
            </w:pPr>
            <w:r w:rsidRPr="00675D78">
              <w:rPr>
                <w:sz w:val="20"/>
                <w:lang w:val="de-DE"/>
              </w:rPr>
              <w:t>Ich stelle Verbindungen zu anderen Bereichen der Mathematik her.</w:t>
            </w:r>
          </w:p>
        </w:tc>
      </w:tr>
      <w:tr w:rsidR="00F008E3" w:rsidRPr="00675D78" w14:paraId="78DB0F8E" w14:textId="77777777">
        <w:trPr>
          <w:cantSplit/>
        </w:trPr>
        <w:tc>
          <w:tcPr>
            <w:tcW w:w="600" w:type="dxa"/>
            <w:tcMar>
              <w:top w:w="60" w:type="dxa"/>
              <w:left w:w="90" w:type="dxa"/>
              <w:bottom w:w="60" w:type="dxa"/>
              <w:right w:w="90" w:type="dxa"/>
            </w:tcMar>
          </w:tcPr>
          <w:p w14:paraId="39FD4CC4"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4576C7C8" w14:textId="77777777" w:rsidR="00F008E3" w:rsidRPr="00675D78" w:rsidRDefault="00000000">
            <w:pPr>
              <w:spacing w:after="0" w:line="264" w:lineRule="auto"/>
              <w:rPr>
                <w:lang w:val="de-DE"/>
              </w:rPr>
            </w:pPr>
            <w:r w:rsidRPr="00675D78">
              <w:rPr>
                <w:sz w:val="20"/>
                <w:lang w:val="de-DE"/>
              </w:rPr>
              <w:t>Ich beantworte die Frage „Was nun?“.</w:t>
            </w:r>
          </w:p>
        </w:tc>
      </w:tr>
    </w:tbl>
    <w:p w14:paraId="06F0BADE" w14:textId="77777777" w:rsidR="00F008E3" w:rsidRPr="00675D78" w:rsidRDefault="00F008E3">
      <w:pPr>
        <w:rPr>
          <w:lang w:val="de-DE"/>
        </w:rPr>
      </w:pP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8426"/>
      </w:tblGrid>
      <w:tr w:rsidR="00F008E3" w:rsidRPr="00675D78" w14:paraId="7A9901BF" w14:textId="77777777">
        <w:trPr>
          <w:cantSplit/>
          <w:tblHeader/>
        </w:trPr>
        <w:tc>
          <w:tcPr>
            <w:tcW w:w="600" w:type="dxa"/>
            <w:shd w:val="clear" w:color="auto" w:fill="0F3D2A"/>
            <w:tcMar>
              <w:top w:w="60" w:type="dxa"/>
              <w:left w:w="90" w:type="dxa"/>
              <w:bottom w:w="60" w:type="dxa"/>
              <w:right w:w="90" w:type="dxa"/>
            </w:tcMar>
          </w:tcPr>
          <w:p w14:paraId="5C3D88ED" w14:textId="77777777" w:rsidR="00F008E3" w:rsidRPr="00675D78" w:rsidRDefault="00F008E3">
            <w:pPr>
              <w:spacing w:after="0" w:line="252" w:lineRule="auto"/>
              <w:rPr>
                <w:lang w:val="de-DE"/>
              </w:rPr>
            </w:pPr>
          </w:p>
        </w:tc>
        <w:tc>
          <w:tcPr>
            <w:tcW w:w="8426" w:type="dxa"/>
            <w:shd w:val="clear" w:color="auto" w:fill="0F3D2A"/>
            <w:tcMar>
              <w:top w:w="60" w:type="dxa"/>
              <w:left w:w="90" w:type="dxa"/>
              <w:bottom w:w="60" w:type="dxa"/>
              <w:right w:w="90" w:type="dxa"/>
            </w:tcMar>
          </w:tcPr>
          <w:p w14:paraId="3FBAC15E" w14:textId="77777777" w:rsidR="00F008E3" w:rsidRPr="00675D78" w:rsidRDefault="00000000">
            <w:pPr>
              <w:spacing w:after="0" w:line="252" w:lineRule="auto"/>
              <w:rPr>
                <w:lang w:val="de-DE"/>
              </w:rPr>
            </w:pPr>
            <w:r w:rsidRPr="00675D78">
              <w:rPr>
                <w:rFonts w:ascii="Calibri" w:hAnsi="Calibri"/>
                <w:b/>
                <w:color w:val="FFFFFF"/>
                <w:sz w:val="17"/>
                <w:lang w:val="de-DE"/>
              </w:rPr>
              <w:t>Nutzung der Mathematik (Kriterium E)</w:t>
            </w:r>
          </w:p>
        </w:tc>
      </w:tr>
      <w:tr w:rsidR="00F008E3" w:rsidRPr="00675D78" w14:paraId="6F202620" w14:textId="77777777">
        <w:trPr>
          <w:cantSplit/>
        </w:trPr>
        <w:tc>
          <w:tcPr>
            <w:tcW w:w="600" w:type="dxa"/>
            <w:tcMar>
              <w:top w:w="60" w:type="dxa"/>
              <w:left w:w="90" w:type="dxa"/>
              <w:bottom w:w="60" w:type="dxa"/>
              <w:right w:w="90" w:type="dxa"/>
            </w:tcMar>
          </w:tcPr>
          <w:p w14:paraId="5AE4EAFB"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1B177CEC" w14:textId="77777777" w:rsidR="00F008E3" w:rsidRPr="00675D78" w:rsidRDefault="00000000">
            <w:pPr>
              <w:spacing w:after="0" w:line="264" w:lineRule="auto"/>
              <w:rPr>
                <w:lang w:val="de-DE"/>
              </w:rPr>
            </w:pPr>
            <w:r w:rsidRPr="00675D78">
              <w:rPr>
                <w:sz w:val="20"/>
                <w:lang w:val="de-DE"/>
              </w:rPr>
              <w:t>Ich demonstriere Wissen und Verständnis – ich schreibe nicht nur Ergebnisse hin.</w:t>
            </w:r>
          </w:p>
        </w:tc>
      </w:tr>
      <w:tr w:rsidR="00F008E3" w:rsidRPr="00675D78" w14:paraId="3C9E25A8" w14:textId="77777777">
        <w:trPr>
          <w:cantSplit/>
        </w:trPr>
        <w:tc>
          <w:tcPr>
            <w:tcW w:w="600" w:type="dxa"/>
            <w:shd w:val="clear" w:color="auto" w:fill="F1F4EC"/>
            <w:tcMar>
              <w:top w:w="60" w:type="dxa"/>
              <w:left w:w="90" w:type="dxa"/>
              <w:bottom w:w="60" w:type="dxa"/>
              <w:right w:w="90" w:type="dxa"/>
            </w:tcMar>
          </w:tcPr>
          <w:p w14:paraId="3F6382E6" w14:textId="77777777" w:rsidR="00F008E3" w:rsidRDefault="00000000">
            <w:pPr>
              <w:spacing w:after="0" w:line="264" w:lineRule="auto"/>
            </w:pPr>
            <w:r>
              <w:rPr>
                <w:sz w:val="20"/>
              </w:rPr>
              <w:lastRenderedPageBreak/>
              <w:t>□</w:t>
            </w:r>
          </w:p>
        </w:tc>
        <w:tc>
          <w:tcPr>
            <w:tcW w:w="8426" w:type="dxa"/>
            <w:shd w:val="clear" w:color="auto" w:fill="F1F4EC"/>
            <w:tcMar>
              <w:top w:w="60" w:type="dxa"/>
              <w:left w:w="90" w:type="dxa"/>
              <w:bottom w:w="60" w:type="dxa"/>
              <w:right w:w="90" w:type="dxa"/>
            </w:tcMar>
          </w:tcPr>
          <w:p w14:paraId="67A19356" w14:textId="77777777" w:rsidR="00F008E3" w:rsidRPr="00675D78" w:rsidRDefault="00000000">
            <w:pPr>
              <w:spacing w:after="0" w:line="264" w:lineRule="auto"/>
              <w:rPr>
                <w:lang w:val="de-DE"/>
              </w:rPr>
            </w:pPr>
            <w:r w:rsidRPr="00675D78">
              <w:rPr>
                <w:sz w:val="20"/>
                <w:lang w:val="de-DE"/>
              </w:rPr>
              <w:t>Ich wende Mathematik in unterschiedlichen Kontexten an.</w:t>
            </w:r>
          </w:p>
        </w:tc>
      </w:tr>
      <w:tr w:rsidR="00F008E3" w14:paraId="1005EC46" w14:textId="77777777">
        <w:trPr>
          <w:cantSplit/>
        </w:trPr>
        <w:tc>
          <w:tcPr>
            <w:tcW w:w="600" w:type="dxa"/>
            <w:tcMar>
              <w:top w:w="60" w:type="dxa"/>
              <w:left w:w="90" w:type="dxa"/>
              <w:bottom w:w="60" w:type="dxa"/>
              <w:right w:w="90" w:type="dxa"/>
            </w:tcMar>
          </w:tcPr>
          <w:p w14:paraId="1A176896"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0F141212" w14:textId="77777777" w:rsidR="00F008E3" w:rsidRDefault="00000000">
            <w:pPr>
              <w:spacing w:after="0" w:line="264" w:lineRule="auto"/>
            </w:pPr>
            <w:r>
              <w:rPr>
                <w:sz w:val="20"/>
              </w:rPr>
              <w:t>Ich wende Problemlösungstechniken an.</w:t>
            </w:r>
          </w:p>
        </w:tc>
      </w:tr>
      <w:tr w:rsidR="00F008E3" w:rsidRPr="00675D78" w14:paraId="2832618B" w14:textId="77777777">
        <w:trPr>
          <w:cantSplit/>
        </w:trPr>
        <w:tc>
          <w:tcPr>
            <w:tcW w:w="600" w:type="dxa"/>
            <w:shd w:val="clear" w:color="auto" w:fill="F1F4EC"/>
            <w:tcMar>
              <w:top w:w="60" w:type="dxa"/>
              <w:left w:w="90" w:type="dxa"/>
              <w:bottom w:w="60" w:type="dxa"/>
              <w:right w:w="90" w:type="dxa"/>
            </w:tcMar>
          </w:tcPr>
          <w:p w14:paraId="4E45E197"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69EC457B" w14:textId="77777777" w:rsidR="00F008E3" w:rsidRPr="00675D78" w:rsidRDefault="00000000">
            <w:pPr>
              <w:spacing w:after="0" w:line="264" w:lineRule="auto"/>
              <w:rPr>
                <w:lang w:val="de-DE"/>
              </w:rPr>
            </w:pPr>
            <w:r w:rsidRPr="00675D78">
              <w:rPr>
                <w:sz w:val="20"/>
                <w:lang w:val="de-DE"/>
              </w:rPr>
              <w:t>Ich erkenne Muster und erkläre sie.</w:t>
            </w:r>
          </w:p>
        </w:tc>
      </w:tr>
      <w:tr w:rsidR="00F008E3" w:rsidRPr="00675D78" w14:paraId="677130E9" w14:textId="77777777">
        <w:trPr>
          <w:cantSplit/>
        </w:trPr>
        <w:tc>
          <w:tcPr>
            <w:tcW w:w="600" w:type="dxa"/>
            <w:tcMar>
              <w:top w:w="60" w:type="dxa"/>
              <w:left w:w="90" w:type="dxa"/>
              <w:bottom w:w="60" w:type="dxa"/>
              <w:right w:w="90" w:type="dxa"/>
            </w:tcMar>
          </w:tcPr>
          <w:p w14:paraId="2FD4CD84"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11DD0764" w14:textId="77777777" w:rsidR="00F008E3" w:rsidRPr="00675D78" w:rsidRDefault="00000000">
            <w:pPr>
              <w:spacing w:after="0" w:line="264" w:lineRule="auto"/>
              <w:rPr>
                <w:lang w:val="de-DE"/>
              </w:rPr>
            </w:pPr>
            <w:r w:rsidRPr="00675D78">
              <w:rPr>
                <w:sz w:val="20"/>
                <w:lang w:val="de-DE"/>
              </w:rPr>
              <w:t>Ich verallgemeinere meine Schlussfolgerungen und begründe sie.</w:t>
            </w:r>
          </w:p>
        </w:tc>
      </w:tr>
    </w:tbl>
    <w:p w14:paraId="7C6E5393" w14:textId="77777777" w:rsidR="00F008E3" w:rsidRPr="00675D78" w:rsidRDefault="00F008E3">
      <w:pPr>
        <w:rPr>
          <w:lang w:val="de-DE"/>
        </w:rPr>
      </w:pPr>
    </w:p>
    <w:p w14:paraId="2F89350D" w14:textId="77777777" w:rsidR="00F008E3" w:rsidRDefault="00000000">
      <w:pPr>
        <w:pStyle w:val="KPAbschnitt"/>
      </w:pPr>
      <w:r>
        <w:t>Und die Form</w:t>
      </w:r>
    </w:p>
    <w:tbl>
      <w:tblPr>
        <w:tblW w:w="9026" w:type="dxa"/>
        <w:tblBorders>
          <w:top w:val="single" w:sz="4" w:space="0" w:color="CFCFCF"/>
          <w:left w:val="single" w:sz="4" w:space="0" w:color="CFCFCF"/>
          <w:bottom w:val="single" w:sz="4" w:space="0" w:color="CFCFCF"/>
          <w:right w:val="single" w:sz="4" w:space="0" w:color="CFCFCF"/>
          <w:insideH w:val="single" w:sz="4" w:space="0" w:color="CFCFCF"/>
          <w:insideV w:val="single" w:sz="4" w:space="0" w:color="CFCFCF"/>
        </w:tblBorders>
        <w:tblLayout w:type="fixed"/>
        <w:tblLook w:val="04A0" w:firstRow="1" w:lastRow="0" w:firstColumn="1" w:lastColumn="0" w:noHBand="0" w:noVBand="1"/>
      </w:tblPr>
      <w:tblGrid>
        <w:gridCol w:w="600"/>
        <w:gridCol w:w="8426"/>
      </w:tblGrid>
      <w:tr w:rsidR="00F008E3" w14:paraId="27EE97F5" w14:textId="77777777">
        <w:trPr>
          <w:cantSplit/>
          <w:tblHeader/>
        </w:trPr>
        <w:tc>
          <w:tcPr>
            <w:tcW w:w="600" w:type="dxa"/>
            <w:shd w:val="clear" w:color="auto" w:fill="0F3D2A"/>
            <w:tcMar>
              <w:top w:w="60" w:type="dxa"/>
              <w:left w:w="90" w:type="dxa"/>
              <w:bottom w:w="60" w:type="dxa"/>
              <w:right w:w="90" w:type="dxa"/>
            </w:tcMar>
          </w:tcPr>
          <w:p w14:paraId="3DC4F6EF" w14:textId="77777777" w:rsidR="00F008E3" w:rsidRDefault="00F008E3">
            <w:pPr>
              <w:spacing w:after="0" w:line="252" w:lineRule="auto"/>
            </w:pPr>
          </w:p>
        </w:tc>
        <w:tc>
          <w:tcPr>
            <w:tcW w:w="8426" w:type="dxa"/>
            <w:shd w:val="clear" w:color="auto" w:fill="0F3D2A"/>
            <w:tcMar>
              <w:top w:w="60" w:type="dxa"/>
              <w:left w:w="90" w:type="dxa"/>
              <w:bottom w:w="60" w:type="dxa"/>
              <w:right w:w="90" w:type="dxa"/>
            </w:tcMar>
          </w:tcPr>
          <w:p w14:paraId="4842060A" w14:textId="77777777" w:rsidR="00F008E3" w:rsidRDefault="00000000">
            <w:pPr>
              <w:spacing w:after="0" w:line="252" w:lineRule="auto"/>
            </w:pPr>
            <w:r>
              <w:rPr>
                <w:rFonts w:ascii="Calibri" w:hAnsi="Calibri"/>
                <w:b/>
                <w:color w:val="FFFFFF"/>
                <w:sz w:val="17"/>
              </w:rPr>
              <w:t>Zuletzt</w:t>
            </w:r>
          </w:p>
        </w:tc>
      </w:tr>
      <w:tr w:rsidR="00F008E3" w:rsidRPr="00675D78" w14:paraId="21FC5593" w14:textId="77777777">
        <w:trPr>
          <w:cantSplit/>
        </w:trPr>
        <w:tc>
          <w:tcPr>
            <w:tcW w:w="600" w:type="dxa"/>
            <w:tcMar>
              <w:top w:w="60" w:type="dxa"/>
              <w:left w:w="90" w:type="dxa"/>
              <w:bottom w:w="60" w:type="dxa"/>
              <w:right w:w="90" w:type="dxa"/>
            </w:tcMar>
          </w:tcPr>
          <w:p w14:paraId="0748622E"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7EEB3FD2" w14:textId="77777777" w:rsidR="00F008E3" w:rsidRPr="00675D78" w:rsidRDefault="00000000">
            <w:pPr>
              <w:spacing w:after="0" w:line="264" w:lineRule="auto"/>
              <w:rPr>
                <w:lang w:val="de-DE"/>
              </w:rPr>
            </w:pPr>
            <w:r w:rsidRPr="00675D78">
              <w:rPr>
                <w:sz w:val="20"/>
                <w:lang w:val="de-DE"/>
              </w:rPr>
              <w:t>Deckblatt mit Titel und Anzahl der Seiten.</w:t>
            </w:r>
          </w:p>
        </w:tc>
      </w:tr>
      <w:tr w:rsidR="00F008E3" w14:paraId="73E2B50A" w14:textId="77777777">
        <w:trPr>
          <w:cantSplit/>
        </w:trPr>
        <w:tc>
          <w:tcPr>
            <w:tcW w:w="600" w:type="dxa"/>
            <w:shd w:val="clear" w:color="auto" w:fill="F1F4EC"/>
            <w:tcMar>
              <w:top w:w="60" w:type="dxa"/>
              <w:left w:w="90" w:type="dxa"/>
              <w:bottom w:w="60" w:type="dxa"/>
              <w:right w:w="90" w:type="dxa"/>
            </w:tcMar>
          </w:tcPr>
          <w:p w14:paraId="686BACA9"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05CBBB72" w14:textId="77777777" w:rsidR="00F008E3" w:rsidRDefault="00000000">
            <w:pPr>
              <w:spacing w:after="0" w:line="264" w:lineRule="auto"/>
            </w:pPr>
            <w:r>
              <w:rPr>
                <w:sz w:val="20"/>
              </w:rPr>
              <w:t>Doppelter Zeilenabstand.</w:t>
            </w:r>
          </w:p>
        </w:tc>
      </w:tr>
      <w:tr w:rsidR="00F008E3" w:rsidRPr="00675D78" w14:paraId="7CDD0B58" w14:textId="77777777">
        <w:trPr>
          <w:cantSplit/>
        </w:trPr>
        <w:tc>
          <w:tcPr>
            <w:tcW w:w="600" w:type="dxa"/>
            <w:tcMar>
              <w:top w:w="60" w:type="dxa"/>
              <w:left w:w="90" w:type="dxa"/>
              <w:bottom w:w="60" w:type="dxa"/>
              <w:right w:w="90" w:type="dxa"/>
            </w:tcMar>
          </w:tcPr>
          <w:p w14:paraId="5B483C6A"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7D428B0A" w14:textId="77777777" w:rsidR="00F008E3" w:rsidRPr="00675D78" w:rsidRDefault="00000000">
            <w:pPr>
              <w:spacing w:after="0" w:line="264" w:lineRule="auto"/>
              <w:rPr>
                <w:lang w:val="de-DE"/>
              </w:rPr>
            </w:pPr>
            <w:r w:rsidRPr="00675D78">
              <w:rPr>
                <w:sz w:val="20"/>
                <w:lang w:val="de-DE"/>
              </w:rPr>
              <w:t>Der Titel nennt nicht nur ein Impulswort, sondern sagt, wohin mich der Impuls gebracht hat.</w:t>
            </w:r>
          </w:p>
        </w:tc>
      </w:tr>
      <w:tr w:rsidR="00F008E3" w:rsidRPr="00675D78" w14:paraId="26C29784" w14:textId="77777777">
        <w:trPr>
          <w:cantSplit/>
        </w:trPr>
        <w:tc>
          <w:tcPr>
            <w:tcW w:w="600" w:type="dxa"/>
            <w:shd w:val="clear" w:color="auto" w:fill="F1F4EC"/>
            <w:tcMar>
              <w:top w:w="60" w:type="dxa"/>
              <w:left w:w="90" w:type="dxa"/>
              <w:bottom w:w="60" w:type="dxa"/>
              <w:right w:w="90" w:type="dxa"/>
            </w:tcMar>
          </w:tcPr>
          <w:p w14:paraId="470933D1"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4715B4B6" w14:textId="77777777" w:rsidR="00F008E3" w:rsidRPr="00675D78" w:rsidRDefault="00000000">
            <w:pPr>
              <w:spacing w:after="0" w:line="264" w:lineRule="auto"/>
              <w:rPr>
                <w:lang w:val="de-DE"/>
              </w:rPr>
            </w:pPr>
            <w:r w:rsidRPr="00675D78">
              <w:rPr>
                <w:sz w:val="20"/>
                <w:lang w:val="de-DE"/>
              </w:rPr>
              <w:t>Quellenverzeichnis vollständig, eine Zitierweise durchgehalten.</w:t>
            </w:r>
          </w:p>
        </w:tc>
      </w:tr>
      <w:tr w:rsidR="00F008E3" w:rsidRPr="00675D78" w14:paraId="2ACDFC4F" w14:textId="77777777">
        <w:trPr>
          <w:cantSplit/>
        </w:trPr>
        <w:tc>
          <w:tcPr>
            <w:tcW w:w="600" w:type="dxa"/>
            <w:tcMar>
              <w:top w:w="60" w:type="dxa"/>
              <w:left w:w="90" w:type="dxa"/>
              <w:bottom w:w="60" w:type="dxa"/>
              <w:right w:w="90" w:type="dxa"/>
            </w:tcMar>
          </w:tcPr>
          <w:p w14:paraId="123B5DED" w14:textId="77777777" w:rsidR="00F008E3" w:rsidRDefault="00000000">
            <w:pPr>
              <w:spacing w:after="0" w:line="264" w:lineRule="auto"/>
            </w:pPr>
            <w:r>
              <w:rPr>
                <w:sz w:val="20"/>
              </w:rPr>
              <w:t>□</w:t>
            </w:r>
          </w:p>
        </w:tc>
        <w:tc>
          <w:tcPr>
            <w:tcW w:w="8426" w:type="dxa"/>
            <w:tcMar>
              <w:top w:w="60" w:type="dxa"/>
              <w:left w:w="90" w:type="dxa"/>
              <w:bottom w:w="60" w:type="dxa"/>
              <w:right w:w="90" w:type="dxa"/>
            </w:tcMar>
          </w:tcPr>
          <w:p w14:paraId="0A8EFEB4" w14:textId="77777777" w:rsidR="00F008E3" w:rsidRPr="00675D78" w:rsidRDefault="00000000">
            <w:pPr>
              <w:spacing w:after="0" w:line="264" w:lineRule="auto"/>
              <w:rPr>
                <w:lang w:val="de-DE"/>
              </w:rPr>
            </w:pPr>
            <w:r w:rsidRPr="00675D78">
              <w:rPr>
                <w:sz w:val="20"/>
                <w:lang w:val="de-DE"/>
              </w:rPr>
              <w:t>Direkte Zitate gekennzeichnet und belegt.</w:t>
            </w:r>
          </w:p>
        </w:tc>
      </w:tr>
      <w:tr w:rsidR="00F008E3" w:rsidRPr="00675D78" w14:paraId="4679E37C" w14:textId="77777777">
        <w:trPr>
          <w:cantSplit/>
        </w:trPr>
        <w:tc>
          <w:tcPr>
            <w:tcW w:w="600" w:type="dxa"/>
            <w:shd w:val="clear" w:color="auto" w:fill="F1F4EC"/>
            <w:tcMar>
              <w:top w:w="60" w:type="dxa"/>
              <w:left w:w="90" w:type="dxa"/>
              <w:bottom w:w="60" w:type="dxa"/>
              <w:right w:w="90" w:type="dxa"/>
            </w:tcMar>
          </w:tcPr>
          <w:p w14:paraId="3B553007" w14:textId="77777777" w:rsidR="00F008E3" w:rsidRDefault="00000000">
            <w:pPr>
              <w:spacing w:after="0" w:line="264" w:lineRule="auto"/>
            </w:pPr>
            <w:r>
              <w:rPr>
                <w:sz w:val="20"/>
              </w:rPr>
              <w:t>□</w:t>
            </w:r>
          </w:p>
        </w:tc>
        <w:tc>
          <w:tcPr>
            <w:tcW w:w="8426" w:type="dxa"/>
            <w:shd w:val="clear" w:color="auto" w:fill="F1F4EC"/>
            <w:tcMar>
              <w:top w:w="60" w:type="dxa"/>
              <w:left w:w="90" w:type="dxa"/>
              <w:bottom w:w="60" w:type="dxa"/>
              <w:right w:w="90" w:type="dxa"/>
            </w:tcMar>
          </w:tcPr>
          <w:p w14:paraId="4E204167" w14:textId="77777777" w:rsidR="00F008E3" w:rsidRPr="00675D78" w:rsidRDefault="00000000">
            <w:pPr>
              <w:spacing w:after="0" w:line="264" w:lineRule="auto"/>
              <w:rPr>
                <w:lang w:val="de-DE"/>
              </w:rPr>
            </w:pPr>
            <w:r w:rsidRPr="00675D78">
              <w:rPr>
                <w:sz w:val="20"/>
                <w:lang w:val="de-DE"/>
              </w:rPr>
              <w:t>Große Datenmengen und Zusatzmaterial im Anhang, alles Relevante im Text.</w:t>
            </w:r>
          </w:p>
        </w:tc>
      </w:tr>
    </w:tbl>
    <w:p w14:paraId="4D18E86F" w14:textId="77777777" w:rsidR="00F008E3" w:rsidRPr="00675D78" w:rsidRDefault="00F008E3">
      <w:pPr>
        <w:rPr>
          <w:lang w:val="de-DE"/>
        </w:rPr>
      </w:pPr>
    </w:p>
    <w:p w14:paraId="4F99C2BD" w14:textId="77777777" w:rsidR="00F008E3" w:rsidRPr="00675D78" w:rsidRDefault="00000000">
      <w:pPr>
        <w:pStyle w:val="KPAbschnitt"/>
        <w:rPr>
          <w:lang w:val="de-DE"/>
        </w:rPr>
      </w:pPr>
      <w:r w:rsidRPr="00675D78">
        <w:rPr>
          <w:lang w:val="de-DE"/>
        </w:rPr>
        <w:t>Quellen</w:t>
      </w:r>
    </w:p>
    <w:p w14:paraId="58D0B363" w14:textId="77777777" w:rsidR="00F008E3" w:rsidRPr="00675D78" w:rsidRDefault="00000000">
      <w:pPr>
        <w:pStyle w:val="KPKlein"/>
        <w:rPr>
          <w:lang w:val="de-DE"/>
        </w:rPr>
      </w:pPr>
      <w:r w:rsidRPr="00675D78">
        <w:rPr>
          <w:lang w:val="de-DE"/>
        </w:rPr>
        <w:t xml:space="preserve">International Baccalaureate </w:t>
      </w:r>
      <w:proofErr w:type="spellStart"/>
      <w:r w:rsidRPr="00675D78">
        <w:rPr>
          <w:lang w:val="de-DE"/>
        </w:rPr>
        <w:t>Organization</w:t>
      </w:r>
      <w:proofErr w:type="spellEnd"/>
      <w:r w:rsidRPr="00675D78">
        <w:rPr>
          <w:lang w:val="de-DE"/>
        </w:rPr>
        <w:t>: Handbuch Mathematik: Analyse und Ansätze. Für Prüfungen ab 2021. Abschnitt „Interne Bewertung“.</w:t>
      </w:r>
    </w:p>
    <w:p w14:paraId="597EB7ED" w14:textId="77777777" w:rsidR="00F008E3" w:rsidRPr="00675D78" w:rsidRDefault="00000000">
      <w:pPr>
        <w:pStyle w:val="KPKlein"/>
        <w:rPr>
          <w:lang w:val="de-DE"/>
        </w:rPr>
      </w:pPr>
      <w:r w:rsidRPr="00675D78">
        <w:rPr>
          <w:lang w:val="de-DE"/>
        </w:rPr>
        <w:t xml:space="preserve">International Baccalaureate </w:t>
      </w:r>
      <w:proofErr w:type="spellStart"/>
      <w:r w:rsidRPr="00675D78">
        <w:rPr>
          <w:lang w:val="de-DE"/>
        </w:rPr>
        <w:t>Organization</w:t>
      </w:r>
      <w:proofErr w:type="spellEnd"/>
      <w:r w:rsidRPr="00675D78">
        <w:rPr>
          <w:lang w:val="de-DE"/>
        </w:rPr>
        <w:t>: Lehrerhandreichungen Mathematik: Analyse und Ansätze. Für Prüfungen ab 2021. Abschnitte „Vorbereitung auf die intern bewertete Erkundungsarbeit“, „Planung“, „Bewertungskriterien“ und „Häufig gestellte Fragen zur internen Bewertung“.</w:t>
      </w:r>
    </w:p>
    <w:sectPr w:rsidR="00F008E3" w:rsidRPr="00675D78">
      <w:headerReference w:type="even" r:id="rId8"/>
      <w:headerReference w:type="default" r:id="rId9"/>
      <w:footerReference w:type="even" r:id="rId10"/>
      <w:footerReference w:type="default" r:id="rId11"/>
      <w:headerReference w:type="first" r:id="rId12"/>
      <w:footerReference w:type="first" r:id="rId13"/>
      <w:pgSz w:w="11906" w:h="16838"/>
      <w:pgMar w:top="1300" w:right="144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DA33BF" w14:textId="77777777" w:rsidR="00B044A6" w:rsidRDefault="00B044A6">
      <w:pPr>
        <w:spacing w:after="0" w:line="240" w:lineRule="auto"/>
      </w:pPr>
      <w:r>
        <w:separator/>
      </w:r>
    </w:p>
  </w:endnote>
  <w:endnote w:type="continuationSeparator" w:id="0">
    <w:p w14:paraId="1E193C2A" w14:textId="77777777" w:rsidR="00B044A6" w:rsidRDefault="00B044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CF54A" w14:textId="77777777" w:rsidR="00F008E3" w:rsidRDefault="00F008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6118F" w14:textId="77777777" w:rsidR="00F008E3" w:rsidRDefault="00000000">
    <w:pPr>
      <w:pBdr>
        <w:top w:val="single" w:sz="8" w:space="4" w:color="CFCFCF"/>
      </w:pBdr>
      <w:tabs>
        <w:tab w:val="right" w:pos="9026"/>
      </w:tabs>
      <w:spacing w:before="60"/>
    </w:pPr>
    <w:r>
      <w:rPr>
        <w:rFonts w:ascii="Calibri" w:hAnsi="Calibri"/>
        <w:color w:val="9A9A9A"/>
        <w:sz w:val="16"/>
      </w:rPr>
      <w:t>© 2026 Dirk Kehm</w:t>
    </w:r>
    <w:r>
      <w:rPr>
        <w:rFonts w:ascii="Calibri" w:hAnsi="Calibri"/>
        <w:color w:val="9A9A9A"/>
        <w:sz w:val="16"/>
      </w:rPr>
      <w:tab/>
      <w:t xml:space="preserve">M 1 bis M 15  ·  </w:t>
    </w:r>
    <w:r>
      <w:rPr>
        <w:rFonts w:ascii="Calibri" w:hAnsi="Calibri"/>
        <w:b/>
        <w:color w:val="0F3D2A"/>
        <w:sz w:val="16"/>
      </w:rPr>
      <w:fldChar w:fldCharType="begin"/>
    </w:r>
    <w:r>
      <w:rPr>
        <w:rFonts w:ascii="Calibri" w:hAnsi="Calibri"/>
        <w:b/>
        <w:color w:val="0F3D2A"/>
        <w:sz w:val="16"/>
      </w:rPr>
      <w:instrText>PAGE</w:instrText>
    </w:r>
    <w:r>
      <w:rPr>
        <w:rFonts w:ascii="Calibri" w:hAnsi="Calibri"/>
        <w:b/>
        <w:color w:val="0F3D2A"/>
        <w:sz w:val="16"/>
      </w:rPr>
      <w:fldChar w:fldCharType="separate"/>
    </w:r>
    <w:r>
      <w:rPr>
        <w:rFonts w:ascii="Calibri" w:hAnsi="Calibri"/>
        <w:b/>
        <w:color w:val="0F3D2A"/>
        <w:sz w:val="16"/>
      </w:rPr>
      <w:t>1</w:t>
    </w:r>
    <w:r>
      <w:rPr>
        <w:rFonts w:ascii="Calibri" w:hAnsi="Calibri"/>
        <w:b/>
        <w:color w:val="0F3D2A"/>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70901" w14:textId="77777777" w:rsidR="00F008E3" w:rsidRDefault="00F00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A75B9" w14:textId="77777777" w:rsidR="00B044A6" w:rsidRDefault="00B044A6">
      <w:pPr>
        <w:spacing w:after="0" w:line="240" w:lineRule="auto"/>
      </w:pPr>
      <w:r>
        <w:separator/>
      </w:r>
    </w:p>
  </w:footnote>
  <w:footnote w:type="continuationSeparator" w:id="0">
    <w:p w14:paraId="60C4C0EC" w14:textId="77777777" w:rsidR="00B044A6" w:rsidRDefault="00B044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74066B" w14:textId="77777777" w:rsidR="00F008E3" w:rsidRDefault="00F008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1B73C" w14:textId="77777777" w:rsidR="00F008E3" w:rsidRPr="00675D78" w:rsidRDefault="00000000">
    <w:pPr>
      <w:pBdr>
        <w:bottom w:val="single" w:sz="8" w:space="2" w:color="8FB840"/>
      </w:pBdr>
      <w:tabs>
        <w:tab w:val="right" w:pos="9026"/>
      </w:tabs>
      <w:rPr>
        <w:lang w:val="de-DE"/>
      </w:rPr>
    </w:pPr>
    <w:r w:rsidRPr="00675D78">
      <w:rPr>
        <w:rFonts w:ascii="Calibri" w:hAnsi="Calibri"/>
        <w:b/>
        <w:color w:val="0F3D2A"/>
        <w:spacing w:val="30"/>
        <w:sz w:val="16"/>
        <w:lang w:val="de-DE"/>
      </w:rPr>
      <w:t>DIE ERKUNDUNGSARBEIT  ·  MATERIAL</w:t>
    </w:r>
    <w:r w:rsidRPr="00675D78">
      <w:rPr>
        <w:rFonts w:ascii="Calibri" w:hAnsi="Calibri"/>
        <w:color w:val="808080"/>
        <w:sz w:val="16"/>
        <w:lang w:val="de-DE"/>
      </w:rPr>
      <w:tab/>
      <w:t>M 1 bis M 15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3C1C8" w14:textId="77777777" w:rsidR="00F008E3" w:rsidRDefault="00F008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39618578">
    <w:abstractNumId w:val="8"/>
  </w:num>
  <w:num w:numId="2" w16cid:durableId="791510949">
    <w:abstractNumId w:val="6"/>
  </w:num>
  <w:num w:numId="3" w16cid:durableId="1157188388">
    <w:abstractNumId w:val="5"/>
  </w:num>
  <w:num w:numId="4" w16cid:durableId="845175993">
    <w:abstractNumId w:val="4"/>
  </w:num>
  <w:num w:numId="5" w16cid:durableId="1870139211">
    <w:abstractNumId w:val="7"/>
  </w:num>
  <w:num w:numId="6" w16cid:durableId="541093511">
    <w:abstractNumId w:val="3"/>
  </w:num>
  <w:num w:numId="7" w16cid:durableId="68620334">
    <w:abstractNumId w:val="2"/>
  </w:num>
  <w:num w:numId="8" w16cid:durableId="484470711">
    <w:abstractNumId w:val="1"/>
  </w:num>
  <w:num w:numId="9" w16cid:durableId="652027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388"/>
    <w:rsid w:val="000E14E5"/>
    <w:rsid w:val="0015074B"/>
    <w:rsid w:val="0029639D"/>
    <w:rsid w:val="00326F90"/>
    <w:rsid w:val="00675D78"/>
    <w:rsid w:val="00AA1D8D"/>
    <w:rsid w:val="00B044A6"/>
    <w:rsid w:val="00B47730"/>
    <w:rsid w:val="00CB0664"/>
    <w:rsid w:val="00F008E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30F7FA"/>
  <w14:defaultImageDpi w14:val="300"/>
  <w15:docId w15:val="{643A9AE2-E821-4045-8911-6C0486D02E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88" w:lineRule="auto"/>
    </w:pPr>
    <w:rPr>
      <w:rFonts w:ascii="Cambria" w:eastAsia="Cambria" w:hAnsi="Cambria" w:cs="Cambria"/>
      <w:color w:val="1C1C1C"/>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PTeil">
    <w:name w:val="KP Teil"/>
    <w:basedOn w:val="Normal"/>
    <w:pPr>
      <w:keepNext/>
      <w:pBdr>
        <w:bottom w:val="single" w:sz="18" w:space="6" w:color="8FB840"/>
      </w:pBdr>
      <w:spacing w:after="280"/>
      <w:outlineLvl w:val="0"/>
    </w:pPr>
    <w:rPr>
      <w:rFonts w:ascii="Calibri" w:eastAsia="Calibri" w:hAnsi="Calibri" w:cs="Calibri"/>
      <w:b/>
      <w:color w:val="0F3D2A"/>
      <w:sz w:val="44"/>
    </w:rPr>
  </w:style>
  <w:style w:type="paragraph" w:customStyle="1" w:styleId="KPKapitel">
    <w:name w:val="KP Kapitel"/>
    <w:basedOn w:val="Normal"/>
    <w:pPr>
      <w:keepNext/>
      <w:pBdr>
        <w:bottom w:val="single" w:sz="12" w:space="5" w:color="8FB840"/>
      </w:pBdr>
      <w:spacing w:before="280" w:after="200"/>
      <w:outlineLvl w:val="1"/>
    </w:pPr>
    <w:rPr>
      <w:rFonts w:ascii="Calibri" w:eastAsia="Calibri" w:hAnsi="Calibri" w:cs="Calibri"/>
      <w:b/>
      <w:color w:val="0F3D2A"/>
      <w:sz w:val="32"/>
    </w:rPr>
  </w:style>
  <w:style w:type="paragraph" w:customStyle="1" w:styleId="KPAbschnitt">
    <w:name w:val="KP Abschnitt"/>
    <w:basedOn w:val="Normal"/>
    <w:pPr>
      <w:keepNext/>
      <w:pBdr>
        <w:bottom w:val="single" w:sz="6" w:space="4" w:color="DCE8C2"/>
      </w:pBdr>
      <w:spacing w:before="200"/>
      <w:outlineLvl w:val="2"/>
    </w:pPr>
    <w:rPr>
      <w:rFonts w:ascii="Calibri" w:eastAsia="Calibri" w:hAnsi="Calibri" w:cs="Calibri"/>
      <w:b/>
      <w:color w:val="0F3D2A"/>
      <w:sz w:val="24"/>
    </w:rPr>
  </w:style>
  <w:style w:type="paragraph" w:customStyle="1" w:styleId="KPUnterpunkt">
    <w:name w:val="KP Unterpunkt"/>
    <w:basedOn w:val="Normal"/>
    <w:pPr>
      <w:keepNext/>
      <w:spacing w:before="160" w:after="80"/>
      <w:outlineLvl w:val="3"/>
    </w:pPr>
    <w:rPr>
      <w:rFonts w:ascii="Calibri" w:eastAsia="Calibri" w:hAnsi="Calibri" w:cs="Calibri"/>
      <w:b/>
      <w:color w:val="0F3D2A"/>
      <w:sz w:val="21"/>
    </w:rPr>
  </w:style>
  <w:style w:type="paragraph" w:customStyle="1" w:styleId="KPBlocktitel">
    <w:name w:val="KP Blocktitel"/>
    <w:basedOn w:val="Normal"/>
    <w:pPr>
      <w:keepNext/>
      <w:pBdr>
        <w:bottom w:val="single" w:sz="12" w:space="5" w:color="8FB840"/>
      </w:pBdr>
      <w:spacing w:before="240" w:after="160"/>
      <w:outlineLvl w:val="2"/>
    </w:pPr>
    <w:rPr>
      <w:rFonts w:ascii="Calibri" w:eastAsia="Calibri" w:hAnsi="Calibri" w:cs="Calibri"/>
      <w:b/>
      <w:color w:val="0F3D2A"/>
      <w:sz w:val="28"/>
    </w:rPr>
  </w:style>
  <w:style w:type="paragraph" w:customStyle="1" w:styleId="KPFeldname">
    <w:name w:val="KP Feldname"/>
    <w:basedOn w:val="Normal"/>
    <w:pPr>
      <w:keepNext/>
      <w:spacing w:before="120" w:after="40"/>
    </w:pPr>
    <w:rPr>
      <w:rFonts w:ascii="Calibri" w:eastAsia="Calibri" w:hAnsi="Calibri" w:cs="Calibri"/>
      <w:b/>
      <w:color w:val="0F3D2A"/>
      <w:sz w:val="19"/>
    </w:rPr>
  </w:style>
  <w:style w:type="paragraph" w:customStyle="1" w:styleId="KPFlietext">
    <w:name w:val="KP Fließtext"/>
    <w:basedOn w:val="Normal"/>
  </w:style>
  <w:style w:type="paragraph" w:customStyle="1" w:styleId="KPKlein">
    <w:name w:val="KP Klein"/>
    <w:basedOn w:val="Normal"/>
    <w:pPr>
      <w:spacing w:after="80"/>
    </w:pPr>
    <w:rPr>
      <w:rFonts w:ascii="Calibri" w:eastAsia="Calibri" w:hAnsi="Calibri" w:cs="Calibri"/>
      <w:color w:val="5E5E5E"/>
      <w:sz w:val="18"/>
    </w:rPr>
  </w:style>
  <w:style w:type="paragraph" w:customStyle="1" w:styleId="KPKasten">
    <w:name w:val="KP Kasten"/>
    <w:basedOn w:val="Normal"/>
    <w:pPr>
      <w:spacing w:after="80"/>
    </w:pPr>
    <w:rPr>
      <w:sz w:val="20"/>
    </w:rPr>
  </w:style>
  <w:style w:type="paragraph" w:customStyle="1" w:styleId="KPListe">
    <w:name w:val="KP Liste"/>
    <w:basedOn w:val="Normal"/>
    <w:pPr>
      <w:spacing w:after="60"/>
      <w:ind w:left="397" w:hanging="397"/>
    </w:pPr>
  </w:style>
  <w:style w:type="paragraph" w:customStyle="1" w:styleId="KPListekompakt">
    <w:name w:val="KP Liste kompakt"/>
    <w:basedOn w:val="Normal"/>
    <w:pPr>
      <w:spacing w:after="20" w:line="264" w:lineRule="auto"/>
      <w:ind w:left="340" w:hanging="340"/>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27</Pages>
  <Words>6396</Words>
  <Characters>36459</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42770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 Kehm</dc:creator>
  <cp:keywords/>
  <dc:description>generated by python-docx</dc:description>
  <cp:lastModifiedBy>Dirk Kehm</cp:lastModifiedBy>
  <cp:revision>3</cp:revision>
  <cp:lastPrinted>2026-09-30T02:00:00Z</cp:lastPrinted>
  <dcterms:created xsi:type="dcterms:W3CDTF">2026-09-30T01:21:00Z</dcterms:created>
  <dcterms:modified xsi:type="dcterms:W3CDTF">2026-10-01T02:04:00Z</dcterms:modified>
  <cp:category/>
</cp:coreProperties>
</file>